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7168AA" w14:textId="77777777" w:rsidR="00C15EE8" w:rsidRDefault="00C15EE8" w:rsidP="00C15EE8">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ROUTE </w:t>
      </w:r>
      <w:r w:rsidRPr="00D23EC6">
        <w:rPr>
          <w:rFonts w:ascii="Times New Roman" w:hAnsi="Times New Roman" w:cs="Times New Roman"/>
          <w:b/>
          <w:sz w:val="24"/>
          <w:szCs w:val="24"/>
        </w:rPr>
        <w:t>SURVEY</w:t>
      </w:r>
    </w:p>
    <w:p w14:paraId="71C90172" w14:textId="77777777" w:rsidR="00C15EE8" w:rsidRPr="00D23EC6" w:rsidRDefault="00C15EE8" w:rsidP="00C15EE8">
      <w:pPr>
        <w:pStyle w:val="NoSpacing"/>
        <w:spacing w:line="360" w:lineRule="auto"/>
        <w:jc w:val="center"/>
        <w:rPr>
          <w:rFonts w:ascii="Times New Roman" w:hAnsi="Times New Roman" w:cs="Times New Roman"/>
          <w:b/>
          <w:sz w:val="24"/>
          <w:szCs w:val="24"/>
        </w:rPr>
      </w:pPr>
    </w:p>
    <w:p w14:paraId="47495B63" w14:textId="77777777" w:rsidR="00C15EE8" w:rsidRDefault="00C15EE8" w:rsidP="00C15EE8">
      <w:pPr>
        <w:pStyle w:val="NoSpacing"/>
        <w:spacing w:line="360" w:lineRule="auto"/>
        <w:jc w:val="center"/>
        <w:rPr>
          <w:rFonts w:ascii="Times New Roman" w:hAnsi="Times New Roman" w:cs="Times New Roman"/>
          <w:b/>
          <w:sz w:val="24"/>
          <w:szCs w:val="24"/>
        </w:rPr>
      </w:pPr>
      <w:r w:rsidRPr="00D23EC6">
        <w:rPr>
          <w:rFonts w:ascii="Times New Roman" w:hAnsi="Times New Roman" w:cs="Times New Roman"/>
          <w:b/>
          <w:sz w:val="24"/>
          <w:szCs w:val="24"/>
        </w:rPr>
        <w:t>OF</w:t>
      </w:r>
    </w:p>
    <w:p w14:paraId="6443D13C" w14:textId="77777777" w:rsidR="00C15EE8" w:rsidRPr="00D23EC6" w:rsidRDefault="00C15EE8" w:rsidP="00C15EE8">
      <w:pPr>
        <w:pStyle w:val="NoSpacing"/>
        <w:spacing w:line="360" w:lineRule="auto"/>
        <w:jc w:val="center"/>
        <w:rPr>
          <w:rFonts w:ascii="Times New Roman" w:hAnsi="Times New Roman" w:cs="Times New Roman"/>
          <w:b/>
          <w:sz w:val="24"/>
          <w:szCs w:val="24"/>
        </w:rPr>
      </w:pPr>
    </w:p>
    <w:p w14:paraId="18BED6B2" w14:textId="77777777" w:rsidR="00C15EE8" w:rsidRDefault="00C15EE8" w:rsidP="00C15EE8">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MICHEAL IMODU WAY TO KANGU OSHIN OLATUNJI ROAD</w:t>
      </w:r>
    </w:p>
    <w:p w14:paraId="6C3F33B7" w14:textId="77777777" w:rsidR="00C15EE8" w:rsidRDefault="00C15EE8" w:rsidP="00C15EE8">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IFELODUN TO ILORIN WEST LOCAL GOVERNMENT AREA,</w:t>
      </w:r>
    </w:p>
    <w:p w14:paraId="4FAFF781" w14:textId="77777777" w:rsidR="00C15EE8" w:rsidRPr="00D23EC6" w:rsidRDefault="00C15EE8" w:rsidP="00C15EE8">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ILORIN KWARA STATE.</w:t>
      </w:r>
    </w:p>
    <w:p w14:paraId="2CB6EBCD" w14:textId="77777777" w:rsidR="00C15EE8" w:rsidRPr="00D23EC6" w:rsidRDefault="00C15EE8" w:rsidP="00C15EE8">
      <w:pPr>
        <w:pStyle w:val="NoSpacing"/>
        <w:spacing w:line="360" w:lineRule="auto"/>
        <w:rPr>
          <w:rFonts w:ascii="Times New Roman" w:hAnsi="Times New Roman" w:cs="Times New Roman"/>
          <w:b/>
          <w:sz w:val="24"/>
          <w:szCs w:val="24"/>
        </w:rPr>
      </w:pPr>
    </w:p>
    <w:p w14:paraId="0080EC72" w14:textId="77777777" w:rsidR="00C15EE8" w:rsidRPr="00D23EC6" w:rsidRDefault="00C15EE8" w:rsidP="00C15EE8">
      <w:pPr>
        <w:pStyle w:val="NoSpacing"/>
        <w:spacing w:line="360" w:lineRule="auto"/>
        <w:jc w:val="center"/>
        <w:rPr>
          <w:rFonts w:ascii="Times New Roman" w:hAnsi="Times New Roman" w:cs="Times New Roman"/>
          <w:b/>
          <w:sz w:val="24"/>
          <w:szCs w:val="24"/>
        </w:rPr>
      </w:pPr>
      <w:r w:rsidRPr="00D23EC6">
        <w:rPr>
          <w:rFonts w:ascii="Times New Roman" w:hAnsi="Times New Roman" w:cs="Times New Roman"/>
          <w:b/>
          <w:sz w:val="24"/>
          <w:szCs w:val="24"/>
        </w:rPr>
        <w:t>BY</w:t>
      </w:r>
    </w:p>
    <w:p w14:paraId="6CFB8423" w14:textId="357908F5" w:rsidR="00C15EE8" w:rsidRPr="00D23EC6" w:rsidRDefault="00C15EE8" w:rsidP="00C15EE8">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OJO SIMON ABAYOMI</w:t>
      </w:r>
    </w:p>
    <w:p w14:paraId="080931CC" w14:textId="25E84EDE" w:rsidR="00C15EE8" w:rsidRPr="00D23EC6" w:rsidRDefault="00C15EE8" w:rsidP="00C15EE8">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HND/23/SGI/FT/0114</w:t>
      </w:r>
    </w:p>
    <w:p w14:paraId="63C82085" w14:textId="77777777" w:rsidR="00C15EE8" w:rsidRDefault="00C15EE8" w:rsidP="00C15EE8">
      <w:pPr>
        <w:pStyle w:val="NoSpacing"/>
        <w:spacing w:line="360" w:lineRule="auto"/>
        <w:jc w:val="center"/>
        <w:rPr>
          <w:rFonts w:ascii="Times New Roman" w:hAnsi="Times New Roman" w:cs="Times New Roman"/>
          <w:b/>
          <w:sz w:val="24"/>
          <w:szCs w:val="24"/>
        </w:rPr>
      </w:pPr>
    </w:p>
    <w:p w14:paraId="4EB6D24F" w14:textId="77777777" w:rsidR="00C15EE8" w:rsidRDefault="00C15EE8" w:rsidP="00C15EE8">
      <w:pPr>
        <w:pStyle w:val="NoSpacing"/>
        <w:spacing w:line="360" w:lineRule="auto"/>
        <w:jc w:val="center"/>
        <w:rPr>
          <w:rFonts w:ascii="Times New Roman" w:hAnsi="Times New Roman" w:cs="Times New Roman"/>
          <w:b/>
          <w:sz w:val="24"/>
          <w:szCs w:val="24"/>
        </w:rPr>
      </w:pPr>
    </w:p>
    <w:p w14:paraId="5C26644D" w14:textId="77777777" w:rsidR="00C15EE8" w:rsidRPr="00D23EC6" w:rsidRDefault="00C15EE8" w:rsidP="00C15EE8">
      <w:pPr>
        <w:pStyle w:val="NoSpacing"/>
        <w:spacing w:line="360" w:lineRule="auto"/>
        <w:jc w:val="center"/>
        <w:rPr>
          <w:rFonts w:ascii="Times New Roman" w:hAnsi="Times New Roman" w:cs="Times New Roman"/>
          <w:b/>
          <w:sz w:val="24"/>
          <w:szCs w:val="24"/>
        </w:rPr>
      </w:pPr>
    </w:p>
    <w:p w14:paraId="56AF0E3E" w14:textId="77777777" w:rsidR="00C15EE8" w:rsidRPr="00D23EC6" w:rsidRDefault="00C15EE8" w:rsidP="00C15EE8">
      <w:pPr>
        <w:pStyle w:val="NoSpacing"/>
        <w:spacing w:line="360" w:lineRule="auto"/>
        <w:jc w:val="center"/>
        <w:rPr>
          <w:rFonts w:ascii="Times New Roman" w:hAnsi="Times New Roman" w:cs="Times New Roman"/>
          <w:b/>
          <w:sz w:val="24"/>
          <w:szCs w:val="24"/>
        </w:rPr>
      </w:pPr>
      <w:r w:rsidRPr="00D23EC6">
        <w:rPr>
          <w:rFonts w:ascii="Times New Roman" w:hAnsi="Times New Roman" w:cs="Times New Roman"/>
          <w:b/>
          <w:sz w:val="24"/>
          <w:szCs w:val="24"/>
        </w:rPr>
        <w:t>SUBMITTED TO:</w:t>
      </w:r>
    </w:p>
    <w:p w14:paraId="14C24FCB" w14:textId="77777777" w:rsidR="00C15EE8" w:rsidRPr="00D23EC6" w:rsidRDefault="00C15EE8" w:rsidP="00C15EE8">
      <w:pPr>
        <w:pStyle w:val="NoSpacing"/>
        <w:spacing w:line="360" w:lineRule="auto"/>
        <w:jc w:val="center"/>
        <w:rPr>
          <w:rFonts w:ascii="Times New Roman" w:hAnsi="Times New Roman" w:cs="Times New Roman"/>
          <w:b/>
          <w:sz w:val="24"/>
          <w:szCs w:val="24"/>
        </w:rPr>
      </w:pPr>
      <w:r w:rsidRPr="00D23EC6">
        <w:rPr>
          <w:rFonts w:ascii="Times New Roman" w:hAnsi="Times New Roman" w:cs="Times New Roman"/>
          <w:b/>
          <w:sz w:val="24"/>
          <w:szCs w:val="24"/>
        </w:rPr>
        <w:t xml:space="preserve">THE </w:t>
      </w:r>
      <w:r>
        <w:rPr>
          <w:rFonts w:ascii="Times New Roman" w:hAnsi="Times New Roman" w:cs="Times New Roman"/>
          <w:b/>
          <w:sz w:val="24"/>
          <w:szCs w:val="24"/>
        </w:rPr>
        <w:t>DEPARTMENT OF SURVEYING AND GEO</w:t>
      </w:r>
      <w:r w:rsidRPr="00D23EC6">
        <w:rPr>
          <w:rFonts w:ascii="Times New Roman" w:hAnsi="Times New Roman" w:cs="Times New Roman"/>
          <w:b/>
          <w:sz w:val="24"/>
          <w:szCs w:val="24"/>
        </w:rPr>
        <w:t>INFORMATICS,</w:t>
      </w:r>
    </w:p>
    <w:p w14:paraId="7D7BEE77" w14:textId="77777777" w:rsidR="00C15EE8" w:rsidRPr="00D23EC6" w:rsidRDefault="00C15EE8" w:rsidP="00C15EE8">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STATE</w:t>
      </w:r>
      <w:r w:rsidRPr="00D23EC6">
        <w:rPr>
          <w:rFonts w:ascii="Times New Roman" w:hAnsi="Times New Roman" w:cs="Times New Roman"/>
          <w:b/>
          <w:sz w:val="24"/>
          <w:szCs w:val="24"/>
        </w:rPr>
        <w:t xml:space="preserve"> POLYTECHNIC</w:t>
      </w:r>
      <w:r>
        <w:rPr>
          <w:rFonts w:ascii="Times New Roman" w:hAnsi="Times New Roman" w:cs="Times New Roman"/>
          <w:b/>
          <w:sz w:val="24"/>
          <w:szCs w:val="24"/>
        </w:rPr>
        <w:t xml:space="preserve"> ILORIN</w:t>
      </w:r>
      <w:r w:rsidRPr="00D23EC6">
        <w:rPr>
          <w:rFonts w:ascii="Times New Roman" w:hAnsi="Times New Roman" w:cs="Times New Roman"/>
          <w:b/>
          <w:sz w:val="24"/>
          <w:szCs w:val="24"/>
        </w:rPr>
        <w:t>, KWARA STATE.</w:t>
      </w:r>
    </w:p>
    <w:p w14:paraId="167855A0" w14:textId="77777777" w:rsidR="00C15EE8" w:rsidRDefault="00C15EE8" w:rsidP="00C15EE8">
      <w:pPr>
        <w:pStyle w:val="NoSpacing"/>
        <w:spacing w:line="360" w:lineRule="auto"/>
        <w:jc w:val="center"/>
        <w:rPr>
          <w:rFonts w:ascii="Times New Roman" w:hAnsi="Times New Roman" w:cs="Times New Roman"/>
          <w:b/>
          <w:sz w:val="24"/>
          <w:szCs w:val="24"/>
        </w:rPr>
      </w:pPr>
    </w:p>
    <w:p w14:paraId="2179A17C" w14:textId="77777777" w:rsidR="00C15EE8" w:rsidRDefault="00C15EE8" w:rsidP="00C15EE8">
      <w:pPr>
        <w:pStyle w:val="NoSpacing"/>
        <w:spacing w:line="360" w:lineRule="auto"/>
        <w:jc w:val="center"/>
        <w:rPr>
          <w:rFonts w:ascii="Times New Roman" w:hAnsi="Times New Roman" w:cs="Times New Roman"/>
          <w:b/>
          <w:sz w:val="24"/>
          <w:szCs w:val="24"/>
        </w:rPr>
      </w:pPr>
    </w:p>
    <w:p w14:paraId="5234DB07" w14:textId="77777777" w:rsidR="00C15EE8" w:rsidRDefault="00C15EE8" w:rsidP="00C15EE8">
      <w:pPr>
        <w:pStyle w:val="NoSpacing"/>
        <w:spacing w:line="360" w:lineRule="auto"/>
        <w:jc w:val="center"/>
        <w:rPr>
          <w:rFonts w:ascii="Times New Roman" w:hAnsi="Times New Roman" w:cs="Times New Roman"/>
          <w:b/>
          <w:sz w:val="24"/>
          <w:szCs w:val="24"/>
        </w:rPr>
      </w:pPr>
    </w:p>
    <w:p w14:paraId="50C3723C" w14:textId="77777777" w:rsidR="00C15EE8" w:rsidRPr="00D23EC6" w:rsidRDefault="00C15EE8" w:rsidP="00C15EE8">
      <w:pPr>
        <w:pStyle w:val="NoSpacing"/>
        <w:spacing w:line="360" w:lineRule="auto"/>
        <w:jc w:val="center"/>
        <w:rPr>
          <w:rFonts w:ascii="Times New Roman" w:hAnsi="Times New Roman" w:cs="Times New Roman"/>
          <w:b/>
          <w:sz w:val="24"/>
          <w:szCs w:val="24"/>
        </w:rPr>
      </w:pPr>
    </w:p>
    <w:p w14:paraId="750247B4" w14:textId="77777777" w:rsidR="00C15EE8" w:rsidRPr="00D23EC6" w:rsidRDefault="00C15EE8" w:rsidP="00C15EE8">
      <w:pPr>
        <w:pStyle w:val="NoSpacing"/>
        <w:spacing w:line="360" w:lineRule="auto"/>
        <w:jc w:val="center"/>
        <w:rPr>
          <w:rFonts w:ascii="Times New Roman" w:hAnsi="Times New Roman" w:cs="Times New Roman"/>
          <w:b/>
          <w:sz w:val="24"/>
          <w:szCs w:val="24"/>
        </w:rPr>
      </w:pPr>
      <w:r w:rsidRPr="00D23EC6">
        <w:rPr>
          <w:rFonts w:ascii="Times New Roman" w:hAnsi="Times New Roman" w:cs="Times New Roman"/>
          <w:b/>
          <w:sz w:val="24"/>
          <w:szCs w:val="24"/>
        </w:rPr>
        <w:t>IN PARTIAL FULFILMENT OF THE REQUIREMENTS FOR THE</w:t>
      </w:r>
    </w:p>
    <w:p w14:paraId="7385B169" w14:textId="77777777" w:rsidR="00C15EE8" w:rsidRDefault="00C15EE8" w:rsidP="00C15EE8">
      <w:pPr>
        <w:pStyle w:val="NoSpacing"/>
        <w:spacing w:line="360" w:lineRule="auto"/>
        <w:jc w:val="center"/>
        <w:rPr>
          <w:rFonts w:ascii="Times New Roman" w:hAnsi="Times New Roman" w:cs="Times New Roman"/>
          <w:b/>
          <w:sz w:val="24"/>
          <w:szCs w:val="24"/>
        </w:rPr>
      </w:pPr>
      <w:r w:rsidRPr="00D23EC6">
        <w:rPr>
          <w:rFonts w:ascii="Times New Roman" w:hAnsi="Times New Roman" w:cs="Times New Roman"/>
          <w:b/>
          <w:sz w:val="24"/>
          <w:szCs w:val="24"/>
        </w:rPr>
        <w:t xml:space="preserve">AWARD OF </w:t>
      </w:r>
      <w:r>
        <w:rPr>
          <w:rFonts w:ascii="Times New Roman" w:hAnsi="Times New Roman" w:cs="Times New Roman"/>
          <w:b/>
          <w:sz w:val="24"/>
          <w:szCs w:val="24"/>
        </w:rPr>
        <w:t xml:space="preserve">HIGHER </w:t>
      </w:r>
      <w:r w:rsidRPr="00D23EC6">
        <w:rPr>
          <w:rFonts w:ascii="Times New Roman" w:hAnsi="Times New Roman" w:cs="Times New Roman"/>
          <w:b/>
          <w:sz w:val="24"/>
          <w:szCs w:val="24"/>
        </w:rPr>
        <w:t xml:space="preserve">NATIONAL DIPLOMA IN </w:t>
      </w:r>
    </w:p>
    <w:p w14:paraId="6AF3EE12" w14:textId="77777777" w:rsidR="00C15EE8" w:rsidRPr="00D23EC6" w:rsidRDefault="00C15EE8" w:rsidP="00C15EE8">
      <w:pPr>
        <w:pStyle w:val="NoSpacing"/>
        <w:spacing w:line="360" w:lineRule="auto"/>
        <w:jc w:val="center"/>
        <w:rPr>
          <w:rFonts w:ascii="Times New Roman" w:hAnsi="Times New Roman" w:cs="Times New Roman"/>
          <w:b/>
          <w:sz w:val="24"/>
          <w:szCs w:val="24"/>
        </w:rPr>
      </w:pPr>
      <w:r w:rsidRPr="00D23EC6">
        <w:rPr>
          <w:rFonts w:ascii="Times New Roman" w:hAnsi="Times New Roman" w:cs="Times New Roman"/>
          <w:b/>
          <w:sz w:val="24"/>
          <w:szCs w:val="24"/>
        </w:rPr>
        <w:t>SURVEYING AND GEOINFORMATICS.</w:t>
      </w:r>
    </w:p>
    <w:p w14:paraId="2B011C28" w14:textId="77777777" w:rsidR="00C15EE8" w:rsidRPr="00D23EC6" w:rsidRDefault="00C15EE8" w:rsidP="00C15EE8">
      <w:pPr>
        <w:pStyle w:val="NoSpacing"/>
        <w:spacing w:line="360" w:lineRule="auto"/>
        <w:jc w:val="center"/>
        <w:rPr>
          <w:rFonts w:ascii="Times New Roman" w:hAnsi="Times New Roman" w:cs="Times New Roman"/>
          <w:b/>
          <w:sz w:val="24"/>
          <w:szCs w:val="24"/>
        </w:rPr>
      </w:pPr>
    </w:p>
    <w:p w14:paraId="64A1E87F" w14:textId="77777777" w:rsidR="00C15EE8" w:rsidRPr="00D23EC6" w:rsidRDefault="00C15EE8" w:rsidP="00C15EE8">
      <w:pPr>
        <w:pStyle w:val="NoSpacing"/>
        <w:spacing w:line="360" w:lineRule="auto"/>
        <w:jc w:val="center"/>
        <w:rPr>
          <w:rFonts w:ascii="Times New Roman" w:hAnsi="Times New Roman" w:cs="Times New Roman"/>
          <w:b/>
          <w:sz w:val="24"/>
          <w:szCs w:val="24"/>
        </w:rPr>
      </w:pPr>
    </w:p>
    <w:p w14:paraId="3261324B" w14:textId="77777777" w:rsidR="00C15EE8" w:rsidRPr="00D23EC6" w:rsidRDefault="00C15EE8" w:rsidP="00C15EE8">
      <w:pPr>
        <w:pStyle w:val="NoSpacing"/>
        <w:spacing w:line="360" w:lineRule="auto"/>
        <w:jc w:val="center"/>
        <w:rPr>
          <w:rFonts w:ascii="Times New Roman" w:hAnsi="Times New Roman" w:cs="Times New Roman"/>
          <w:b/>
          <w:sz w:val="24"/>
          <w:szCs w:val="24"/>
        </w:rPr>
      </w:pPr>
    </w:p>
    <w:p w14:paraId="55D33F23" w14:textId="77777777" w:rsidR="00C15EE8" w:rsidRPr="00D23EC6" w:rsidRDefault="00C15EE8" w:rsidP="00C15EE8">
      <w:pPr>
        <w:pStyle w:val="NoSpacing"/>
        <w:spacing w:line="360" w:lineRule="auto"/>
        <w:jc w:val="center"/>
        <w:rPr>
          <w:rFonts w:ascii="Times New Roman" w:hAnsi="Times New Roman" w:cs="Times New Roman"/>
          <w:b/>
          <w:sz w:val="24"/>
          <w:szCs w:val="24"/>
        </w:rPr>
      </w:pPr>
    </w:p>
    <w:p w14:paraId="2429FE07" w14:textId="77777777" w:rsidR="00C15EE8" w:rsidRPr="00D23EC6" w:rsidRDefault="00C15EE8" w:rsidP="00C15EE8">
      <w:pPr>
        <w:pStyle w:val="NoSpacing"/>
        <w:spacing w:line="360" w:lineRule="auto"/>
        <w:jc w:val="center"/>
        <w:rPr>
          <w:rFonts w:ascii="Times New Roman" w:hAnsi="Times New Roman" w:cs="Times New Roman"/>
          <w:b/>
          <w:sz w:val="24"/>
          <w:szCs w:val="24"/>
        </w:rPr>
      </w:pPr>
    </w:p>
    <w:p w14:paraId="7A0323FD" w14:textId="77777777" w:rsidR="00C15EE8" w:rsidRDefault="00C15EE8" w:rsidP="00C15EE8">
      <w:pPr>
        <w:pStyle w:val="NoSpacing"/>
        <w:spacing w:line="360" w:lineRule="auto"/>
        <w:ind w:left="5760" w:firstLine="720"/>
        <w:jc w:val="center"/>
        <w:rPr>
          <w:rFonts w:ascii="Times New Roman" w:hAnsi="Times New Roman" w:cs="Times New Roman"/>
          <w:b/>
          <w:sz w:val="24"/>
          <w:szCs w:val="24"/>
        </w:rPr>
      </w:pPr>
      <w:r>
        <w:rPr>
          <w:rFonts w:ascii="Times New Roman" w:hAnsi="Times New Roman" w:cs="Times New Roman"/>
          <w:b/>
          <w:sz w:val="24"/>
          <w:szCs w:val="24"/>
        </w:rPr>
        <w:t>MAY, 2025</w:t>
      </w:r>
    </w:p>
    <w:p w14:paraId="0AFADFA8" w14:textId="77777777" w:rsidR="00686C49" w:rsidRDefault="00686C49" w:rsidP="00686C49">
      <w:pPr>
        <w:autoSpaceDE w:val="0"/>
        <w:autoSpaceDN w:val="0"/>
        <w:spacing w:after="0" w:line="480" w:lineRule="auto"/>
        <w:rPr>
          <w:rFonts w:ascii="Times New Roman" w:hAnsi="Times New Roman" w:cs="Times New Roman"/>
          <w:sz w:val="24"/>
          <w:szCs w:val="24"/>
        </w:rPr>
      </w:pPr>
    </w:p>
    <w:p w14:paraId="13D4E6E1" w14:textId="77777777" w:rsidR="00C15EE8" w:rsidRDefault="00C15EE8" w:rsidP="00686C49">
      <w:pPr>
        <w:autoSpaceDE w:val="0"/>
        <w:autoSpaceDN w:val="0"/>
        <w:spacing w:after="0" w:line="480" w:lineRule="auto"/>
        <w:rPr>
          <w:rFonts w:ascii="Times New Roman" w:hAnsi="Times New Roman" w:cs="Times New Roman"/>
          <w:sz w:val="24"/>
          <w:szCs w:val="24"/>
        </w:rPr>
      </w:pPr>
    </w:p>
    <w:p w14:paraId="65888BC2" w14:textId="77777777" w:rsidR="00C15EE8" w:rsidRDefault="00C15EE8" w:rsidP="00686C49">
      <w:pPr>
        <w:autoSpaceDE w:val="0"/>
        <w:autoSpaceDN w:val="0"/>
        <w:spacing w:after="0" w:line="480" w:lineRule="auto"/>
        <w:rPr>
          <w:rFonts w:ascii="Times New Roman" w:hAnsi="Times New Roman" w:cs="Times New Roman"/>
          <w:sz w:val="24"/>
          <w:szCs w:val="24"/>
        </w:rPr>
      </w:pPr>
    </w:p>
    <w:p w14:paraId="42666C37" w14:textId="77777777" w:rsidR="00C15EE8" w:rsidRDefault="00C15EE8" w:rsidP="00686C49">
      <w:pPr>
        <w:autoSpaceDE w:val="0"/>
        <w:autoSpaceDN w:val="0"/>
        <w:spacing w:after="0" w:line="480" w:lineRule="auto"/>
        <w:rPr>
          <w:rFonts w:ascii="Times New Roman" w:hAnsi="Times New Roman" w:cs="Times New Roman"/>
          <w:sz w:val="24"/>
          <w:szCs w:val="24"/>
        </w:rPr>
      </w:pPr>
    </w:p>
    <w:p w14:paraId="6E52528B" w14:textId="77777777" w:rsidR="00C15EE8" w:rsidRDefault="00C15EE8" w:rsidP="00686C49">
      <w:pPr>
        <w:autoSpaceDE w:val="0"/>
        <w:autoSpaceDN w:val="0"/>
        <w:spacing w:after="0" w:line="480" w:lineRule="auto"/>
        <w:rPr>
          <w:rFonts w:ascii="Times New Roman" w:hAnsi="Times New Roman" w:cs="Times New Roman"/>
          <w:sz w:val="24"/>
          <w:szCs w:val="24"/>
        </w:rPr>
      </w:pPr>
    </w:p>
    <w:p w14:paraId="5B424228" w14:textId="77777777" w:rsidR="009574B8" w:rsidRDefault="009574B8" w:rsidP="009574B8">
      <w:pPr>
        <w:pStyle w:val="NoSpacing"/>
        <w:spacing w:line="480" w:lineRule="auto"/>
        <w:jc w:val="center"/>
        <w:rPr>
          <w:rFonts w:ascii="Times New Roman" w:hAnsi="Times New Roman" w:cs="Times New Roman"/>
          <w:b/>
          <w:sz w:val="24"/>
          <w:szCs w:val="24"/>
        </w:rPr>
      </w:pPr>
    </w:p>
    <w:p w14:paraId="6846FBB5" w14:textId="77777777" w:rsidR="009574B8" w:rsidRPr="00716E95" w:rsidRDefault="009574B8" w:rsidP="009574B8">
      <w:pPr>
        <w:pStyle w:val="NoSpacing"/>
        <w:spacing w:line="480" w:lineRule="auto"/>
        <w:jc w:val="center"/>
        <w:rPr>
          <w:rFonts w:ascii="Times New Roman" w:hAnsi="Times New Roman" w:cs="Times New Roman"/>
          <w:b/>
          <w:sz w:val="24"/>
          <w:szCs w:val="24"/>
        </w:rPr>
      </w:pPr>
      <w:r w:rsidRPr="00716E95">
        <w:rPr>
          <w:rFonts w:ascii="Times New Roman" w:hAnsi="Times New Roman" w:cs="Times New Roman"/>
          <w:b/>
          <w:sz w:val="24"/>
          <w:szCs w:val="24"/>
        </w:rPr>
        <w:t>CERTIFICATE</w:t>
      </w:r>
    </w:p>
    <w:p w14:paraId="063334CF" w14:textId="77777777" w:rsidR="009574B8" w:rsidRPr="001F6332" w:rsidRDefault="009574B8" w:rsidP="009574B8">
      <w:pPr>
        <w:pStyle w:val="NoSpacing"/>
        <w:spacing w:line="480" w:lineRule="auto"/>
        <w:jc w:val="both"/>
        <w:rPr>
          <w:rFonts w:ascii="Times New Roman" w:hAnsi="Times New Roman" w:cs="Times New Roman"/>
          <w:sz w:val="24"/>
          <w:szCs w:val="24"/>
        </w:rPr>
      </w:pPr>
      <w:r w:rsidRPr="001F6332">
        <w:rPr>
          <w:rFonts w:ascii="Times New Roman" w:hAnsi="Times New Roman" w:cs="Times New Roman"/>
          <w:sz w:val="24"/>
          <w:szCs w:val="24"/>
        </w:rPr>
        <w:t xml:space="preserve">I hereby certify that all the information given in this project was obtain as a result of </w:t>
      </w:r>
      <w:r>
        <w:rPr>
          <w:rFonts w:ascii="Times New Roman" w:hAnsi="Times New Roman" w:cs="Times New Roman"/>
          <w:sz w:val="24"/>
          <w:szCs w:val="24"/>
        </w:rPr>
        <w:t xml:space="preserve">my observation and measurements and was </w:t>
      </w:r>
      <w:r w:rsidRPr="001F6332">
        <w:rPr>
          <w:rFonts w:ascii="Times New Roman" w:hAnsi="Times New Roman" w:cs="Times New Roman"/>
          <w:sz w:val="24"/>
          <w:szCs w:val="24"/>
        </w:rPr>
        <w:t xml:space="preserve">carried out by me in accordance with </w:t>
      </w:r>
      <w:r>
        <w:rPr>
          <w:rFonts w:ascii="Times New Roman" w:hAnsi="Times New Roman" w:cs="Times New Roman"/>
          <w:sz w:val="24"/>
          <w:szCs w:val="24"/>
        </w:rPr>
        <w:t xml:space="preserve">the </w:t>
      </w:r>
      <w:r w:rsidRPr="001F6332">
        <w:rPr>
          <w:rFonts w:ascii="Times New Roman" w:hAnsi="Times New Roman" w:cs="Times New Roman"/>
          <w:sz w:val="24"/>
          <w:szCs w:val="24"/>
        </w:rPr>
        <w:t>survey rules, regulation and departmental instructions.</w:t>
      </w:r>
    </w:p>
    <w:p w14:paraId="757DABCF" w14:textId="77777777" w:rsidR="009574B8" w:rsidRPr="001F6332" w:rsidRDefault="009574B8" w:rsidP="009574B8">
      <w:pPr>
        <w:pStyle w:val="NoSpacing"/>
        <w:spacing w:line="480" w:lineRule="auto"/>
        <w:rPr>
          <w:rFonts w:ascii="Times New Roman" w:hAnsi="Times New Roman" w:cs="Times New Roman"/>
          <w:sz w:val="24"/>
          <w:szCs w:val="24"/>
        </w:rPr>
      </w:pPr>
    </w:p>
    <w:p w14:paraId="71351065" w14:textId="77777777" w:rsidR="009574B8" w:rsidRPr="001F6332" w:rsidRDefault="009574B8" w:rsidP="009574B8">
      <w:pPr>
        <w:pStyle w:val="NoSpacing"/>
        <w:spacing w:line="480" w:lineRule="auto"/>
        <w:rPr>
          <w:rFonts w:ascii="Times New Roman" w:hAnsi="Times New Roman" w:cs="Times New Roman"/>
          <w:sz w:val="24"/>
          <w:szCs w:val="24"/>
        </w:rPr>
      </w:pPr>
    </w:p>
    <w:p w14:paraId="1BC2D79F" w14:textId="3A4F86AD" w:rsidR="009574B8" w:rsidRPr="001F6332" w:rsidRDefault="009574B8" w:rsidP="009574B8">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p>
    <w:p w14:paraId="1CD6BC04" w14:textId="33584617" w:rsidR="009574B8" w:rsidRPr="009574B8" w:rsidRDefault="009574B8" w:rsidP="009574B8">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OJO SIMON ABAYOMI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 xml:space="preserve">   Date and Signature</w:t>
      </w:r>
    </w:p>
    <w:p w14:paraId="74F7A357" w14:textId="125E98B8" w:rsidR="009574B8" w:rsidRPr="00F865C4" w:rsidRDefault="009574B8" w:rsidP="009574B8">
      <w:pPr>
        <w:pStyle w:val="NoSpacing"/>
        <w:spacing w:line="480" w:lineRule="auto"/>
        <w:rPr>
          <w:rFonts w:ascii="Times New Roman" w:hAnsi="Times New Roman" w:cs="Times New Roman"/>
          <w:b/>
          <w:sz w:val="24"/>
          <w:szCs w:val="24"/>
        </w:rPr>
      </w:pPr>
      <w:r>
        <w:rPr>
          <w:rFonts w:ascii="Times New Roman" w:hAnsi="Times New Roman" w:cs="Times New Roman"/>
          <w:sz w:val="24"/>
          <w:szCs w:val="24"/>
        </w:rPr>
        <w:t xml:space="preserve">   HND/23/SGI/FT/0114</w:t>
      </w:r>
    </w:p>
    <w:p w14:paraId="69A9F6E4" w14:textId="77777777" w:rsidR="00C15EE8" w:rsidRDefault="00C15EE8" w:rsidP="00686C49">
      <w:pPr>
        <w:autoSpaceDE w:val="0"/>
        <w:autoSpaceDN w:val="0"/>
        <w:spacing w:after="0" w:line="480" w:lineRule="auto"/>
        <w:rPr>
          <w:rFonts w:ascii="Times New Roman" w:hAnsi="Times New Roman" w:cs="Times New Roman"/>
          <w:sz w:val="24"/>
          <w:szCs w:val="24"/>
        </w:rPr>
      </w:pPr>
    </w:p>
    <w:p w14:paraId="5AC98C97" w14:textId="52157FF8" w:rsidR="009574B8" w:rsidRPr="00D23EC6" w:rsidRDefault="009574B8" w:rsidP="009574B8">
      <w:pPr>
        <w:pStyle w:val="NoSpacing"/>
        <w:spacing w:line="360" w:lineRule="auto"/>
        <w:jc w:val="center"/>
        <w:rPr>
          <w:rFonts w:ascii="Times New Roman" w:hAnsi="Times New Roman" w:cs="Times New Roman"/>
          <w:b/>
          <w:sz w:val="24"/>
          <w:szCs w:val="24"/>
        </w:rPr>
      </w:pPr>
    </w:p>
    <w:p w14:paraId="17F0D49F" w14:textId="77777777" w:rsidR="009574B8" w:rsidRDefault="009574B8" w:rsidP="00686C49">
      <w:pPr>
        <w:autoSpaceDE w:val="0"/>
        <w:autoSpaceDN w:val="0"/>
        <w:spacing w:after="0" w:line="480" w:lineRule="auto"/>
        <w:rPr>
          <w:rFonts w:ascii="Times New Roman" w:hAnsi="Times New Roman" w:cs="Times New Roman"/>
          <w:sz w:val="24"/>
          <w:szCs w:val="24"/>
        </w:rPr>
      </w:pPr>
    </w:p>
    <w:p w14:paraId="0D19944F" w14:textId="77777777" w:rsidR="009574B8" w:rsidRDefault="009574B8" w:rsidP="00686C49">
      <w:pPr>
        <w:autoSpaceDE w:val="0"/>
        <w:autoSpaceDN w:val="0"/>
        <w:spacing w:after="0" w:line="480" w:lineRule="auto"/>
        <w:rPr>
          <w:rFonts w:ascii="Times New Roman" w:hAnsi="Times New Roman" w:cs="Times New Roman"/>
          <w:sz w:val="24"/>
          <w:szCs w:val="24"/>
        </w:rPr>
      </w:pPr>
    </w:p>
    <w:p w14:paraId="295B452F" w14:textId="77777777" w:rsidR="009574B8" w:rsidRDefault="009574B8" w:rsidP="00686C49">
      <w:pPr>
        <w:autoSpaceDE w:val="0"/>
        <w:autoSpaceDN w:val="0"/>
        <w:spacing w:after="0" w:line="480" w:lineRule="auto"/>
        <w:rPr>
          <w:rFonts w:ascii="Times New Roman" w:hAnsi="Times New Roman" w:cs="Times New Roman"/>
          <w:sz w:val="24"/>
          <w:szCs w:val="24"/>
        </w:rPr>
      </w:pPr>
    </w:p>
    <w:p w14:paraId="2D79F58A" w14:textId="77777777" w:rsidR="009574B8" w:rsidRDefault="009574B8" w:rsidP="00686C49">
      <w:pPr>
        <w:autoSpaceDE w:val="0"/>
        <w:autoSpaceDN w:val="0"/>
        <w:spacing w:after="0" w:line="480" w:lineRule="auto"/>
        <w:rPr>
          <w:rFonts w:ascii="Times New Roman" w:hAnsi="Times New Roman" w:cs="Times New Roman"/>
          <w:sz w:val="24"/>
          <w:szCs w:val="24"/>
        </w:rPr>
      </w:pPr>
    </w:p>
    <w:p w14:paraId="3ACD8454" w14:textId="77777777" w:rsidR="009574B8" w:rsidRDefault="009574B8" w:rsidP="00686C49">
      <w:pPr>
        <w:autoSpaceDE w:val="0"/>
        <w:autoSpaceDN w:val="0"/>
        <w:spacing w:after="0" w:line="480" w:lineRule="auto"/>
        <w:rPr>
          <w:rFonts w:ascii="Times New Roman" w:hAnsi="Times New Roman" w:cs="Times New Roman"/>
          <w:sz w:val="24"/>
          <w:szCs w:val="24"/>
        </w:rPr>
      </w:pPr>
    </w:p>
    <w:p w14:paraId="795A5225" w14:textId="77777777" w:rsidR="009574B8" w:rsidRDefault="009574B8" w:rsidP="00686C49">
      <w:pPr>
        <w:autoSpaceDE w:val="0"/>
        <w:autoSpaceDN w:val="0"/>
        <w:spacing w:after="0" w:line="480" w:lineRule="auto"/>
        <w:rPr>
          <w:rFonts w:ascii="Times New Roman" w:hAnsi="Times New Roman" w:cs="Times New Roman"/>
          <w:sz w:val="24"/>
          <w:szCs w:val="24"/>
        </w:rPr>
      </w:pPr>
    </w:p>
    <w:p w14:paraId="190E4829" w14:textId="77777777" w:rsidR="009574B8" w:rsidRDefault="009574B8" w:rsidP="00686C49">
      <w:pPr>
        <w:autoSpaceDE w:val="0"/>
        <w:autoSpaceDN w:val="0"/>
        <w:spacing w:after="0" w:line="480" w:lineRule="auto"/>
        <w:rPr>
          <w:rFonts w:ascii="Times New Roman" w:hAnsi="Times New Roman" w:cs="Times New Roman"/>
          <w:sz w:val="24"/>
          <w:szCs w:val="24"/>
        </w:rPr>
      </w:pPr>
    </w:p>
    <w:p w14:paraId="53F303F7" w14:textId="77777777" w:rsidR="009574B8" w:rsidRDefault="009574B8" w:rsidP="00686C49">
      <w:pPr>
        <w:autoSpaceDE w:val="0"/>
        <w:autoSpaceDN w:val="0"/>
        <w:spacing w:after="0" w:line="480" w:lineRule="auto"/>
        <w:rPr>
          <w:rFonts w:ascii="Times New Roman" w:hAnsi="Times New Roman" w:cs="Times New Roman"/>
          <w:sz w:val="24"/>
          <w:szCs w:val="24"/>
        </w:rPr>
      </w:pPr>
    </w:p>
    <w:p w14:paraId="2CEC07FA" w14:textId="77777777" w:rsidR="009574B8" w:rsidRDefault="009574B8" w:rsidP="00686C49">
      <w:pPr>
        <w:autoSpaceDE w:val="0"/>
        <w:autoSpaceDN w:val="0"/>
        <w:spacing w:after="0" w:line="480" w:lineRule="auto"/>
        <w:rPr>
          <w:rFonts w:ascii="Times New Roman" w:hAnsi="Times New Roman" w:cs="Times New Roman"/>
          <w:sz w:val="24"/>
          <w:szCs w:val="24"/>
        </w:rPr>
      </w:pPr>
    </w:p>
    <w:p w14:paraId="75FAD536" w14:textId="77777777" w:rsidR="009574B8" w:rsidRDefault="009574B8" w:rsidP="00686C49">
      <w:pPr>
        <w:autoSpaceDE w:val="0"/>
        <w:autoSpaceDN w:val="0"/>
        <w:spacing w:after="0" w:line="480" w:lineRule="auto"/>
        <w:rPr>
          <w:rFonts w:ascii="Times New Roman" w:hAnsi="Times New Roman" w:cs="Times New Roman"/>
          <w:sz w:val="24"/>
          <w:szCs w:val="24"/>
        </w:rPr>
      </w:pPr>
    </w:p>
    <w:p w14:paraId="32D27F31" w14:textId="77777777" w:rsidR="009574B8" w:rsidRDefault="009574B8" w:rsidP="00686C49">
      <w:pPr>
        <w:autoSpaceDE w:val="0"/>
        <w:autoSpaceDN w:val="0"/>
        <w:spacing w:after="0" w:line="480" w:lineRule="auto"/>
        <w:rPr>
          <w:rFonts w:ascii="Times New Roman" w:hAnsi="Times New Roman" w:cs="Times New Roman"/>
          <w:sz w:val="24"/>
          <w:szCs w:val="24"/>
        </w:rPr>
      </w:pPr>
    </w:p>
    <w:p w14:paraId="506636F8" w14:textId="77777777" w:rsidR="009574B8" w:rsidRDefault="009574B8" w:rsidP="00686C49">
      <w:pPr>
        <w:autoSpaceDE w:val="0"/>
        <w:autoSpaceDN w:val="0"/>
        <w:spacing w:after="0" w:line="480" w:lineRule="auto"/>
        <w:rPr>
          <w:rFonts w:ascii="Times New Roman" w:hAnsi="Times New Roman" w:cs="Times New Roman"/>
          <w:sz w:val="24"/>
          <w:szCs w:val="24"/>
        </w:rPr>
      </w:pPr>
    </w:p>
    <w:p w14:paraId="7C579C76" w14:textId="77777777" w:rsidR="009574B8" w:rsidRDefault="009574B8" w:rsidP="00686C49">
      <w:pPr>
        <w:autoSpaceDE w:val="0"/>
        <w:autoSpaceDN w:val="0"/>
        <w:spacing w:after="0" w:line="480" w:lineRule="auto"/>
        <w:rPr>
          <w:rFonts w:ascii="Times New Roman" w:hAnsi="Times New Roman" w:cs="Times New Roman"/>
          <w:sz w:val="24"/>
          <w:szCs w:val="24"/>
        </w:rPr>
      </w:pPr>
    </w:p>
    <w:p w14:paraId="481A48F0" w14:textId="77777777" w:rsidR="009574B8" w:rsidRDefault="009574B8" w:rsidP="00686C49">
      <w:pPr>
        <w:autoSpaceDE w:val="0"/>
        <w:autoSpaceDN w:val="0"/>
        <w:spacing w:after="0" w:line="480" w:lineRule="auto"/>
        <w:rPr>
          <w:rFonts w:ascii="Times New Roman" w:hAnsi="Times New Roman" w:cs="Times New Roman"/>
          <w:sz w:val="24"/>
          <w:szCs w:val="24"/>
        </w:rPr>
      </w:pPr>
    </w:p>
    <w:p w14:paraId="336CF295" w14:textId="77777777" w:rsidR="009574B8" w:rsidRDefault="009574B8" w:rsidP="00686C49">
      <w:pPr>
        <w:autoSpaceDE w:val="0"/>
        <w:autoSpaceDN w:val="0"/>
        <w:spacing w:after="0" w:line="480" w:lineRule="auto"/>
        <w:rPr>
          <w:rFonts w:ascii="Times New Roman" w:hAnsi="Times New Roman" w:cs="Times New Roman"/>
          <w:sz w:val="24"/>
          <w:szCs w:val="24"/>
        </w:rPr>
      </w:pPr>
    </w:p>
    <w:p w14:paraId="75A31E55" w14:textId="77777777" w:rsidR="009574B8" w:rsidRDefault="009574B8" w:rsidP="00686C49">
      <w:pPr>
        <w:autoSpaceDE w:val="0"/>
        <w:autoSpaceDN w:val="0"/>
        <w:spacing w:after="0" w:line="480" w:lineRule="auto"/>
        <w:rPr>
          <w:rFonts w:ascii="Times New Roman" w:hAnsi="Times New Roman" w:cs="Times New Roman"/>
          <w:sz w:val="24"/>
          <w:szCs w:val="24"/>
        </w:rPr>
      </w:pPr>
    </w:p>
    <w:p w14:paraId="2B433DF5" w14:textId="77777777" w:rsidR="009574B8" w:rsidRDefault="009574B8" w:rsidP="009574B8">
      <w:pPr>
        <w:pStyle w:val="NoSpacing"/>
        <w:spacing w:line="480" w:lineRule="auto"/>
        <w:jc w:val="center"/>
        <w:rPr>
          <w:rFonts w:ascii="Times New Roman" w:hAnsi="Times New Roman" w:cs="Times New Roman"/>
          <w:b/>
          <w:sz w:val="24"/>
          <w:szCs w:val="24"/>
        </w:rPr>
      </w:pPr>
      <w:r w:rsidRPr="00716E95">
        <w:rPr>
          <w:rFonts w:ascii="Times New Roman" w:hAnsi="Times New Roman" w:cs="Times New Roman"/>
          <w:b/>
          <w:sz w:val="24"/>
          <w:szCs w:val="24"/>
        </w:rPr>
        <w:lastRenderedPageBreak/>
        <w:t>CERTIFICATION</w:t>
      </w:r>
    </w:p>
    <w:p w14:paraId="4DACB1E6" w14:textId="65F5C232" w:rsidR="009574B8" w:rsidRDefault="009574B8" w:rsidP="009574B8">
      <w:pPr>
        <w:pStyle w:val="NoSpacing"/>
        <w:spacing w:line="480" w:lineRule="auto"/>
        <w:ind w:firstLine="720"/>
        <w:jc w:val="both"/>
        <w:rPr>
          <w:rFonts w:ascii="Times New Roman" w:hAnsi="Times New Roman" w:cs="Times New Roman"/>
          <w:b/>
          <w:sz w:val="24"/>
          <w:szCs w:val="24"/>
        </w:rPr>
      </w:pPr>
      <w:r w:rsidRPr="001F6332">
        <w:rPr>
          <w:rFonts w:ascii="Times New Roman" w:hAnsi="Times New Roman" w:cs="Times New Roman"/>
          <w:sz w:val="24"/>
          <w:szCs w:val="24"/>
        </w:rPr>
        <w:t xml:space="preserve">This is to certify that </w:t>
      </w:r>
      <w:r>
        <w:rPr>
          <w:rFonts w:ascii="Times New Roman" w:hAnsi="Times New Roman" w:cs="Times New Roman"/>
          <w:b/>
          <w:sz w:val="24"/>
          <w:szCs w:val="24"/>
        </w:rPr>
        <w:t>OJO SIMON ABAYOMI</w:t>
      </w:r>
      <w:r w:rsidRPr="001F6332">
        <w:rPr>
          <w:rFonts w:ascii="Times New Roman" w:hAnsi="Times New Roman" w:cs="Times New Roman"/>
          <w:sz w:val="24"/>
          <w:szCs w:val="24"/>
        </w:rPr>
        <w:t xml:space="preserve"> </w:t>
      </w:r>
      <w:r w:rsidRPr="001F6332">
        <w:rPr>
          <w:rFonts w:ascii="Times New Roman" w:hAnsi="Times New Roman" w:cs="Times New Roman"/>
          <w:sz w:val="24"/>
          <w:szCs w:val="24"/>
        </w:rPr>
        <w:t xml:space="preserve">with matriculation number </w:t>
      </w:r>
      <w:r>
        <w:rPr>
          <w:rFonts w:ascii="Times New Roman" w:hAnsi="Times New Roman" w:cs="Times New Roman"/>
          <w:b/>
          <w:sz w:val="24"/>
          <w:szCs w:val="24"/>
        </w:rPr>
        <w:t>HND/23/SGI/FT/0114</w:t>
      </w:r>
      <w:r w:rsidRPr="001F6332">
        <w:rPr>
          <w:rFonts w:ascii="Times New Roman" w:hAnsi="Times New Roman" w:cs="Times New Roman"/>
          <w:sz w:val="24"/>
          <w:szCs w:val="24"/>
        </w:rPr>
        <w:t xml:space="preserve"> has satisfactorily carried out th</w:t>
      </w:r>
      <w:r>
        <w:rPr>
          <w:rFonts w:ascii="Times New Roman" w:hAnsi="Times New Roman" w:cs="Times New Roman"/>
          <w:sz w:val="24"/>
          <w:szCs w:val="24"/>
        </w:rPr>
        <w:t>e survey duties contained in his</w:t>
      </w:r>
      <w:r w:rsidRPr="001F6332">
        <w:rPr>
          <w:rFonts w:ascii="Times New Roman" w:hAnsi="Times New Roman" w:cs="Times New Roman"/>
          <w:sz w:val="24"/>
          <w:szCs w:val="24"/>
        </w:rPr>
        <w:t xml:space="preserve"> project under my instruction and direct supervision. </w:t>
      </w:r>
    </w:p>
    <w:p w14:paraId="7531B2D9" w14:textId="24A509B3" w:rsidR="009574B8" w:rsidRPr="00F204F0" w:rsidRDefault="009574B8" w:rsidP="009574B8">
      <w:pPr>
        <w:pStyle w:val="NoSpacing"/>
        <w:spacing w:line="480" w:lineRule="auto"/>
        <w:ind w:firstLine="720"/>
        <w:jc w:val="both"/>
        <w:rPr>
          <w:rFonts w:ascii="Times New Roman" w:hAnsi="Times New Roman" w:cs="Times New Roman"/>
          <w:b/>
          <w:sz w:val="24"/>
          <w:szCs w:val="24"/>
        </w:rPr>
      </w:pPr>
      <w:r w:rsidRPr="001F6332">
        <w:rPr>
          <w:rFonts w:ascii="Times New Roman" w:hAnsi="Times New Roman" w:cs="Times New Roman"/>
          <w:sz w:val="24"/>
          <w:szCs w:val="24"/>
        </w:rPr>
        <w:t xml:space="preserve">I hereby declare, that </w:t>
      </w:r>
      <w:r>
        <w:rPr>
          <w:rFonts w:ascii="Times New Roman" w:hAnsi="Times New Roman" w:cs="Times New Roman"/>
          <w:sz w:val="24"/>
          <w:szCs w:val="24"/>
        </w:rPr>
        <w:t>he has conducted him</w:t>
      </w:r>
      <w:r w:rsidRPr="001F6332">
        <w:rPr>
          <w:rFonts w:ascii="Times New Roman" w:hAnsi="Times New Roman" w:cs="Times New Roman"/>
          <w:sz w:val="24"/>
          <w:szCs w:val="24"/>
        </w:rPr>
        <w:t>self with due diligence, honesty and sobriety on the project.</w:t>
      </w:r>
    </w:p>
    <w:p w14:paraId="0EA71710" w14:textId="77777777" w:rsidR="009574B8" w:rsidRPr="001F6332" w:rsidRDefault="009574B8" w:rsidP="009574B8">
      <w:pPr>
        <w:pStyle w:val="NoSpacing"/>
        <w:spacing w:line="480" w:lineRule="auto"/>
        <w:rPr>
          <w:rFonts w:ascii="Times New Roman" w:hAnsi="Times New Roman" w:cs="Times New Roman"/>
          <w:sz w:val="24"/>
          <w:szCs w:val="24"/>
        </w:rPr>
      </w:pPr>
    </w:p>
    <w:p w14:paraId="3B2C6767" w14:textId="77777777" w:rsidR="009574B8" w:rsidRPr="001F6332" w:rsidRDefault="009574B8" w:rsidP="009574B8">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F6332">
        <w:rPr>
          <w:rFonts w:ascii="Times New Roman" w:hAnsi="Times New Roman" w:cs="Times New Roman"/>
          <w:sz w:val="24"/>
          <w:szCs w:val="24"/>
        </w:rPr>
        <w:t>____________________</w:t>
      </w:r>
    </w:p>
    <w:p w14:paraId="3187A2CD" w14:textId="3F6F47B3" w:rsidR="009574B8" w:rsidRDefault="009574B8" w:rsidP="009574B8">
      <w:pPr>
        <w:pStyle w:val="NoSpacing"/>
        <w:spacing w:line="480" w:lineRule="auto"/>
        <w:rPr>
          <w:rFonts w:ascii="Times New Roman" w:hAnsi="Times New Roman" w:cs="Times New Roman"/>
          <w:sz w:val="24"/>
          <w:szCs w:val="24"/>
        </w:rPr>
      </w:pPr>
      <w:proofErr w:type="spellStart"/>
      <w:r w:rsidRPr="004E5C61">
        <w:rPr>
          <w:rFonts w:ascii="Times New Roman" w:hAnsi="Times New Roman" w:cs="Times New Roman"/>
          <w:b/>
          <w:sz w:val="24"/>
          <w:szCs w:val="24"/>
        </w:rPr>
        <w:t>Surv</w:t>
      </w:r>
      <w:proofErr w:type="spellEnd"/>
      <w:r w:rsidRPr="004E5C61">
        <w:rPr>
          <w:rFonts w:ascii="Times New Roman" w:hAnsi="Times New Roman" w:cs="Times New Roman"/>
          <w:b/>
          <w:sz w:val="24"/>
          <w:szCs w:val="24"/>
        </w:rPr>
        <w:t xml:space="preserve">. </w:t>
      </w:r>
      <w:r>
        <w:rPr>
          <w:rFonts w:ascii="Times New Roman" w:hAnsi="Times New Roman" w:cs="Times New Roman"/>
          <w:b/>
          <w:sz w:val="24"/>
          <w:szCs w:val="24"/>
        </w:rPr>
        <w:t xml:space="preserve">A.O. </w:t>
      </w:r>
      <w:proofErr w:type="spellStart"/>
      <w:r>
        <w:rPr>
          <w:rFonts w:ascii="Times New Roman" w:hAnsi="Times New Roman" w:cs="Times New Roman"/>
          <w:b/>
          <w:sz w:val="24"/>
          <w:szCs w:val="24"/>
        </w:rPr>
        <w:t>Akinyede</w:t>
      </w:r>
      <w:proofErr w:type="spellEnd"/>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sidRPr="001F6332">
        <w:rPr>
          <w:rFonts w:ascii="Times New Roman" w:hAnsi="Times New Roman" w:cs="Times New Roman"/>
          <w:sz w:val="24"/>
          <w:szCs w:val="24"/>
        </w:rPr>
        <w:t>Sign and Date</w:t>
      </w:r>
    </w:p>
    <w:p w14:paraId="3B7D57C8" w14:textId="77777777" w:rsidR="009574B8" w:rsidRPr="001F6332" w:rsidRDefault="009574B8" w:rsidP="009574B8">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 xml:space="preserve">Project supervisor </w:t>
      </w:r>
      <w:r w:rsidRPr="001F6332">
        <w:rPr>
          <w:rFonts w:ascii="Times New Roman" w:hAnsi="Times New Roman" w:cs="Times New Roman"/>
          <w:sz w:val="24"/>
          <w:szCs w:val="24"/>
        </w:rPr>
        <w:tab/>
      </w:r>
      <w:r w:rsidRPr="001F6332">
        <w:rPr>
          <w:rFonts w:ascii="Times New Roman" w:hAnsi="Times New Roman" w:cs="Times New Roman"/>
          <w:sz w:val="24"/>
          <w:szCs w:val="24"/>
        </w:rPr>
        <w:tab/>
      </w:r>
      <w:r w:rsidRPr="001F6332">
        <w:rPr>
          <w:rFonts w:ascii="Times New Roman" w:hAnsi="Times New Roman" w:cs="Times New Roman"/>
          <w:sz w:val="24"/>
          <w:szCs w:val="24"/>
        </w:rPr>
        <w:tab/>
      </w:r>
      <w:r w:rsidRPr="001F6332">
        <w:rPr>
          <w:rFonts w:ascii="Times New Roman" w:hAnsi="Times New Roman" w:cs="Times New Roman"/>
          <w:sz w:val="24"/>
          <w:szCs w:val="24"/>
        </w:rPr>
        <w:tab/>
      </w:r>
      <w:r w:rsidRPr="001F6332">
        <w:rPr>
          <w:rFonts w:ascii="Times New Roman" w:hAnsi="Times New Roman" w:cs="Times New Roman"/>
          <w:sz w:val="24"/>
          <w:szCs w:val="24"/>
        </w:rPr>
        <w:tab/>
      </w:r>
      <w:r w:rsidRPr="001F6332">
        <w:rPr>
          <w:rFonts w:ascii="Times New Roman" w:hAnsi="Times New Roman" w:cs="Times New Roman"/>
          <w:sz w:val="24"/>
          <w:szCs w:val="24"/>
        </w:rPr>
        <w:tab/>
      </w:r>
      <w:r>
        <w:rPr>
          <w:rFonts w:ascii="Times New Roman" w:hAnsi="Times New Roman" w:cs="Times New Roman"/>
          <w:sz w:val="24"/>
          <w:szCs w:val="24"/>
        </w:rPr>
        <w:tab/>
      </w:r>
    </w:p>
    <w:p w14:paraId="529D6E2B" w14:textId="77777777" w:rsidR="009574B8" w:rsidRPr="001F6332" w:rsidRDefault="009574B8" w:rsidP="009574B8">
      <w:pPr>
        <w:pStyle w:val="NoSpacing"/>
        <w:spacing w:line="480" w:lineRule="auto"/>
        <w:rPr>
          <w:rFonts w:ascii="Times New Roman" w:hAnsi="Times New Roman" w:cs="Times New Roman"/>
          <w:sz w:val="24"/>
          <w:szCs w:val="24"/>
        </w:rPr>
      </w:pPr>
    </w:p>
    <w:p w14:paraId="7C9851A4" w14:textId="77777777" w:rsidR="009574B8" w:rsidRPr="001F6332" w:rsidRDefault="009574B8" w:rsidP="009574B8">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w:t>
      </w:r>
    </w:p>
    <w:p w14:paraId="7A81019A" w14:textId="77777777" w:rsidR="009574B8" w:rsidRDefault="009574B8" w:rsidP="009574B8">
      <w:pPr>
        <w:pStyle w:val="NoSpacing"/>
        <w:spacing w:line="480" w:lineRule="auto"/>
        <w:rPr>
          <w:rFonts w:ascii="Times New Roman" w:hAnsi="Times New Roman" w:cs="Times New Roman"/>
          <w:sz w:val="24"/>
          <w:szCs w:val="24"/>
        </w:rPr>
      </w:pPr>
      <w:proofErr w:type="spellStart"/>
      <w:r w:rsidRPr="004E5C61">
        <w:rPr>
          <w:rFonts w:ascii="Times New Roman" w:hAnsi="Times New Roman" w:cs="Times New Roman"/>
          <w:b/>
          <w:sz w:val="24"/>
          <w:szCs w:val="24"/>
        </w:rPr>
        <w:t>Surv</w:t>
      </w:r>
      <w:proofErr w:type="spellEnd"/>
      <w:r w:rsidRPr="004E5C61">
        <w:rPr>
          <w:rFonts w:ascii="Times New Roman" w:hAnsi="Times New Roman" w:cs="Times New Roman"/>
          <w:b/>
          <w:sz w:val="24"/>
          <w:szCs w:val="24"/>
        </w:rPr>
        <w:t>.</w:t>
      </w:r>
      <w:r>
        <w:rPr>
          <w:rFonts w:ascii="Times New Roman" w:hAnsi="Times New Roman" w:cs="Times New Roman"/>
          <w:b/>
          <w:sz w:val="24"/>
          <w:szCs w:val="24"/>
        </w:rPr>
        <w:t xml:space="preserve"> S. A. </w:t>
      </w:r>
      <w:proofErr w:type="spellStart"/>
      <w:r>
        <w:rPr>
          <w:rFonts w:ascii="Times New Roman" w:hAnsi="Times New Roman" w:cs="Times New Roman"/>
          <w:b/>
          <w:sz w:val="24"/>
          <w:szCs w:val="24"/>
        </w:rPr>
        <w:t>Awoleye</w:t>
      </w:r>
      <w:proofErr w:type="spellEnd"/>
      <w:r w:rsidRPr="001F6332">
        <w:rPr>
          <w:rFonts w:ascii="Times New Roman" w:hAnsi="Times New Roman" w:cs="Times New Roman"/>
          <w:sz w:val="24"/>
          <w:szCs w:val="24"/>
        </w:rPr>
        <w:tab/>
      </w:r>
      <w:r w:rsidRPr="001F6332">
        <w:rPr>
          <w:rFonts w:ascii="Times New Roman" w:hAnsi="Times New Roman" w:cs="Times New Roman"/>
          <w:sz w:val="24"/>
          <w:szCs w:val="24"/>
        </w:rPr>
        <w:tab/>
      </w:r>
      <w:r w:rsidRPr="001F6332">
        <w:rPr>
          <w:rFonts w:ascii="Times New Roman" w:hAnsi="Times New Roman" w:cs="Times New Roman"/>
          <w:sz w:val="24"/>
          <w:szCs w:val="24"/>
        </w:rPr>
        <w:tab/>
      </w:r>
      <w:r w:rsidRPr="001F633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F6332">
        <w:rPr>
          <w:rFonts w:ascii="Times New Roman" w:hAnsi="Times New Roman" w:cs="Times New Roman"/>
          <w:sz w:val="24"/>
          <w:szCs w:val="24"/>
        </w:rPr>
        <w:t>Sign and Date</w:t>
      </w:r>
      <w:r w:rsidRPr="001F6332">
        <w:rPr>
          <w:rFonts w:ascii="Times New Roman" w:hAnsi="Times New Roman" w:cs="Times New Roman"/>
          <w:sz w:val="24"/>
          <w:szCs w:val="24"/>
        </w:rPr>
        <w:tab/>
      </w:r>
    </w:p>
    <w:p w14:paraId="4227690E" w14:textId="77777777" w:rsidR="009574B8" w:rsidRPr="001F6332" w:rsidRDefault="009574B8" w:rsidP="009574B8">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Project Coordi</w:t>
      </w:r>
      <w:r>
        <w:rPr>
          <w:rFonts w:ascii="Times New Roman" w:hAnsi="Times New Roman" w:cs="Times New Roman"/>
          <w:sz w:val="24"/>
          <w:szCs w:val="24"/>
        </w:rPr>
        <w:t>nator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CF61E84" w14:textId="77777777" w:rsidR="009574B8" w:rsidRPr="001F6332" w:rsidRDefault="009574B8" w:rsidP="009574B8">
      <w:pPr>
        <w:pStyle w:val="NoSpacing"/>
        <w:spacing w:line="480" w:lineRule="auto"/>
        <w:rPr>
          <w:rFonts w:ascii="Times New Roman" w:hAnsi="Times New Roman" w:cs="Times New Roman"/>
          <w:sz w:val="24"/>
          <w:szCs w:val="24"/>
        </w:rPr>
      </w:pPr>
    </w:p>
    <w:p w14:paraId="08FDA564" w14:textId="77777777" w:rsidR="009574B8" w:rsidRPr="001F6332" w:rsidRDefault="009574B8" w:rsidP="009574B8">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w:t>
      </w:r>
    </w:p>
    <w:p w14:paraId="05BEB57D" w14:textId="77777777" w:rsidR="009574B8" w:rsidRDefault="009574B8" w:rsidP="009574B8">
      <w:pPr>
        <w:pStyle w:val="NoSpacing"/>
        <w:spacing w:line="480" w:lineRule="auto"/>
        <w:rPr>
          <w:rFonts w:ascii="Times New Roman" w:hAnsi="Times New Roman" w:cs="Times New Roman"/>
          <w:sz w:val="24"/>
          <w:szCs w:val="24"/>
        </w:rPr>
      </w:pPr>
      <w:proofErr w:type="spellStart"/>
      <w:r w:rsidRPr="004E5C61">
        <w:rPr>
          <w:rFonts w:ascii="Times New Roman" w:hAnsi="Times New Roman" w:cs="Times New Roman"/>
          <w:b/>
          <w:sz w:val="24"/>
          <w:szCs w:val="24"/>
        </w:rPr>
        <w:t>Surv</w:t>
      </w:r>
      <w:proofErr w:type="spellEnd"/>
      <w:r w:rsidRPr="004E5C61">
        <w:rPr>
          <w:rFonts w:ascii="Times New Roman" w:hAnsi="Times New Roman" w:cs="Times New Roman"/>
          <w:b/>
          <w:sz w:val="24"/>
          <w:szCs w:val="24"/>
        </w:rPr>
        <w:t xml:space="preserve">. </w:t>
      </w:r>
      <w:r>
        <w:rPr>
          <w:rFonts w:ascii="Times New Roman" w:hAnsi="Times New Roman" w:cs="Times New Roman"/>
          <w:b/>
          <w:sz w:val="24"/>
          <w:szCs w:val="24"/>
        </w:rPr>
        <w:t xml:space="preserve">I. I. </w:t>
      </w:r>
      <w:proofErr w:type="spellStart"/>
      <w:r>
        <w:rPr>
          <w:rFonts w:ascii="Times New Roman" w:hAnsi="Times New Roman" w:cs="Times New Roman"/>
          <w:b/>
          <w:sz w:val="24"/>
          <w:szCs w:val="24"/>
        </w:rPr>
        <w:t>Abimbola</w:t>
      </w:r>
      <w:proofErr w:type="spellEnd"/>
      <w:r w:rsidRPr="001F6332">
        <w:rPr>
          <w:rFonts w:ascii="Times New Roman" w:hAnsi="Times New Roman" w:cs="Times New Roman"/>
          <w:sz w:val="24"/>
          <w:szCs w:val="24"/>
        </w:rPr>
        <w:tab/>
      </w:r>
      <w:r w:rsidRPr="001F6332">
        <w:rPr>
          <w:rFonts w:ascii="Times New Roman" w:hAnsi="Times New Roman" w:cs="Times New Roman"/>
          <w:sz w:val="24"/>
          <w:szCs w:val="24"/>
        </w:rPr>
        <w:tab/>
      </w:r>
      <w:r w:rsidRPr="001F6332">
        <w:rPr>
          <w:rFonts w:ascii="Times New Roman" w:hAnsi="Times New Roman" w:cs="Times New Roman"/>
          <w:sz w:val="24"/>
          <w:szCs w:val="24"/>
        </w:rPr>
        <w:tab/>
      </w:r>
      <w:r w:rsidRPr="001F633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F6332">
        <w:rPr>
          <w:rFonts w:ascii="Times New Roman" w:hAnsi="Times New Roman" w:cs="Times New Roman"/>
          <w:sz w:val="24"/>
          <w:szCs w:val="24"/>
        </w:rPr>
        <w:t>Sign and Date</w:t>
      </w:r>
      <w:r w:rsidRPr="001F6332">
        <w:rPr>
          <w:rFonts w:ascii="Times New Roman" w:hAnsi="Times New Roman" w:cs="Times New Roman"/>
          <w:sz w:val="24"/>
          <w:szCs w:val="24"/>
        </w:rPr>
        <w:tab/>
      </w:r>
      <w:r w:rsidRPr="001F6332">
        <w:rPr>
          <w:rFonts w:ascii="Times New Roman" w:hAnsi="Times New Roman" w:cs="Times New Roman"/>
          <w:sz w:val="24"/>
          <w:szCs w:val="24"/>
        </w:rPr>
        <w:tab/>
      </w:r>
      <w:r>
        <w:rPr>
          <w:rFonts w:ascii="Times New Roman" w:hAnsi="Times New Roman" w:cs="Times New Roman"/>
          <w:sz w:val="24"/>
          <w:szCs w:val="24"/>
        </w:rPr>
        <w:tab/>
      </w:r>
    </w:p>
    <w:p w14:paraId="00452CD1" w14:textId="77777777" w:rsidR="009574B8" w:rsidRPr="001F6332" w:rsidRDefault="009574B8" w:rsidP="009574B8">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Hea</w:t>
      </w:r>
      <w:r>
        <w:rPr>
          <w:rFonts w:ascii="Times New Roman" w:hAnsi="Times New Roman" w:cs="Times New Roman"/>
          <w:sz w:val="24"/>
          <w:szCs w:val="24"/>
        </w:rPr>
        <w:t>d of Department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8D50E70" w14:textId="77777777" w:rsidR="009574B8" w:rsidRPr="001F6332" w:rsidRDefault="009574B8" w:rsidP="009574B8">
      <w:pPr>
        <w:pStyle w:val="NoSpacing"/>
        <w:spacing w:line="480" w:lineRule="auto"/>
        <w:rPr>
          <w:rFonts w:ascii="Times New Roman" w:hAnsi="Times New Roman" w:cs="Times New Roman"/>
          <w:sz w:val="24"/>
          <w:szCs w:val="24"/>
        </w:rPr>
      </w:pPr>
    </w:p>
    <w:p w14:paraId="2097C797" w14:textId="77777777" w:rsidR="009574B8" w:rsidRPr="001F6332" w:rsidRDefault="009574B8" w:rsidP="009574B8">
      <w:pPr>
        <w:pStyle w:val="NoSpacing"/>
        <w:spacing w:line="480" w:lineRule="auto"/>
        <w:rPr>
          <w:rFonts w:ascii="Times New Roman" w:hAnsi="Times New Roman" w:cs="Times New Roman"/>
          <w:sz w:val="24"/>
          <w:szCs w:val="24"/>
        </w:rPr>
      </w:pPr>
    </w:p>
    <w:p w14:paraId="79D0B91A" w14:textId="77777777" w:rsidR="009574B8" w:rsidRPr="001F6332" w:rsidRDefault="009574B8" w:rsidP="009574B8">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w:t>
      </w:r>
    </w:p>
    <w:p w14:paraId="575A2510" w14:textId="77777777" w:rsidR="009574B8" w:rsidRPr="001F6332" w:rsidRDefault="009574B8" w:rsidP="009574B8">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External Examiner</w:t>
      </w:r>
      <w:r w:rsidRPr="001F6332">
        <w:rPr>
          <w:rFonts w:ascii="Times New Roman" w:hAnsi="Times New Roman" w:cs="Times New Roman"/>
          <w:sz w:val="24"/>
          <w:szCs w:val="24"/>
        </w:rPr>
        <w:tab/>
      </w:r>
      <w:r w:rsidRPr="001F6332">
        <w:rPr>
          <w:rFonts w:ascii="Times New Roman" w:hAnsi="Times New Roman" w:cs="Times New Roman"/>
          <w:sz w:val="24"/>
          <w:szCs w:val="24"/>
        </w:rPr>
        <w:tab/>
      </w:r>
      <w:r w:rsidRPr="001F6332">
        <w:rPr>
          <w:rFonts w:ascii="Times New Roman" w:hAnsi="Times New Roman" w:cs="Times New Roman"/>
          <w:sz w:val="24"/>
          <w:szCs w:val="24"/>
        </w:rPr>
        <w:tab/>
      </w:r>
      <w:r w:rsidRPr="001F633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F6332">
        <w:rPr>
          <w:rFonts w:ascii="Times New Roman" w:hAnsi="Times New Roman" w:cs="Times New Roman"/>
          <w:sz w:val="24"/>
          <w:szCs w:val="24"/>
        </w:rPr>
        <w:t>Sign and Date</w:t>
      </w:r>
      <w:r w:rsidRPr="001F6332">
        <w:rPr>
          <w:rFonts w:ascii="Times New Roman" w:hAnsi="Times New Roman" w:cs="Times New Roman"/>
          <w:sz w:val="24"/>
          <w:szCs w:val="24"/>
        </w:rPr>
        <w:tab/>
      </w:r>
      <w:r w:rsidRPr="001F633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DCFABC7" w14:textId="77777777" w:rsidR="009574B8" w:rsidRDefault="009574B8" w:rsidP="00686C49">
      <w:pPr>
        <w:autoSpaceDE w:val="0"/>
        <w:autoSpaceDN w:val="0"/>
        <w:spacing w:after="0" w:line="480" w:lineRule="auto"/>
        <w:rPr>
          <w:rFonts w:ascii="Times New Roman" w:hAnsi="Times New Roman" w:cs="Times New Roman"/>
          <w:sz w:val="24"/>
          <w:szCs w:val="24"/>
        </w:rPr>
      </w:pPr>
    </w:p>
    <w:p w14:paraId="384CB227" w14:textId="77777777" w:rsidR="009574B8" w:rsidRDefault="009574B8" w:rsidP="00686C49">
      <w:pPr>
        <w:autoSpaceDE w:val="0"/>
        <w:autoSpaceDN w:val="0"/>
        <w:spacing w:after="0" w:line="480" w:lineRule="auto"/>
        <w:rPr>
          <w:rFonts w:ascii="Times New Roman" w:hAnsi="Times New Roman" w:cs="Times New Roman"/>
          <w:sz w:val="24"/>
          <w:szCs w:val="24"/>
        </w:rPr>
      </w:pPr>
    </w:p>
    <w:p w14:paraId="715B45C0" w14:textId="77777777" w:rsidR="009574B8" w:rsidRDefault="009574B8" w:rsidP="00686C49">
      <w:pPr>
        <w:autoSpaceDE w:val="0"/>
        <w:autoSpaceDN w:val="0"/>
        <w:spacing w:after="0" w:line="480" w:lineRule="auto"/>
        <w:rPr>
          <w:rFonts w:ascii="Times New Roman" w:hAnsi="Times New Roman" w:cs="Times New Roman"/>
          <w:sz w:val="24"/>
          <w:szCs w:val="24"/>
        </w:rPr>
      </w:pPr>
    </w:p>
    <w:p w14:paraId="558FD0CF" w14:textId="77777777" w:rsidR="009574B8" w:rsidRDefault="009574B8" w:rsidP="00686C49">
      <w:pPr>
        <w:autoSpaceDE w:val="0"/>
        <w:autoSpaceDN w:val="0"/>
        <w:spacing w:after="0" w:line="480" w:lineRule="auto"/>
        <w:rPr>
          <w:rFonts w:ascii="Times New Roman" w:hAnsi="Times New Roman" w:cs="Times New Roman"/>
          <w:sz w:val="24"/>
          <w:szCs w:val="24"/>
        </w:rPr>
      </w:pPr>
    </w:p>
    <w:p w14:paraId="094A6AFF" w14:textId="77777777" w:rsidR="009574B8" w:rsidRPr="00686C49" w:rsidRDefault="009574B8" w:rsidP="00686C49">
      <w:pPr>
        <w:autoSpaceDE w:val="0"/>
        <w:autoSpaceDN w:val="0"/>
        <w:spacing w:after="0" w:line="480" w:lineRule="auto"/>
        <w:rPr>
          <w:rFonts w:ascii="Times New Roman" w:hAnsi="Times New Roman" w:cs="Times New Roman"/>
          <w:sz w:val="24"/>
          <w:szCs w:val="24"/>
        </w:rPr>
      </w:pPr>
    </w:p>
    <w:p w14:paraId="00A1789A" w14:textId="79F90BFC" w:rsidR="00686C49" w:rsidRPr="00686C49" w:rsidRDefault="00686C49" w:rsidP="00C15EE8">
      <w:pPr>
        <w:autoSpaceDE w:val="0"/>
        <w:autoSpaceDN w:val="0"/>
        <w:spacing w:after="0" w:line="480" w:lineRule="auto"/>
        <w:jc w:val="center"/>
        <w:rPr>
          <w:rFonts w:ascii="Times New Roman" w:hAnsi="Times New Roman" w:cs="Times New Roman"/>
          <w:b/>
          <w:sz w:val="24"/>
          <w:szCs w:val="24"/>
        </w:rPr>
      </w:pPr>
      <w:r w:rsidRPr="00686C49">
        <w:rPr>
          <w:rFonts w:ascii="Times New Roman" w:hAnsi="Times New Roman" w:cs="Times New Roman"/>
          <w:b/>
          <w:sz w:val="24"/>
          <w:szCs w:val="24"/>
        </w:rPr>
        <w:t>DEDICATION</w:t>
      </w:r>
    </w:p>
    <w:p w14:paraId="05166C1E" w14:textId="624DB6E9" w:rsidR="00686C49" w:rsidRPr="00686C49" w:rsidRDefault="00686C49" w:rsidP="00C15EE8">
      <w:pPr>
        <w:autoSpaceDE w:val="0"/>
        <w:autoSpaceDN w:val="0"/>
        <w:spacing w:after="0" w:line="480" w:lineRule="auto"/>
        <w:jc w:val="center"/>
        <w:rPr>
          <w:rFonts w:ascii="Times New Roman" w:hAnsi="Times New Roman" w:cs="Times New Roman"/>
          <w:sz w:val="24"/>
          <w:szCs w:val="24"/>
        </w:rPr>
      </w:pPr>
      <w:r w:rsidRPr="00686C49">
        <w:rPr>
          <w:rFonts w:ascii="Times New Roman" w:hAnsi="Times New Roman" w:cs="Times New Roman"/>
          <w:sz w:val="24"/>
          <w:szCs w:val="24"/>
        </w:rPr>
        <w:t>This project</w:t>
      </w:r>
      <w:r w:rsidRPr="00686C49">
        <w:rPr>
          <w:rFonts w:ascii="Times New Roman" w:hAnsi="Times New Roman" w:cs="Times New Roman"/>
          <w:sz w:val="24"/>
          <w:szCs w:val="24"/>
        </w:rPr>
        <w:t xml:space="preserve"> is dedicated to Almighty GOD</w:t>
      </w:r>
    </w:p>
    <w:p w14:paraId="56B7A1CC" w14:textId="77777777" w:rsidR="00686C49" w:rsidRPr="00686C49" w:rsidRDefault="00686C49" w:rsidP="00686C49">
      <w:pPr>
        <w:autoSpaceDE w:val="0"/>
        <w:autoSpaceDN w:val="0"/>
        <w:spacing w:after="0" w:line="480" w:lineRule="auto"/>
        <w:rPr>
          <w:rFonts w:ascii="Times New Roman" w:hAnsi="Times New Roman" w:cs="Times New Roman"/>
          <w:sz w:val="24"/>
          <w:szCs w:val="24"/>
        </w:rPr>
      </w:pPr>
    </w:p>
    <w:p w14:paraId="5DC6EDAB" w14:textId="77777777" w:rsidR="00686C49" w:rsidRPr="00686C49" w:rsidRDefault="00686C49" w:rsidP="00686C49">
      <w:pPr>
        <w:autoSpaceDE w:val="0"/>
        <w:autoSpaceDN w:val="0"/>
        <w:spacing w:after="0" w:line="480" w:lineRule="auto"/>
        <w:rPr>
          <w:rFonts w:ascii="Times New Roman" w:hAnsi="Times New Roman" w:cs="Times New Roman"/>
          <w:sz w:val="24"/>
          <w:szCs w:val="24"/>
        </w:rPr>
      </w:pPr>
    </w:p>
    <w:p w14:paraId="33989BCE" w14:textId="77777777" w:rsidR="00686C49" w:rsidRPr="00686C49" w:rsidRDefault="00686C49" w:rsidP="00686C49">
      <w:pPr>
        <w:autoSpaceDE w:val="0"/>
        <w:autoSpaceDN w:val="0"/>
        <w:spacing w:after="0" w:line="480" w:lineRule="auto"/>
        <w:rPr>
          <w:rFonts w:ascii="Times New Roman" w:hAnsi="Times New Roman" w:cs="Times New Roman"/>
          <w:sz w:val="24"/>
          <w:szCs w:val="24"/>
        </w:rPr>
      </w:pPr>
    </w:p>
    <w:p w14:paraId="009DE9C8" w14:textId="77777777" w:rsidR="00686C49" w:rsidRPr="00686C49" w:rsidRDefault="00686C49" w:rsidP="00686C49">
      <w:pPr>
        <w:autoSpaceDE w:val="0"/>
        <w:autoSpaceDN w:val="0"/>
        <w:spacing w:after="0" w:line="480" w:lineRule="auto"/>
        <w:rPr>
          <w:rFonts w:ascii="Times New Roman" w:hAnsi="Times New Roman" w:cs="Times New Roman"/>
          <w:sz w:val="24"/>
          <w:szCs w:val="24"/>
        </w:rPr>
      </w:pPr>
    </w:p>
    <w:p w14:paraId="451E5D1F" w14:textId="77777777" w:rsidR="00686C49" w:rsidRPr="00686C49" w:rsidRDefault="00686C49" w:rsidP="00686C49">
      <w:pPr>
        <w:autoSpaceDE w:val="0"/>
        <w:autoSpaceDN w:val="0"/>
        <w:spacing w:after="0" w:line="480" w:lineRule="auto"/>
        <w:rPr>
          <w:rFonts w:ascii="Times New Roman" w:hAnsi="Times New Roman" w:cs="Times New Roman"/>
          <w:sz w:val="24"/>
          <w:szCs w:val="24"/>
        </w:rPr>
      </w:pPr>
    </w:p>
    <w:p w14:paraId="38E74255" w14:textId="77777777" w:rsidR="00686C49" w:rsidRPr="00686C49" w:rsidRDefault="00686C49" w:rsidP="00686C49">
      <w:pPr>
        <w:autoSpaceDE w:val="0"/>
        <w:autoSpaceDN w:val="0"/>
        <w:spacing w:after="0" w:line="480" w:lineRule="auto"/>
        <w:rPr>
          <w:rFonts w:ascii="Times New Roman" w:hAnsi="Times New Roman" w:cs="Times New Roman"/>
          <w:sz w:val="24"/>
          <w:szCs w:val="24"/>
        </w:rPr>
      </w:pPr>
    </w:p>
    <w:p w14:paraId="1AE8948B" w14:textId="77777777" w:rsidR="00686C49" w:rsidRPr="00686C49" w:rsidRDefault="00686C49" w:rsidP="00686C49">
      <w:pPr>
        <w:autoSpaceDE w:val="0"/>
        <w:autoSpaceDN w:val="0"/>
        <w:spacing w:after="0" w:line="480" w:lineRule="auto"/>
        <w:rPr>
          <w:rFonts w:ascii="Times New Roman" w:hAnsi="Times New Roman" w:cs="Times New Roman"/>
          <w:sz w:val="24"/>
          <w:szCs w:val="24"/>
        </w:rPr>
      </w:pPr>
    </w:p>
    <w:p w14:paraId="67974DEB" w14:textId="77777777" w:rsidR="00686C49" w:rsidRPr="00686C49" w:rsidRDefault="00686C49" w:rsidP="00686C49">
      <w:pPr>
        <w:autoSpaceDE w:val="0"/>
        <w:autoSpaceDN w:val="0"/>
        <w:spacing w:after="0" w:line="480" w:lineRule="auto"/>
        <w:rPr>
          <w:rFonts w:ascii="Times New Roman" w:hAnsi="Times New Roman" w:cs="Times New Roman"/>
          <w:sz w:val="24"/>
          <w:szCs w:val="24"/>
        </w:rPr>
      </w:pPr>
    </w:p>
    <w:p w14:paraId="32951DC4" w14:textId="77777777" w:rsidR="00686C49" w:rsidRPr="00686C49" w:rsidRDefault="00686C49" w:rsidP="00686C49">
      <w:pPr>
        <w:autoSpaceDE w:val="0"/>
        <w:autoSpaceDN w:val="0"/>
        <w:spacing w:after="0" w:line="480" w:lineRule="auto"/>
        <w:rPr>
          <w:rFonts w:ascii="Times New Roman" w:hAnsi="Times New Roman" w:cs="Times New Roman"/>
          <w:sz w:val="24"/>
          <w:szCs w:val="24"/>
        </w:rPr>
      </w:pPr>
    </w:p>
    <w:p w14:paraId="1DA3C98A" w14:textId="77777777" w:rsidR="00686C49" w:rsidRPr="00686C49" w:rsidRDefault="00686C49" w:rsidP="00686C49">
      <w:pPr>
        <w:autoSpaceDE w:val="0"/>
        <w:autoSpaceDN w:val="0"/>
        <w:spacing w:after="0" w:line="480" w:lineRule="auto"/>
        <w:rPr>
          <w:rFonts w:ascii="Times New Roman" w:hAnsi="Times New Roman" w:cs="Times New Roman"/>
          <w:sz w:val="24"/>
          <w:szCs w:val="24"/>
        </w:rPr>
      </w:pPr>
    </w:p>
    <w:p w14:paraId="2F7764BD" w14:textId="77777777" w:rsidR="00686C49" w:rsidRPr="00686C49" w:rsidRDefault="00686C49" w:rsidP="00686C49">
      <w:pPr>
        <w:autoSpaceDE w:val="0"/>
        <w:autoSpaceDN w:val="0"/>
        <w:spacing w:after="0" w:line="480" w:lineRule="auto"/>
        <w:rPr>
          <w:rFonts w:ascii="Times New Roman" w:hAnsi="Times New Roman" w:cs="Times New Roman"/>
          <w:sz w:val="24"/>
          <w:szCs w:val="24"/>
        </w:rPr>
      </w:pPr>
    </w:p>
    <w:p w14:paraId="12606394" w14:textId="77777777" w:rsidR="00686C49" w:rsidRPr="00686C49" w:rsidRDefault="00686C49" w:rsidP="00686C49">
      <w:pPr>
        <w:autoSpaceDE w:val="0"/>
        <w:autoSpaceDN w:val="0"/>
        <w:spacing w:after="0" w:line="480" w:lineRule="auto"/>
        <w:rPr>
          <w:rFonts w:ascii="Times New Roman" w:hAnsi="Times New Roman" w:cs="Times New Roman"/>
          <w:sz w:val="24"/>
          <w:szCs w:val="24"/>
        </w:rPr>
      </w:pPr>
    </w:p>
    <w:p w14:paraId="16D8F218" w14:textId="77777777" w:rsidR="00686C49" w:rsidRPr="00686C49" w:rsidRDefault="00686C49" w:rsidP="00686C49">
      <w:pPr>
        <w:autoSpaceDE w:val="0"/>
        <w:autoSpaceDN w:val="0"/>
        <w:spacing w:after="0" w:line="480" w:lineRule="auto"/>
        <w:rPr>
          <w:rFonts w:ascii="Times New Roman" w:hAnsi="Times New Roman" w:cs="Times New Roman"/>
          <w:sz w:val="24"/>
          <w:szCs w:val="24"/>
        </w:rPr>
      </w:pPr>
    </w:p>
    <w:p w14:paraId="1BCC4795" w14:textId="77777777" w:rsidR="00686C49" w:rsidRPr="00686C49" w:rsidRDefault="00686C49" w:rsidP="00686C49">
      <w:pPr>
        <w:autoSpaceDE w:val="0"/>
        <w:autoSpaceDN w:val="0"/>
        <w:spacing w:after="0" w:line="480" w:lineRule="auto"/>
        <w:rPr>
          <w:rFonts w:ascii="Times New Roman" w:hAnsi="Times New Roman" w:cs="Times New Roman"/>
          <w:sz w:val="24"/>
          <w:szCs w:val="24"/>
        </w:rPr>
      </w:pPr>
    </w:p>
    <w:p w14:paraId="06E2CFD6" w14:textId="77777777" w:rsidR="00686C49" w:rsidRPr="00686C49" w:rsidRDefault="00686C49" w:rsidP="00686C49">
      <w:pPr>
        <w:autoSpaceDE w:val="0"/>
        <w:autoSpaceDN w:val="0"/>
        <w:spacing w:after="0" w:line="480" w:lineRule="auto"/>
        <w:rPr>
          <w:rFonts w:ascii="Times New Roman" w:hAnsi="Times New Roman" w:cs="Times New Roman"/>
          <w:sz w:val="24"/>
          <w:szCs w:val="24"/>
        </w:rPr>
      </w:pPr>
    </w:p>
    <w:p w14:paraId="464BFAC4" w14:textId="77777777" w:rsidR="00686C49" w:rsidRPr="00686C49" w:rsidRDefault="00686C49" w:rsidP="00686C49">
      <w:pPr>
        <w:autoSpaceDE w:val="0"/>
        <w:autoSpaceDN w:val="0"/>
        <w:spacing w:after="0" w:line="480" w:lineRule="auto"/>
        <w:rPr>
          <w:rFonts w:ascii="Times New Roman" w:hAnsi="Times New Roman" w:cs="Times New Roman"/>
          <w:sz w:val="24"/>
          <w:szCs w:val="24"/>
        </w:rPr>
      </w:pPr>
    </w:p>
    <w:p w14:paraId="6BE0099E" w14:textId="77777777" w:rsidR="00686C49" w:rsidRPr="00686C49" w:rsidRDefault="00686C49" w:rsidP="00686C49">
      <w:pPr>
        <w:autoSpaceDE w:val="0"/>
        <w:autoSpaceDN w:val="0"/>
        <w:spacing w:after="0" w:line="480" w:lineRule="auto"/>
        <w:rPr>
          <w:rFonts w:ascii="Times New Roman" w:hAnsi="Times New Roman" w:cs="Times New Roman"/>
          <w:sz w:val="24"/>
          <w:szCs w:val="24"/>
        </w:rPr>
      </w:pPr>
    </w:p>
    <w:p w14:paraId="0CDDD921" w14:textId="77777777" w:rsidR="00686C49" w:rsidRPr="00686C49" w:rsidRDefault="00686C49" w:rsidP="00686C49">
      <w:pPr>
        <w:autoSpaceDE w:val="0"/>
        <w:autoSpaceDN w:val="0"/>
        <w:spacing w:after="0" w:line="480" w:lineRule="auto"/>
        <w:rPr>
          <w:rFonts w:ascii="Times New Roman" w:hAnsi="Times New Roman" w:cs="Times New Roman"/>
          <w:sz w:val="24"/>
          <w:szCs w:val="24"/>
        </w:rPr>
      </w:pPr>
    </w:p>
    <w:p w14:paraId="35DF7BAA" w14:textId="77777777" w:rsidR="00686C49" w:rsidRPr="00686C49" w:rsidRDefault="00686C49" w:rsidP="00686C49">
      <w:pPr>
        <w:autoSpaceDE w:val="0"/>
        <w:autoSpaceDN w:val="0"/>
        <w:spacing w:after="0" w:line="480" w:lineRule="auto"/>
        <w:rPr>
          <w:rFonts w:ascii="Times New Roman" w:hAnsi="Times New Roman" w:cs="Times New Roman"/>
          <w:sz w:val="24"/>
          <w:szCs w:val="24"/>
        </w:rPr>
      </w:pPr>
    </w:p>
    <w:p w14:paraId="5997F6D5" w14:textId="77777777" w:rsidR="00686C49" w:rsidRPr="00686C49" w:rsidRDefault="00686C49" w:rsidP="00686C49">
      <w:pPr>
        <w:autoSpaceDE w:val="0"/>
        <w:autoSpaceDN w:val="0"/>
        <w:spacing w:after="0" w:line="480" w:lineRule="auto"/>
        <w:rPr>
          <w:rFonts w:ascii="Times New Roman" w:hAnsi="Times New Roman" w:cs="Times New Roman"/>
          <w:sz w:val="24"/>
          <w:szCs w:val="24"/>
        </w:rPr>
      </w:pPr>
    </w:p>
    <w:p w14:paraId="35E52D8F" w14:textId="77777777" w:rsidR="00686C49" w:rsidRPr="00686C49" w:rsidRDefault="00686C49" w:rsidP="00686C49">
      <w:pPr>
        <w:autoSpaceDE w:val="0"/>
        <w:autoSpaceDN w:val="0"/>
        <w:spacing w:after="0" w:line="480" w:lineRule="auto"/>
        <w:rPr>
          <w:rFonts w:ascii="Times New Roman" w:hAnsi="Times New Roman" w:cs="Times New Roman"/>
          <w:sz w:val="24"/>
          <w:szCs w:val="24"/>
        </w:rPr>
      </w:pPr>
    </w:p>
    <w:p w14:paraId="34119B2B" w14:textId="77777777" w:rsidR="00686C49" w:rsidRPr="00686C49" w:rsidRDefault="00686C49" w:rsidP="00686C49">
      <w:pPr>
        <w:autoSpaceDE w:val="0"/>
        <w:autoSpaceDN w:val="0"/>
        <w:spacing w:after="0" w:line="480" w:lineRule="auto"/>
        <w:rPr>
          <w:rFonts w:ascii="Times New Roman" w:hAnsi="Times New Roman" w:cs="Times New Roman"/>
          <w:sz w:val="24"/>
          <w:szCs w:val="24"/>
        </w:rPr>
      </w:pPr>
    </w:p>
    <w:p w14:paraId="227AA0C2" w14:textId="77777777" w:rsidR="00686C49" w:rsidRPr="00686C49" w:rsidRDefault="00686C49" w:rsidP="00686C49">
      <w:pPr>
        <w:autoSpaceDE w:val="0"/>
        <w:autoSpaceDN w:val="0"/>
        <w:spacing w:after="0" w:line="480" w:lineRule="auto"/>
        <w:rPr>
          <w:rFonts w:ascii="Times New Roman" w:hAnsi="Times New Roman" w:cs="Times New Roman"/>
          <w:sz w:val="24"/>
          <w:szCs w:val="24"/>
        </w:rPr>
      </w:pPr>
    </w:p>
    <w:p w14:paraId="5575E7AD" w14:textId="77777777" w:rsidR="00686C49" w:rsidRPr="00686C49" w:rsidRDefault="00686C49" w:rsidP="00686C49">
      <w:pPr>
        <w:autoSpaceDE w:val="0"/>
        <w:autoSpaceDN w:val="0"/>
        <w:spacing w:after="0" w:line="480" w:lineRule="auto"/>
        <w:rPr>
          <w:rFonts w:ascii="Times New Roman" w:hAnsi="Times New Roman" w:cs="Times New Roman"/>
          <w:sz w:val="24"/>
          <w:szCs w:val="24"/>
        </w:rPr>
      </w:pPr>
    </w:p>
    <w:p w14:paraId="45CE00A0" w14:textId="77777777" w:rsidR="00686C49" w:rsidRPr="00686C49" w:rsidRDefault="00686C49" w:rsidP="00686C49">
      <w:pPr>
        <w:autoSpaceDE w:val="0"/>
        <w:autoSpaceDN w:val="0"/>
        <w:spacing w:after="0" w:line="480" w:lineRule="auto"/>
        <w:rPr>
          <w:rFonts w:ascii="Times New Roman" w:hAnsi="Times New Roman" w:cs="Times New Roman"/>
          <w:sz w:val="24"/>
          <w:szCs w:val="24"/>
        </w:rPr>
      </w:pPr>
    </w:p>
    <w:p w14:paraId="69066389" w14:textId="77777777" w:rsidR="009574B8" w:rsidRPr="00436436" w:rsidRDefault="009574B8" w:rsidP="009574B8">
      <w:pPr>
        <w:pStyle w:val="NoSpacing"/>
        <w:spacing w:line="480" w:lineRule="auto"/>
        <w:jc w:val="center"/>
        <w:rPr>
          <w:rFonts w:ascii="Times New Roman" w:hAnsi="Times New Roman" w:cs="Times New Roman"/>
          <w:b/>
          <w:sz w:val="24"/>
          <w:szCs w:val="24"/>
        </w:rPr>
      </w:pPr>
      <w:r w:rsidRPr="00436436">
        <w:rPr>
          <w:rFonts w:ascii="Times New Roman" w:hAnsi="Times New Roman" w:cs="Times New Roman"/>
          <w:b/>
          <w:sz w:val="24"/>
          <w:szCs w:val="24"/>
        </w:rPr>
        <w:t>ACKNOWLEDGEMENT</w:t>
      </w:r>
    </w:p>
    <w:p w14:paraId="3525651F" w14:textId="77777777" w:rsidR="009574B8" w:rsidRPr="001F6332" w:rsidRDefault="009574B8" w:rsidP="009574B8">
      <w:pPr>
        <w:pStyle w:val="NoSpacing"/>
        <w:spacing w:line="480" w:lineRule="auto"/>
        <w:ind w:firstLine="720"/>
        <w:jc w:val="both"/>
        <w:rPr>
          <w:rFonts w:ascii="Times New Roman" w:hAnsi="Times New Roman" w:cs="Times New Roman"/>
          <w:sz w:val="24"/>
          <w:szCs w:val="24"/>
        </w:rPr>
      </w:pPr>
      <w:r w:rsidRPr="001F6332">
        <w:rPr>
          <w:rFonts w:ascii="Times New Roman" w:hAnsi="Times New Roman" w:cs="Times New Roman"/>
          <w:sz w:val="24"/>
          <w:szCs w:val="24"/>
        </w:rPr>
        <w:t xml:space="preserve">All glory, Honor and Adoration to God Almighty, the gracious one who has given me </w:t>
      </w:r>
      <w:r>
        <w:rPr>
          <w:rFonts w:ascii="Times New Roman" w:hAnsi="Times New Roman" w:cs="Times New Roman"/>
          <w:sz w:val="24"/>
          <w:szCs w:val="24"/>
        </w:rPr>
        <w:t>the opportunity to complete my H</w:t>
      </w:r>
      <w:r w:rsidRPr="001F6332">
        <w:rPr>
          <w:rFonts w:ascii="Times New Roman" w:hAnsi="Times New Roman" w:cs="Times New Roman"/>
          <w:sz w:val="24"/>
          <w:szCs w:val="24"/>
        </w:rPr>
        <w:t xml:space="preserve">ND </w:t>
      </w:r>
      <w:proofErr w:type="spellStart"/>
      <w:r w:rsidRPr="001F6332">
        <w:rPr>
          <w:rFonts w:ascii="Times New Roman" w:hAnsi="Times New Roman" w:cs="Times New Roman"/>
          <w:sz w:val="24"/>
          <w:szCs w:val="24"/>
        </w:rPr>
        <w:t>programme</w:t>
      </w:r>
      <w:proofErr w:type="spellEnd"/>
      <w:r w:rsidRPr="001F6332">
        <w:rPr>
          <w:rFonts w:ascii="Times New Roman" w:hAnsi="Times New Roman" w:cs="Times New Roman"/>
          <w:sz w:val="24"/>
          <w:szCs w:val="24"/>
        </w:rPr>
        <w:t>.</w:t>
      </w:r>
    </w:p>
    <w:p w14:paraId="76A534BE" w14:textId="77777777" w:rsidR="009574B8" w:rsidRDefault="009574B8" w:rsidP="009574B8">
      <w:pPr>
        <w:pStyle w:val="NoSpacing"/>
        <w:spacing w:line="480" w:lineRule="auto"/>
        <w:jc w:val="both"/>
        <w:rPr>
          <w:rFonts w:ascii="Times New Roman" w:hAnsi="Times New Roman" w:cs="Times New Roman"/>
          <w:sz w:val="24"/>
          <w:szCs w:val="24"/>
        </w:rPr>
      </w:pPr>
      <w:r w:rsidRPr="001F6332">
        <w:rPr>
          <w:rFonts w:ascii="Times New Roman" w:hAnsi="Times New Roman" w:cs="Times New Roman"/>
          <w:sz w:val="24"/>
          <w:szCs w:val="24"/>
        </w:rPr>
        <w:t xml:space="preserve">My appreciation goes to my supervisor </w:t>
      </w:r>
      <w:proofErr w:type="spellStart"/>
      <w:r w:rsidRPr="00CC1893">
        <w:rPr>
          <w:rFonts w:ascii="Times New Roman" w:hAnsi="Times New Roman" w:cs="Times New Roman"/>
          <w:sz w:val="24"/>
          <w:szCs w:val="24"/>
        </w:rPr>
        <w:t>Surv</w:t>
      </w:r>
      <w:proofErr w:type="spellEnd"/>
      <w:r w:rsidRPr="00CC1893">
        <w:rPr>
          <w:rFonts w:ascii="Times New Roman" w:hAnsi="Times New Roman" w:cs="Times New Roman"/>
          <w:sz w:val="24"/>
          <w:szCs w:val="24"/>
        </w:rPr>
        <w:t>. A.</w:t>
      </w:r>
      <w:r>
        <w:rPr>
          <w:rFonts w:ascii="Times New Roman" w:hAnsi="Times New Roman" w:cs="Times New Roman"/>
          <w:sz w:val="24"/>
          <w:szCs w:val="24"/>
        </w:rPr>
        <w:t xml:space="preserve"> </w:t>
      </w:r>
      <w:r w:rsidRPr="00CC1893">
        <w:rPr>
          <w:rFonts w:ascii="Times New Roman" w:hAnsi="Times New Roman" w:cs="Times New Roman"/>
          <w:sz w:val="24"/>
          <w:szCs w:val="24"/>
        </w:rPr>
        <w:t xml:space="preserve">O. </w:t>
      </w:r>
      <w:proofErr w:type="spellStart"/>
      <w:r w:rsidRPr="00CC1893">
        <w:rPr>
          <w:rFonts w:ascii="Times New Roman" w:hAnsi="Times New Roman" w:cs="Times New Roman"/>
          <w:sz w:val="24"/>
          <w:szCs w:val="24"/>
        </w:rPr>
        <w:t>Akinyede</w:t>
      </w:r>
      <w:proofErr w:type="spellEnd"/>
      <w:r>
        <w:rPr>
          <w:rFonts w:ascii="Times New Roman" w:hAnsi="Times New Roman" w:cs="Times New Roman"/>
          <w:sz w:val="24"/>
          <w:szCs w:val="24"/>
        </w:rPr>
        <w:t xml:space="preserve">, </w:t>
      </w:r>
      <w:r w:rsidRPr="001F6332">
        <w:rPr>
          <w:rFonts w:ascii="Times New Roman" w:hAnsi="Times New Roman" w:cs="Times New Roman"/>
          <w:sz w:val="24"/>
          <w:szCs w:val="24"/>
        </w:rPr>
        <w:t>for his encouragement and motivation as regard the writing of this project thank you and God bless you.</w:t>
      </w:r>
      <w:r>
        <w:rPr>
          <w:rFonts w:ascii="Times New Roman" w:hAnsi="Times New Roman" w:cs="Times New Roman"/>
          <w:sz w:val="24"/>
          <w:szCs w:val="24"/>
        </w:rPr>
        <w:t xml:space="preserve"> </w:t>
      </w:r>
      <w:r w:rsidRPr="001F6332">
        <w:rPr>
          <w:rFonts w:ascii="Times New Roman" w:hAnsi="Times New Roman" w:cs="Times New Roman"/>
          <w:sz w:val="24"/>
          <w:szCs w:val="24"/>
        </w:rPr>
        <w:t xml:space="preserve">And to all lecturers in the </w:t>
      </w:r>
      <w:r>
        <w:rPr>
          <w:rFonts w:ascii="Times New Roman" w:hAnsi="Times New Roman" w:cs="Times New Roman"/>
          <w:sz w:val="24"/>
          <w:szCs w:val="24"/>
        </w:rPr>
        <w:t xml:space="preserve">Department of Surveying and </w:t>
      </w:r>
      <w:proofErr w:type="spellStart"/>
      <w:r>
        <w:rPr>
          <w:rFonts w:ascii="Times New Roman" w:hAnsi="Times New Roman" w:cs="Times New Roman"/>
          <w:sz w:val="24"/>
          <w:szCs w:val="24"/>
        </w:rPr>
        <w:t>Geoi</w:t>
      </w:r>
      <w:r w:rsidRPr="001F6332">
        <w:rPr>
          <w:rFonts w:ascii="Times New Roman" w:hAnsi="Times New Roman" w:cs="Times New Roman"/>
          <w:sz w:val="24"/>
          <w:szCs w:val="24"/>
        </w:rPr>
        <w:t>nformatics</w:t>
      </w:r>
      <w:proofErr w:type="spellEnd"/>
      <w:r w:rsidRPr="001F6332">
        <w:rPr>
          <w:rFonts w:ascii="Times New Roman" w:hAnsi="Times New Roman" w:cs="Times New Roman"/>
          <w:sz w:val="24"/>
          <w:szCs w:val="24"/>
        </w:rPr>
        <w:t xml:space="preserve">, </w:t>
      </w:r>
      <w:proofErr w:type="spellStart"/>
      <w:r w:rsidRPr="001F6332">
        <w:rPr>
          <w:rFonts w:ascii="Times New Roman" w:hAnsi="Times New Roman" w:cs="Times New Roman"/>
          <w:sz w:val="24"/>
          <w:szCs w:val="24"/>
        </w:rPr>
        <w:t>Surv</w:t>
      </w:r>
      <w:proofErr w:type="spellEnd"/>
      <w:r w:rsidRPr="001F6332">
        <w:rPr>
          <w:rFonts w:ascii="Times New Roman" w:hAnsi="Times New Roman" w:cs="Times New Roman"/>
          <w:sz w:val="24"/>
          <w:szCs w:val="24"/>
        </w:rPr>
        <w:t xml:space="preserve">. </w:t>
      </w:r>
      <w:r>
        <w:rPr>
          <w:rFonts w:ascii="Times New Roman" w:hAnsi="Times New Roman" w:cs="Times New Roman"/>
          <w:sz w:val="24"/>
          <w:szCs w:val="24"/>
        </w:rPr>
        <w:t>I .</w:t>
      </w:r>
      <w:proofErr w:type="spellStart"/>
      <w:r>
        <w:rPr>
          <w:rFonts w:ascii="Times New Roman" w:hAnsi="Times New Roman" w:cs="Times New Roman"/>
          <w:sz w:val="24"/>
          <w:szCs w:val="24"/>
        </w:rPr>
        <w:t>I.Abimbola</w:t>
      </w:r>
      <w:proofErr w:type="spellEnd"/>
      <w:r>
        <w:rPr>
          <w:rFonts w:ascii="Times New Roman" w:hAnsi="Times New Roman" w:cs="Times New Roman"/>
          <w:sz w:val="24"/>
          <w:szCs w:val="24"/>
        </w:rPr>
        <w:t xml:space="preserve"> (HOD).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A. G. </w:t>
      </w:r>
      <w:proofErr w:type="spellStart"/>
      <w:r>
        <w:rPr>
          <w:rFonts w:ascii="Times New Roman" w:hAnsi="Times New Roman" w:cs="Times New Roman"/>
          <w:sz w:val="24"/>
          <w:szCs w:val="24"/>
        </w:rPr>
        <w:t>Aremu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R. S. </w:t>
      </w:r>
      <w:proofErr w:type="spellStart"/>
      <w:r>
        <w:rPr>
          <w:rFonts w:ascii="Times New Roman" w:hAnsi="Times New Roman" w:cs="Times New Roman"/>
          <w:sz w:val="24"/>
          <w:szCs w:val="24"/>
        </w:rPr>
        <w:t>Awoleye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R. O. </w:t>
      </w:r>
      <w:proofErr w:type="spellStart"/>
      <w:r>
        <w:rPr>
          <w:rFonts w:ascii="Times New Roman" w:hAnsi="Times New Roman" w:cs="Times New Roman"/>
          <w:sz w:val="24"/>
          <w:szCs w:val="24"/>
        </w:rPr>
        <w:t>Asonibare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Ayuba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Abdulsalam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Babatunde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Bello F.D </w:t>
      </w:r>
      <w:r w:rsidRPr="001F6332">
        <w:rPr>
          <w:rFonts w:ascii="Times New Roman" w:hAnsi="Times New Roman" w:cs="Times New Roman"/>
          <w:sz w:val="24"/>
          <w:szCs w:val="24"/>
        </w:rPr>
        <w:t>and others. May God bless you all (Amen).</w:t>
      </w:r>
    </w:p>
    <w:p w14:paraId="3AE55F19" w14:textId="5AB83BB6" w:rsidR="009574B8" w:rsidRPr="001F6332" w:rsidRDefault="009574B8" w:rsidP="009574B8">
      <w:pPr>
        <w:pStyle w:val="NoSpacing"/>
        <w:spacing w:line="480" w:lineRule="auto"/>
        <w:ind w:firstLine="720"/>
        <w:jc w:val="both"/>
        <w:rPr>
          <w:rFonts w:ascii="Times New Roman" w:hAnsi="Times New Roman" w:cs="Times New Roman"/>
          <w:sz w:val="24"/>
          <w:szCs w:val="24"/>
        </w:rPr>
      </w:pPr>
      <w:r w:rsidRPr="001F6332">
        <w:rPr>
          <w:rFonts w:ascii="Times New Roman" w:hAnsi="Times New Roman" w:cs="Times New Roman"/>
          <w:sz w:val="24"/>
          <w:szCs w:val="24"/>
        </w:rPr>
        <w:t xml:space="preserve">I also express my sincere gratitude to my wonderful parent Mr. </w:t>
      </w:r>
      <w:r>
        <w:rPr>
          <w:rFonts w:ascii="Times New Roman" w:hAnsi="Times New Roman" w:cs="Times New Roman"/>
          <w:sz w:val="24"/>
          <w:szCs w:val="24"/>
        </w:rPr>
        <w:t>a</w:t>
      </w:r>
      <w:r w:rsidRPr="001F6332">
        <w:rPr>
          <w:rFonts w:ascii="Times New Roman" w:hAnsi="Times New Roman" w:cs="Times New Roman"/>
          <w:sz w:val="24"/>
          <w:szCs w:val="24"/>
        </w:rPr>
        <w:t xml:space="preserve">nd Mrs. </w:t>
      </w:r>
      <w:proofErr w:type="spellStart"/>
      <w:r>
        <w:rPr>
          <w:rFonts w:ascii="Times New Roman" w:hAnsi="Times New Roman" w:cs="Times New Roman"/>
          <w:sz w:val="24"/>
          <w:szCs w:val="24"/>
        </w:rPr>
        <w:t>Ojo</w:t>
      </w:r>
      <w:proofErr w:type="spellEnd"/>
      <w:r w:rsidRPr="001F6332">
        <w:rPr>
          <w:rFonts w:ascii="Times New Roman" w:hAnsi="Times New Roman" w:cs="Times New Roman"/>
          <w:sz w:val="24"/>
          <w:szCs w:val="24"/>
        </w:rPr>
        <w:t xml:space="preserve"> for their financial moral support toward the completion of this program. You will reap the fruit of your labor. (Amen).   </w:t>
      </w:r>
    </w:p>
    <w:p w14:paraId="5EE4E8AE" w14:textId="77777777" w:rsidR="009574B8" w:rsidRPr="001F6332" w:rsidRDefault="009574B8" w:rsidP="009574B8">
      <w:pPr>
        <w:pStyle w:val="NoSpacing"/>
        <w:spacing w:line="480" w:lineRule="auto"/>
        <w:rPr>
          <w:rFonts w:ascii="Times New Roman" w:hAnsi="Times New Roman" w:cs="Times New Roman"/>
          <w:sz w:val="24"/>
          <w:szCs w:val="24"/>
        </w:rPr>
      </w:pPr>
    </w:p>
    <w:p w14:paraId="69B5AE9F" w14:textId="77777777" w:rsidR="00C15EE8" w:rsidRDefault="00C15EE8" w:rsidP="00C15EE8">
      <w:pPr>
        <w:autoSpaceDE w:val="0"/>
        <w:autoSpaceDN w:val="0"/>
        <w:spacing w:after="0" w:line="480" w:lineRule="auto"/>
        <w:jc w:val="center"/>
        <w:rPr>
          <w:rFonts w:ascii="Times New Roman" w:hAnsi="Times New Roman" w:cs="Times New Roman"/>
          <w:b/>
          <w:sz w:val="24"/>
          <w:szCs w:val="24"/>
        </w:rPr>
      </w:pPr>
    </w:p>
    <w:p w14:paraId="0EBF32CE" w14:textId="77777777" w:rsidR="009574B8" w:rsidRDefault="009574B8" w:rsidP="00C15EE8">
      <w:pPr>
        <w:autoSpaceDE w:val="0"/>
        <w:autoSpaceDN w:val="0"/>
        <w:spacing w:after="0" w:line="480" w:lineRule="auto"/>
        <w:jc w:val="center"/>
        <w:rPr>
          <w:rFonts w:ascii="Times New Roman" w:hAnsi="Times New Roman" w:cs="Times New Roman"/>
          <w:b/>
          <w:sz w:val="24"/>
          <w:szCs w:val="24"/>
        </w:rPr>
      </w:pPr>
    </w:p>
    <w:p w14:paraId="580CC946" w14:textId="77777777" w:rsidR="009574B8" w:rsidRDefault="009574B8" w:rsidP="00C15EE8">
      <w:pPr>
        <w:autoSpaceDE w:val="0"/>
        <w:autoSpaceDN w:val="0"/>
        <w:spacing w:after="0" w:line="480" w:lineRule="auto"/>
        <w:jc w:val="center"/>
        <w:rPr>
          <w:rFonts w:ascii="Times New Roman" w:hAnsi="Times New Roman" w:cs="Times New Roman"/>
          <w:b/>
          <w:sz w:val="24"/>
          <w:szCs w:val="24"/>
        </w:rPr>
      </w:pPr>
    </w:p>
    <w:p w14:paraId="7D92645C" w14:textId="77777777" w:rsidR="009574B8" w:rsidRDefault="009574B8" w:rsidP="00C15EE8">
      <w:pPr>
        <w:autoSpaceDE w:val="0"/>
        <w:autoSpaceDN w:val="0"/>
        <w:spacing w:after="0" w:line="480" w:lineRule="auto"/>
        <w:jc w:val="center"/>
        <w:rPr>
          <w:rFonts w:ascii="Times New Roman" w:hAnsi="Times New Roman" w:cs="Times New Roman"/>
          <w:b/>
          <w:sz w:val="24"/>
          <w:szCs w:val="24"/>
        </w:rPr>
      </w:pPr>
    </w:p>
    <w:p w14:paraId="742106C5" w14:textId="77777777" w:rsidR="009574B8" w:rsidRDefault="009574B8" w:rsidP="00C15EE8">
      <w:pPr>
        <w:autoSpaceDE w:val="0"/>
        <w:autoSpaceDN w:val="0"/>
        <w:spacing w:after="0" w:line="480" w:lineRule="auto"/>
        <w:jc w:val="center"/>
        <w:rPr>
          <w:rFonts w:ascii="Times New Roman" w:hAnsi="Times New Roman" w:cs="Times New Roman"/>
          <w:b/>
          <w:sz w:val="24"/>
          <w:szCs w:val="24"/>
        </w:rPr>
      </w:pPr>
    </w:p>
    <w:p w14:paraId="320D9C64" w14:textId="77777777" w:rsidR="009574B8" w:rsidRDefault="009574B8" w:rsidP="00C15EE8">
      <w:pPr>
        <w:autoSpaceDE w:val="0"/>
        <w:autoSpaceDN w:val="0"/>
        <w:spacing w:after="0" w:line="480" w:lineRule="auto"/>
        <w:jc w:val="center"/>
        <w:rPr>
          <w:rFonts w:ascii="Times New Roman" w:hAnsi="Times New Roman" w:cs="Times New Roman"/>
          <w:b/>
          <w:sz w:val="24"/>
          <w:szCs w:val="24"/>
        </w:rPr>
      </w:pPr>
    </w:p>
    <w:p w14:paraId="4F3586AA" w14:textId="77777777" w:rsidR="009574B8" w:rsidRDefault="009574B8" w:rsidP="00C15EE8">
      <w:pPr>
        <w:autoSpaceDE w:val="0"/>
        <w:autoSpaceDN w:val="0"/>
        <w:spacing w:after="0" w:line="480" w:lineRule="auto"/>
        <w:jc w:val="center"/>
        <w:rPr>
          <w:rFonts w:ascii="Times New Roman" w:hAnsi="Times New Roman" w:cs="Times New Roman"/>
          <w:b/>
          <w:sz w:val="24"/>
          <w:szCs w:val="24"/>
        </w:rPr>
      </w:pPr>
    </w:p>
    <w:p w14:paraId="537BF588" w14:textId="77777777" w:rsidR="009574B8" w:rsidRDefault="009574B8" w:rsidP="00C15EE8">
      <w:pPr>
        <w:autoSpaceDE w:val="0"/>
        <w:autoSpaceDN w:val="0"/>
        <w:spacing w:after="0" w:line="480" w:lineRule="auto"/>
        <w:jc w:val="center"/>
        <w:rPr>
          <w:rFonts w:ascii="Times New Roman" w:hAnsi="Times New Roman" w:cs="Times New Roman"/>
          <w:b/>
          <w:sz w:val="24"/>
          <w:szCs w:val="24"/>
        </w:rPr>
      </w:pPr>
    </w:p>
    <w:p w14:paraId="55875113" w14:textId="77777777" w:rsidR="009574B8" w:rsidRDefault="009574B8" w:rsidP="00C15EE8">
      <w:pPr>
        <w:autoSpaceDE w:val="0"/>
        <w:autoSpaceDN w:val="0"/>
        <w:spacing w:after="0" w:line="480" w:lineRule="auto"/>
        <w:jc w:val="center"/>
        <w:rPr>
          <w:rFonts w:ascii="Times New Roman" w:hAnsi="Times New Roman" w:cs="Times New Roman"/>
          <w:b/>
          <w:sz w:val="24"/>
          <w:szCs w:val="24"/>
        </w:rPr>
      </w:pPr>
    </w:p>
    <w:p w14:paraId="433E2A9B" w14:textId="77777777" w:rsidR="009574B8" w:rsidRDefault="009574B8" w:rsidP="00C15EE8">
      <w:pPr>
        <w:autoSpaceDE w:val="0"/>
        <w:autoSpaceDN w:val="0"/>
        <w:spacing w:after="0" w:line="480" w:lineRule="auto"/>
        <w:jc w:val="center"/>
        <w:rPr>
          <w:rFonts w:ascii="Times New Roman" w:hAnsi="Times New Roman" w:cs="Times New Roman"/>
          <w:b/>
          <w:sz w:val="24"/>
          <w:szCs w:val="24"/>
        </w:rPr>
      </w:pPr>
    </w:p>
    <w:p w14:paraId="42F55AF1" w14:textId="77777777" w:rsidR="009574B8" w:rsidRDefault="009574B8" w:rsidP="00C15EE8">
      <w:pPr>
        <w:autoSpaceDE w:val="0"/>
        <w:autoSpaceDN w:val="0"/>
        <w:spacing w:after="0" w:line="480" w:lineRule="auto"/>
        <w:jc w:val="center"/>
        <w:rPr>
          <w:rFonts w:ascii="Times New Roman" w:hAnsi="Times New Roman" w:cs="Times New Roman"/>
          <w:b/>
          <w:sz w:val="24"/>
          <w:szCs w:val="24"/>
        </w:rPr>
      </w:pPr>
    </w:p>
    <w:p w14:paraId="68D79D7D" w14:textId="77777777" w:rsidR="009574B8" w:rsidRDefault="009574B8" w:rsidP="00C15EE8">
      <w:pPr>
        <w:autoSpaceDE w:val="0"/>
        <w:autoSpaceDN w:val="0"/>
        <w:spacing w:after="0" w:line="480" w:lineRule="auto"/>
        <w:jc w:val="center"/>
        <w:rPr>
          <w:rFonts w:ascii="Times New Roman" w:hAnsi="Times New Roman" w:cs="Times New Roman"/>
          <w:b/>
          <w:sz w:val="24"/>
          <w:szCs w:val="24"/>
        </w:rPr>
      </w:pPr>
    </w:p>
    <w:p w14:paraId="32C1C596" w14:textId="77777777" w:rsidR="009574B8" w:rsidRDefault="009574B8" w:rsidP="00C15EE8">
      <w:pPr>
        <w:autoSpaceDE w:val="0"/>
        <w:autoSpaceDN w:val="0"/>
        <w:spacing w:after="0" w:line="480" w:lineRule="auto"/>
        <w:jc w:val="center"/>
        <w:rPr>
          <w:rFonts w:ascii="Times New Roman" w:hAnsi="Times New Roman" w:cs="Times New Roman"/>
          <w:b/>
          <w:sz w:val="24"/>
          <w:szCs w:val="24"/>
        </w:rPr>
      </w:pPr>
    </w:p>
    <w:p w14:paraId="4EC5EB06" w14:textId="77777777" w:rsidR="009574B8" w:rsidRDefault="009574B8" w:rsidP="00C15EE8">
      <w:pPr>
        <w:autoSpaceDE w:val="0"/>
        <w:autoSpaceDN w:val="0"/>
        <w:spacing w:after="0" w:line="480" w:lineRule="auto"/>
        <w:jc w:val="center"/>
        <w:rPr>
          <w:rFonts w:ascii="Times New Roman" w:hAnsi="Times New Roman" w:cs="Times New Roman"/>
          <w:b/>
          <w:sz w:val="24"/>
          <w:szCs w:val="24"/>
        </w:rPr>
      </w:pPr>
    </w:p>
    <w:p w14:paraId="59AEB933" w14:textId="77777777" w:rsidR="009574B8" w:rsidRDefault="009574B8" w:rsidP="00C15EE8">
      <w:pPr>
        <w:autoSpaceDE w:val="0"/>
        <w:autoSpaceDN w:val="0"/>
        <w:spacing w:after="0" w:line="480" w:lineRule="auto"/>
        <w:jc w:val="center"/>
        <w:rPr>
          <w:rFonts w:ascii="Times New Roman" w:hAnsi="Times New Roman" w:cs="Times New Roman"/>
          <w:b/>
          <w:sz w:val="24"/>
          <w:szCs w:val="24"/>
        </w:rPr>
      </w:pPr>
    </w:p>
    <w:p w14:paraId="422FB8FB" w14:textId="65362852" w:rsidR="00C15EE8" w:rsidRPr="00C15EE8" w:rsidRDefault="00686C49" w:rsidP="00C15EE8">
      <w:pPr>
        <w:autoSpaceDE w:val="0"/>
        <w:autoSpaceDN w:val="0"/>
        <w:spacing w:after="0" w:line="480" w:lineRule="auto"/>
        <w:jc w:val="center"/>
        <w:rPr>
          <w:rFonts w:ascii="Times New Roman" w:hAnsi="Times New Roman" w:cs="Times New Roman"/>
          <w:b/>
          <w:sz w:val="24"/>
          <w:szCs w:val="24"/>
        </w:rPr>
      </w:pPr>
      <w:r w:rsidRPr="00C15EE8">
        <w:rPr>
          <w:rFonts w:ascii="Times New Roman" w:hAnsi="Times New Roman" w:cs="Times New Roman"/>
          <w:b/>
          <w:sz w:val="24"/>
          <w:szCs w:val="24"/>
        </w:rPr>
        <w:t>ABSTRACT</w:t>
      </w:r>
    </w:p>
    <w:p w14:paraId="0D025649" w14:textId="084A8A77" w:rsidR="00C15EE8" w:rsidRDefault="00686C49" w:rsidP="00C15EE8">
      <w:pPr>
        <w:autoSpaceDE w:val="0"/>
        <w:autoSpaceDN w:val="0"/>
        <w:spacing w:after="0" w:line="480" w:lineRule="auto"/>
        <w:rPr>
          <w:rFonts w:ascii="Times New Roman" w:eastAsia="Times New Roman" w:hAnsi="Times New Roman" w:cs="Times New Roman"/>
          <w:bCs/>
          <w:sz w:val="24"/>
          <w:szCs w:val="24"/>
        </w:rPr>
      </w:pPr>
      <w:r w:rsidRPr="00686C49">
        <w:rPr>
          <w:rFonts w:ascii="Times New Roman" w:hAnsi="Times New Roman" w:cs="Times New Roman"/>
          <w:sz w:val="24"/>
          <w:szCs w:val="24"/>
        </w:rPr>
        <w:t xml:space="preserve">This project was centered on route survey and engineering design from </w:t>
      </w:r>
      <w:proofErr w:type="spellStart"/>
      <w:r w:rsidR="00C15EE8" w:rsidRPr="00EB3FB8">
        <w:rPr>
          <w:rFonts w:ascii="Times New Roman" w:eastAsia="Times New Roman" w:hAnsi="Times New Roman" w:cs="Times New Roman"/>
          <w:bCs/>
          <w:sz w:val="24"/>
          <w:szCs w:val="24"/>
        </w:rPr>
        <w:t>Micheal</w:t>
      </w:r>
      <w:proofErr w:type="spellEnd"/>
      <w:r w:rsidR="00C15EE8">
        <w:rPr>
          <w:rFonts w:ascii="Times New Roman" w:eastAsia="Times New Roman" w:hAnsi="Times New Roman" w:cs="Times New Roman"/>
          <w:bCs/>
          <w:sz w:val="24"/>
          <w:szCs w:val="24"/>
        </w:rPr>
        <w:t xml:space="preserve"> </w:t>
      </w:r>
      <w:proofErr w:type="spellStart"/>
      <w:r w:rsidR="00C15EE8" w:rsidRPr="00EB3FB8">
        <w:rPr>
          <w:rFonts w:ascii="Times New Roman" w:eastAsia="Times New Roman" w:hAnsi="Times New Roman" w:cs="Times New Roman"/>
          <w:bCs/>
          <w:sz w:val="24"/>
          <w:szCs w:val="24"/>
        </w:rPr>
        <w:t>Imodu</w:t>
      </w:r>
      <w:proofErr w:type="spellEnd"/>
      <w:r w:rsidR="00C15EE8">
        <w:rPr>
          <w:rFonts w:ascii="Times New Roman" w:eastAsia="Times New Roman" w:hAnsi="Times New Roman" w:cs="Times New Roman"/>
          <w:bCs/>
          <w:sz w:val="24"/>
          <w:szCs w:val="24"/>
        </w:rPr>
        <w:t xml:space="preserve"> area</w:t>
      </w:r>
      <w:r w:rsidR="00C15EE8" w:rsidRPr="00EB3FB8">
        <w:rPr>
          <w:rFonts w:ascii="Times New Roman" w:eastAsia="Times New Roman" w:hAnsi="Times New Roman" w:cs="Times New Roman"/>
          <w:bCs/>
          <w:sz w:val="24"/>
          <w:szCs w:val="24"/>
        </w:rPr>
        <w:t xml:space="preserve"> to </w:t>
      </w:r>
      <w:proofErr w:type="spellStart"/>
      <w:r w:rsidR="00C15EE8" w:rsidRPr="00EB3FB8">
        <w:rPr>
          <w:rFonts w:ascii="Times New Roman" w:eastAsia="Times New Roman" w:hAnsi="Times New Roman" w:cs="Times New Roman"/>
          <w:bCs/>
          <w:sz w:val="24"/>
          <w:szCs w:val="24"/>
        </w:rPr>
        <w:t>Kongu</w:t>
      </w:r>
      <w:proofErr w:type="spellEnd"/>
      <w:r w:rsidR="00C15EE8">
        <w:rPr>
          <w:rFonts w:ascii="Times New Roman" w:eastAsia="Times New Roman" w:hAnsi="Times New Roman" w:cs="Times New Roman"/>
          <w:bCs/>
          <w:sz w:val="24"/>
          <w:szCs w:val="24"/>
        </w:rPr>
        <w:t xml:space="preserve"> </w:t>
      </w:r>
      <w:proofErr w:type="spellStart"/>
      <w:r w:rsidR="00C15EE8" w:rsidRPr="00EB3FB8">
        <w:rPr>
          <w:rFonts w:ascii="Times New Roman" w:eastAsia="Times New Roman" w:hAnsi="Times New Roman" w:cs="Times New Roman"/>
          <w:bCs/>
          <w:sz w:val="24"/>
          <w:szCs w:val="24"/>
        </w:rPr>
        <w:t>Oshin</w:t>
      </w:r>
      <w:proofErr w:type="spellEnd"/>
      <w:r w:rsidR="00C15EE8">
        <w:rPr>
          <w:rFonts w:ascii="Times New Roman" w:eastAsia="Times New Roman" w:hAnsi="Times New Roman" w:cs="Times New Roman"/>
          <w:bCs/>
          <w:sz w:val="24"/>
          <w:szCs w:val="24"/>
        </w:rPr>
        <w:t xml:space="preserve"> </w:t>
      </w:r>
      <w:proofErr w:type="spellStart"/>
      <w:r w:rsidR="00C15EE8" w:rsidRPr="00EB3FB8">
        <w:rPr>
          <w:rFonts w:ascii="Times New Roman" w:eastAsia="Times New Roman" w:hAnsi="Times New Roman" w:cs="Times New Roman"/>
          <w:bCs/>
          <w:sz w:val="24"/>
          <w:szCs w:val="24"/>
        </w:rPr>
        <w:t>Olatunji</w:t>
      </w:r>
      <w:proofErr w:type="spellEnd"/>
      <w:r w:rsidR="00C15EE8">
        <w:rPr>
          <w:rFonts w:ascii="Times New Roman" w:eastAsia="Times New Roman" w:hAnsi="Times New Roman" w:cs="Times New Roman"/>
          <w:bCs/>
          <w:sz w:val="24"/>
          <w:szCs w:val="24"/>
        </w:rPr>
        <w:t xml:space="preserve"> area, </w:t>
      </w:r>
      <w:proofErr w:type="spellStart"/>
      <w:r w:rsidR="00C15EE8">
        <w:rPr>
          <w:rFonts w:ascii="Times New Roman" w:eastAsia="Times New Roman" w:hAnsi="Times New Roman" w:cs="Times New Roman"/>
          <w:bCs/>
          <w:sz w:val="24"/>
          <w:szCs w:val="24"/>
        </w:rPr>
        <w:t>Kwara</w:t>
      </w:r>
      <w:proofErr w:type="spellEnd"/>
      <w:r w:rsidR="00C15EE8">
        <w:rPr>
          <w:rFonts w:ascii="Times New Roman" w:eastAsia="Times New Roman" w:hAnsi="Times New Roman" w:cs="Times New Roman"/>
          <w:bCs/>
          <w:sz w:val="24"/>
          <w:szCs w:val="24"/>
        </w:rPr>
        <w:t xml:space="preserve"> State</w:t>
      </w:r>
      <w:r w:rsidR="00C15EE8" w:rsidRPr="00EB3FB8">
        <w:rPr>
          <w:rFonts w:ascii="Times New Roman" w:eastAsia="Times New Roman" w:hAnsi="Times New Roman" w:cs="Times New Roman"/>
          <w:bCs/>
          <w:sz w:val="24"/>
          <w:szCs w:val="24"/>
        </w:rPr>
        <w:t>.</w:t>
      </w:r>
      <w:r w:rsidR="00C15EE8">
        <w:rPr>
          <w:rFonts w:ascii="Times New Roman" w:eastAsia="Times New Roman" w:hAnsi="Times New Roman" w:cs="Times New Roman"/>
          <w:bCs/>
          <w:sz w:val="24"/>
          <w:szCs w:val="24"/>
        </w:rPr>
        <w:t xml:space="preserve"> </w:t>
      </w:r>
      <w:r w:rsidRPr="00686C49">
        <w:rPr>
          <w:rFonts w:ascii="Times New Roman" w:hAnsi="Times New Roman" w:cs="Times New Roman"/>
          <w:sz w:val="24"/>
          <w:szCs w:val="24"/>
        </w:rPr>
        <w:t xml:space="preserve">The project aimed to provide baseline data along the route for construction purposes. The survey operations commenced with reconnaissance, marking of </w:t>
      </w:r>
      <w:proofErr w:type="spellStart"/>
      <w:r w:rsidRPr="00686C49">
        <w:rPr>
          <w:rFonts w:ascii="Times New Roman" w:hAnsi="Times New Roman" w:cs="Times New Roman"/>
          <w:sz w:val="24"/>
          <w:szCs w:val="24"/>
        </w:rPr>
        <w:t>chainage</w:t>
      </w:r>
      <w:proofErr w:type="spellEnd"/>
      <w:r w:rsidRPr="00686C49">
        <w:rPr>
          <w:rFonts w:ascii="Times New Roman" w:hAnsi="Times New Roman" w:cs="Times New Roman"/>
          <w:sz w:val="24"/>
          <w:szCs w:val="24"/>
        </w:rPr>
        <w:t xml:space="preserve"> at every 25m intervals, capturing geometric data a</w:t>
      </w:r>
      <w:r w:rsidR="00C15EE8">
        <w:rPr>
          <w:rFonts w:ascii="Times New Roman" w:hAnsi="Times New Roman" w:cs="Times New Roman"/>
          <w:sz w:val="24"/>
          <w:szCs w:val="24"/>
        </w:rPr>
        <w:t xml:space="preserve">long the route using </w:t>
      </w:r>
      <w:r w:rsidRPr="00686C49">
        <w:rPr>
          <w:rFonts w:ascii="Times New Roman" w:hAnsi="Times New Roman" w:cs="Times New Roman"/>
          <w:sz w:val="24"/>
          <w:szCs w:val="24"/>
        </w:rPr>
        <w:t xml:space="preserve">Total </w:t>
      </w:r>
      <w:r w:rsidR="00C15EE8">
        <w:rPr>
          <w:rFonts w:ascii="Times New Roman" w:hAnsi="Times New Roman" w:cs="Times New Roman"/>
          <w:sz w:val="24"/>
          <w:szCs w:val="24"/>
        </w:rPr>
        <w:t xml:space="preserve">Station </w:t>
      </w:r>
      <w:r w:rsidRPr="00686C49">
        <w:rPr>
          <w:rFonts w:ascii="Times New Roman" w:hAnsi="Times New Roman" w:cs="Times New Roman"/>
          <w:sz w:val="24"/>
          <w:szCs w:val="24"/>
        </w:rPr>
        <w:t>order controls. The acquired data was downloaded with Leica Geo office, edited with Notepad and Microsoft Excel, and then imported into AutoCAD C</w:t>
      </w:r>
      <w:r w:rsidR="00C15EE8">
        <w:rPr>
          <w:rFonts w:ascii="Times New Roman" w:hAnsi="Times New Roman" w:cs="Times New Roman"/>
          <w:sz w:val="24"/>
          <w:szCs w:val="24"/>
        </w:rPr>
        <w:t>ivil CAD 2014</w:t>
      </w:r>
      <w:r w:rsidRPr="00686C49">
        <w:rPr>
          <w:rFonts w:ascii="Times New Roman" w:hAnsi="Times New Roman" w:cs="Times New Roman"/>
          <w:sz w:val="24"/>
          <w:szCs w:val="24"/>
        </w:rPr>
        <w:t xml:space="preserve">. These refined coordinates were utilized to generate Cross sectional, Longitudinal, horizontal alignment plan showing affected structures along the route and calculating earthwork volumes for cut and fill. It was concluded that the result meets the required specification. Hence, the plans were produced in electronic and hard copy formats with horizontal scale 1:5000 and vertical scale 1:500 after which a comprehensive project report was written on the executed project. It is recommended that the refined information and plan obtained from this project should be used for the rehabilitation of the route from </w:t>
      </w:r>
      <w:proofErr w:type="spellStart"/>
      <w:r w:rsidR="00C15EE8" w:rsidRPr="00EB3FB8">
        <w:rPr>
          <w:rFonts w:ascii="Times New Roman" w:eastAsia="Times New Roman" w:hAnsi="Times New Roman" w:cs="Times New Roman"/>
          <w:bCs/>
          <w:sz w:val="24"/>
          <w:szCs w:val="24"/>
        </w:rPr>
        <w:t>Micheal</w:t>
      </w:r>
      <w:proofErr w:type="spellEnd"/>
      <w:r w:rsidR="00C15EE8">
        <w:rPr>
          <w:rFonts w:ascii="Times New Roman" w:eastAsia="Times New Roman" w:hAnsi="Times New Roman" w:cs="Times New Roman"/>
          <w:bCs/>
          <w:sz w:val="24"/>
          <w:szCs w:val="24"/>
        </w:rPr>
        <w:t xml:space="preserve"> </w:t>
      </w:r>
      <w:proofErr w:type="spellStart"/>
      <w:r w:rsidR="00C15EE8" w:rsidRPr="00EB3FB8">
        <w:rPr>
          <w:rFonts w:ascii="Times New Roman" w:eastAsia="Times New Roman" w:hAnsi="Times New Roman" w:cs="Times New Roman"/>
          <w:bCs/>
          <w:sz w:val="24"/>
          <w:szCs w:val="24"/>
        </w:rPr>
        <w:t>Imodu</w:t>
      </w:r>
      <w:proofErr w:type="spellEnd"/>
      <w:r w:rsidR="00C15EE8">
        <w:rPr>
          <w:rFonts w:ascii="Times New Roman" w:eastAsia="Times New Roman" w:hAnsi="Times New Roman" w:cs="Times New Roman"/>
          <w:bCs/>
          <w:sz w:val="24"/>
          <w:szCs w:val="24"/>
        </w:rPr>
        <w:t xml:space="preserve"> area</w:t>
      </w:r>
      <w:r w:rsidR="00C15EE8" w:rsidRPr="00EB3FB8">
        <w:rPr>
          <w:rFonts w:ascii="Times New Roman" w:eastAsia="Times New Roman" w:hAnsi="Times New Roman" w:cs="Times New Roman"/>
          <w:bCs/>
          <w:sz w:val="24"/>
          <w:szCs w:val="24"/>
        </w:rPr>
        <w:t xml:space="preserve"> to </w:t>
      </w:r>
      <w:proofErr w:type="spellStart"/>
      <w:r w:rsidR="00C15EE8" w:rsidRPr="00EB3FB8">
        <w:rPr>
          <w:rFonts w:ascii="Times New Roman" w:eastAsia="Times New Roman" w:hAnsi="Times New Roman" w:cs="Times New Roman"/>
          <w:bCs/>
          <w:sz w:val="24"/>
          <w:szCs w:val="24"/>
        </w:rPr>
        <w:t>Kongu</w:t>
      </w:r>
      <w:proofErr w:type="spellEnd"/>
      <w:r w:rsidR="00C15EE8">
        <w:rPr>
          <w:rFonts w:ascii="Times New Roman" w:eastAsia="Times New Roman" w:hAnsi="Times New Roman" w:cs="Times New Roman"/>
          <w:bCs/>
          <w:sz w:val="24"/>
          <w:szCs w:val="24"/>
        </w:rPr>
        <w:t xml:space="preserve"> toward </w:t>
      </w:r>
      <w:proofErr w:type="spellStart"/>
      <w:r w:rsidR="00C15EE8" w:rsidRPr="00EB3FB8">
        <w:rPr>
          <w:rFonts w:ascii="Times New Roman" w:eastAsia="Times New Roman" w:hAnsi="Times New Roman" w:cs="Times New Roman"/>
          <w:bCs/>
          <w:sz w:val="24"/>
          <w:szCs w:val="24"/>
        </w:rPr>
        <w:t>Oshin</w:t>
      </w:r>
      <w:proofErr w:type="spellEnd"/>
      <w:r w:rsidR="00C15EE8">
        <w:rPr>
          <w:rFonts w:ascii="Times New Roman" w:eastAsia="Times New Roman" w:hAnsi="Times New Roman" w:cs="Times New Roman"/>
          <w:bCs/>
          <w:sz w:val="24"/>
          <w:szCs w:val="24"/>
        </w:rPr>
        <w:t xml:space="preserve"> </w:t>
      </w:r>
      <w:proofErr w:type="spellStart"/>
      <w:r w:rsidR="00C15EE8" w:rsidRPr="00EB3FB8">
        <w:rPr>
          <w:rFonts w:ascii="Times New Roman" w:eastAsia="Times New Roman" w:hAnsi="Times New Roman" w:cs="Times New Roman"/>
          <w:bCs/>
          <w:sz w:val="24"/>
          <w:szCs w:val="24"/>
        </w:rPr>
        <w:t>Olatunji</w:t>
      </w:r>
      <w:proofErr w:type="spellEnd"/>
      <w:r w:rsidR="00C15EE8">
        <w:rPr>
          <w:rFonts w:ascii="Times New Roman" w:eastAsia="Times New Roman" w:hAnsi="Times New Roman" w:cs="Times New Roman"/>
          <w:bCs/>
          <w:sz w:val="24"/>
          <w:szCs w:val="24"/>
        </w:rPr>
        <w:t xml:space="preserve"> area, </w:t>
      </w:r>
      <w:proofErr w:type="spellStart"/>
      <w:r w:rsidR="00C15EE8">
        <w:rPr>
          <w:rFonts w:ascii="Times New Roman" w:eastAsia="Times New Roman" w:hAnsi="Times New Roman" w:cs="Times New Roman"/>
          <w:sz w:val="24"/>
          <w:szCs w:val="24"/>
        </w:rPr>
        <w:t>Ifelodun</w:t>
      </w:r>
      <w:proofErr w:type="spellEnd"/>
      <w:r w:rsidR="00C15EE8">
        <w:rPr>
          <w:rFonts w:ascii="Times New Roman" w:eastAsia="Times New Roman" w:hAnsi="Times New Roman" w:cs="Times New Roman"/>
          <w:sz w:val="24"/>
          <w:szCs w:val="24"/>
        </w:rPr>
        <w:t xml:space="preserve"> to Ilorin West Local Government area </w:t>
      </w:r>
      <w:proofErr w:type="spellStart"/>
      <w:r w:rsidR="00C15EE8">
        <w:rPr>
          <w:rFonts w:ascii="Times New Roman" w:eastAsia="Times New Roman" w:hAnsi="Times New Roman" w:cs="Times New Roman"/>
          <w:sz w:val="24"/>
          <w:szCs w:val="24"/>
        </w:rPr>
        <w:t>Kwara</w:t>
      </w:r>
      <w:proofErr w:type="spellEnd"/>
      <w:r w:rsidR="00C15EE8">
        <w:rPr>
          <w:rFonts w:ascii="Times New Roman" w:eastAsia="Times New Roman" w:hAnsi="Times New Roman" w:cs="Times New Roman"/>
          <w:sz w:val="24"/>
          <w:szCs w:val="24"/>
        </w:rPr>
        <w:t xml:space="preserve"> State</w:t>
      </w:r>
      <w:r w:rsidR="00C15EE8">
        <w:rPr>
          <w:rFonts w:ascii="Times New Roman" w:eastAsia="Times New Roman" w:hAnsi="Times New Roman" w:cs="Times New Roman"/>
          <w:sz w:val="24"/>
          <w:szCs w:val="24"/>
        </w:rPr>
        <w:t>.</w:t>
      </w:r>
    </w:p>
    <w:p w14:paraId="0E2F523F" w14:textId="77777777" w:rsidR="00C15EE8" w:rsidRDefault="00C15EE8" w:rsidP="00C15EE8">
      <w:pPr>
        <w:autoSpaceDE w:val="0"/>
        <w:autoSpaceDN w:val="0"/>
        <w:spacing w:after="0" w:line="480" w:lineRule="auto"/>
        <w:rPr>
          <w:rFonts w:ascii="Times New Roman" w:eastAsia="Times New Roman" w:hAnsi="Times New Roman" w:cs="Times New Roman"/>
          <w:bCs/>
          <w:sz w:val="24"/>
          <w:szCs w:val="24"/>
        </w:rPr>
      </w:pPr>
    </w:p>
    <w:p w14:paraId="62DA5A27" w14:textId="77777777" w:rsidR="0009121D" w:rsidRDefault="0009121D" w:rsidP="00C15EE8">
      <w:pPr>
        <w:autoSpaceDE w:val="0"/>
        <w:autoSpaceDN w:val="0"/>
        <w:spacing w:after="0" w:line="480" w:lineRule="auto"/>
        <w:rPr>
          <w:rFonts w:ascii="Times New Roman" w:eastAsia="Times New Roman" w:hAnsi="Times New Roman" w:cs="Times New Roman"/>
          <w:bCs/>
          <w:sz w:val="24"/>
          <w:szCs w:val="24"/>
        </w:rPr>
      </w:pPr>
    </w:p>
    <w:p w14:paraId="6DC1710B" w14:textId="77777777" w:rsidR="0009121D" w:rsidRDefault="0009121D" w:rsidP="00C15EE8">
      <w:pPr>
        <w:autoSpaceDE w:val="0"/>
        <w:autoSpaceDN w:val="0"/>
        <w:spacing w:after="0" w:line="480" w:lineRule="auto"/>
        <w:rPr>
          <w:rFonts w:ascii="Times New Roman" w:eastAsia="Times New Roman" w:hAnsi="Times New Roman" w:cs="Times New Roman"/>
          <w:bCs/>
          <w:sz w:val="24"/>
          <w:szCs w:val="24"/>
        </w:rPr>
      </w:pPr>
    </w:p>
    <w:p w14:paraId="311A9BE6" w14:textId="77777777" w:rsidR="0009121D" w:rsidRDefault="0009121D" w:rsidP="00C15EE8">
      <w:pPr>
        <w:autoSpaceDE w:val="0"/>
        <w:autoSpaceDN w:val="0"/>
        <w:spacing w:after="0" w:line="480" w:lineRule="auto"/>
        <w:rPr>
          <w:rFonts w:ascii="Times New Roman" w:eastAsia="Times New Roman" w:hAnsi="Times New Roman" w:cs="Times New Roman"/>
          <w:bCs/>
          <w:sz w:val="24"/>
          <w:szCs w:val="24"/>
        </w:rPr>
      </w:pPr>
    </w:p>
    <w:p w14:paraId="64DB856B" w14:textId="77777777" w:rsidR="0009121D" w:rsidRDefault="0009121D" w:rsidP="00C15EE8">
      <w:pPr>
        <w:autoSpaceDE w:val="0"/>
        <w:autoSpaceDN w:val="0"/>
        <w:spacing w:after="0" w:line="480" w:lineRule="auto"/>
        <w:rPr>
          <w:rFonts w:ascii="Times New Roman" w:eastAsia="Times New Roman" w:hAnsi="Times New Roman" w:cs="Times New Roman"/>
          <w:bCs/>
          <w:sz w:val="24"/>
          <w:szCs w:val="24"/>
        </w:rPr>
      </w:pPr>
    </w:p>
    <w:p w14:paraId="549A42EB" w14:textId="77777777" w:rsidR="0009121D" w:rsidRDefault="0009121D" w:rsidP="00C15EE8">
      <w:pPr>
        <w:autoSpaceDE w:val="0"/>
        <w:autoSpaceDN w:val="0"/>
        <w:spacing w:after="0" w:line="480" w:lineRule="auto"/>
        <w:rPr>
          <w:rFonts w:ascii="Times New Roman" w:eastAsia="Times New Roman" w:hAnsi="Times New Roman" w:cs="Times New Roman"/>
          <w:bCs/>
          <w:sz w:val="24"/>
          <w:szCs w:val="24"/>
        </w:rPr>
      </w:pPr>
    </w:p>
    <w:p w14:paraId="3D062489" w14:textId="77777777" w:rsidR="0009121D" w:rsidRDefault="0009121D" w:rsidP="00C15EE8">
      <w:pPr>
        <w:autoSpaceDE w:val="0"/>
        <w:autoSpaceDN w:val="0"/>
        <w:spacing w:after="0" w:line="480" w:lineRule="auto"/>
        <w:rPr>
          <w:rFonts w:ascii="Times New Roman" w:eastAsia="Times New Roman" w:hAnsi="Times New Roman" w:cs="Times New Roman"/>
          <w:bCs/>
          <w:sz w:val="24"/>
          <w:szCs w:val="24"/>
        </w:rPr>
      </w:pPr>
    </w:p>
    <w:p w14:paraId="2FB47C94" w14:textId="77777777" w:rsidR="0009121D" w:rsidRDefault="0009121D" w:rsidP="00C15EE8">
      <w:pPr>
        <w:autoSpaceDE w:val="0"/>
        <w:autoSpaceDN w:val="0"/>
        <w:spacing w:after="0" w:line="480" w:lineRule="auto"/>
        <w:rPr>
          <w:rFonts w:ascii="Times New Roman" w:eastAsia="Times New Roman" w:hAnsi="Times New Roman" w:cs="Times New Roman"/>
          <w:bCs/>
          <w:sz w:val="24"/>
          <w:szCs w:val="24"/>
        </w:rPr>
      </w:pPr>
    </w:p>
    <w:p w14:paraId="3A1C0751" w14:textId="77777777" w:rsidR="0009121D" w:rsidRDefault="0009121D" w:rsidP="00C15EE8">
      <w:pPr>
        <w:autoSpaceDE w:val="0"/>
        <w:autoSpaceDN w:val="0"/>
        <w:spacing w:after="0" w:line="480" w:lineRule="auto"/>
        <w:rPr>
          <w:rFonts w:ascii="Times New Roman" w:eastAsia="Times New Roman" w:hAnsi="Times New Roman" w:cs="Times New Roman"/>
          <w:bCs/>
          <w:sz w:val="24"/>
          <w:szCs w:val="24"/>
        </w:rPr>
      </w:pPr>
    </w:p>
    <w:p w14:paraId="60518830" w14:textId="77777777" w:rsidR="0009121D" w:rsidRDefault="0009121D" w:rsidP="00C15EE8">
      <w:pPr>
        <w:autoSpaceDE w:val="0"/>
        <w:autoSpaceDN w:val="0"/>
        <w:spacing w:after="0" w:line="480" w:lineRule="auto"/>
        <w:rPr>
          <w:rFonts w:ascii="Times New Roman" w:eastAsia="Times New Roman" w:hAnsi="Times New Roman" w:cs="Times New Roman"/>
          <w:bCs/>
          <w:sz w:val="24"/>
          <w:szCs w:val="24"/>
        </w:rPr>
      </w:pPr>
    </w:p>
    <w:p w14:paraId="32E28A81" w14:textId="77777777" w:rsidR="0009121D" w:rsidRDefault="0009121D" w:rsidP="00C15EE8">
      <w:pPr>
        <w:autoSpaceDE w:val="0"/>
        <w:autoSpaceDN w:val="0"/>
        <w:spacing w:after="0" w:line="480" w:lineRule="auto"/>
        <w:rPr>
          <w:rFonts w:ascii="Times New Roman" w:eastAsia="Times New Roman" w:hAnsi="Times New Roman" w:cs="Times New Roman"/>
          <w:bCs/>
          <w:sz w:val="24"/>
          <w:szCs w:val="24"/>
        </w:rPr>
      </w:pPr>
    </w:p>
    <w:p w14:paraId="66F9B4B9" w14:textId="77777777" w:rsidR="0009121D" w:rsidRDefault="0009121D" w:rsidP="00C15EE8">
      <w:pPr>
        <w:autoSpaceDE w:val="0"/>
        <w:autoSpaceDN w:val="0"/>
        <w:spacing w:after="0" w:line="480" w:lineRule="auto"/>
        <w:rPr>
          <w:rFonts w:ascii="Times New Roman" w:eastAsia="Times New Roman" w:hAnsi="Times New Roman" w:cs="Times New Roman"/>
          <w:bCs/>
          <w:sz w:val="24"/>
          <w:szCs w:val="24"/>
        </w:rPr>
      </w:pPr>
    </w:p>
    <w:p w14:paraId="16F9F038" w14:textId="77777777" w:rsidR="0009121D" w:rsidRPr="00436436" w:rsidRDefault="0009121D" w:rsidP="0009121D">
      <w:pPr>
        <w:pStyle w:val="NoSpacing"/>
        <w:spacing w:line="480" w:lineRule="auto"/>
        <w:jc w:val="center"/>
        <w:rPr>
          <w:rFonts w:ascii="Times New Roman" w:hAnsi="Times New Roman" w:cs="Times New Roman"/>
          <w:b/>
          <w:sz w:val="24"/>
          <w:szCs w:val="24"/>
        </w:rPr>
      </w:pPr>
      <w:r w:rsidRPr="00436436">
        <w:rPr>
          <w:rFonts w:ascii="Times New Roman" w:hAnsi="Times New Roman" w:cs="Times New Roman"/>
          <w:b/>
          <w:sz w:val="24"/>
          <w:szCs w:val="24"/>
        </w:rPr>
        <w:t>TABLE OF CONTENTS</w:t>
      </w:r>
    </w:p>
    <w:p w14:paraId="0D8144AD" w14:textId="77777777"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TITLE PAGE</w:t>
      </w: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p>
    <w:p w14:paraId="33345A65" w14:textId="77777777"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CERTIFICATE</w:t>
      </w:r>
      <w:r>
        <w:rPr>
          <w:rFonts w:ascii="Times New Roman" w:hAnsi="Times New Roman" w:cs="Times New Roman"/>
          <w:sz w:val="24"/>
          <w:szCs w:val="24"/>
        </w:rPr>
        <w:t>…………………………………………………………………………...ii</w:t>
      </w:r>
    </w:p>
    <w:p w14:paraId="7A7C9B58" w14:textId="77777777"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CERTIFICATION</w:t>
      </w:r>
      <w:r>
        <w:rPr>
          <w:rFonts w:ascii="Times New Roman" w:hAnsi="Times New Roman" w:cs="Times New Roman"/>
          <w:sz w:val="24"/>
          <w:szCs w:val="24"/>
        </w:rPr>
        <w:t>………………………………………………………………………..iii</w:t>
      </w:r>
    </w:p>
    <w:p w14:paraId="19608A30" w14:textId="77777777"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DEDICATION</w:t>
      </w:r>
      <w:r>
        <w:rPr>
          <w:rFonts w:ascii="Times New Roman" w:hAnsi="Times New Roman" w:cs="Times New Roman"/>
          <w:sz w:val="24"/>
          <w:szCs w:val="24"/>
        </w:rPr>
        <w:t>…………………………………………………………………………....</w:t>
      </w:r>
      <w:proofErr w:type="gramStart"/>
      <w:r>
        <w:rPr>
          <w:rFonts w:ascii="Times New Roman" w:hAnsi="Times New Roman" w:cs="Times New Roman"/>
          <w:sz w:val="24"/>
          <w:szCs w:val="24"/>
        </w:rPr>
        <w:t>iv</w:t>
      </w:r>
      <w:proofErr w:type="gramEnd"/>
    </w:p>
    <w:p w14:paraId="27A219CC" w14:textId="77777777"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ACKNOWLEDGEMENT</w:t>
      </w:r>
      <w:r>
        <w:rPr>
          <w:rFonts w:ascii="Times New Roman" w:hAnsi="Times New Roman" w:cs="Times New Roman"/>
          <w:sz w:val="24"/>
          <w:szCs w:val="24"/>
        </w:rPr>
        <w:t>………………………………………………………………...v</w:t>
      </w:r>
    </w:p>
    <w:p w14:paraId="10C47018" w14:textId="77777777"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ABSRACT</w:t>
      </w:r>
      <w:r>
        <w:rPr>
          <w:rFonts w:ascii="Times New Roman" w:hAnsi="Times New Roman" w:cs="Times New Roman"/>
          <w:sz w:val="24"/>
          <w:szCs w:val="24"/>
        </w:rPr>
        <w:t>………………………………………………………………………………...</w:t>
      </w:r>
      <w:proofErr w:type="gramStart"/>
      <w:r>
        <w:rPr>
          <w:rFonts w:ascii="Times New Roman" w:hAnsi="Times New Roman" w:cs="Times New Roman"/>
          <w:sz w:val="24"/>
          <w:szCs w:val="24"/>
        </w:rPr>
        <w:t>vi</w:t>
      </w:r>
      <w:proofErr w:type="gramEnd"/>
    </w:p>
    <w:p w14:paraId="5B0CF90C" w14:textId="77777777"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TABLE OF CONTENT</w:t>
      </w:r>
      <w:r>
        <w:rPr>
          <w:rFonts w:ascii="Times New Roman" w:hAnsi="Times New Roman" w:cs="Times New Roman"/>
          <w:sz w:val="24"/>
          <w:szCs w:val="24"/>
        </w:rPr>
        <w:t>…………………………………………………………………...vii</w:t>
      </w:r>
    </w:p>
    <w:p w14:paraId="1BBB2145" w14:textId="77777777"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LIST OF TABLES</w:t>
      </w:r>
      <w:r>
        <w:rPr>
          <w:rFonts w:ascii="Times New Roman" w:hAnsi="Times New Roman" w:cs="Times New Roman"/>
          <w:sz w:val="24"/>
          <w:szCs w:val="24"/>
        </w:rPr>
        <w:t>………………………………………………………………………...viii</w:t>
      </w:r>
    </w:p>
    <w:p w14:paraId="6D26100F" w14:textId="149712D9"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LIST OF FIGURES</w:t>
      </w:r>
      <w:r>
        <w:rPr>
          <w:rFonts w:ascii="Times New Roman" w:hAnsi="Times New Roman" w:cs="Times New Roman"/>
          <w:sz w:val="24"/>
          <w:szCs w:val="24"/>
        </w:rPr>
        <w:t>……………………………………………………………………….ix</w:t>
      </w:r>
    </w:p>
    <w:p w14:paraId="6842FC2B" w14:textId="77777777" w:rsidR="0009121D" w:rsidRPr="00436436" w:rsidRDefault="0009121D" w:rsidP="0009121D">
      <w:pPr>
        <w:pStyle w:val="NoSpacing"/>
        <w:spacing w:line="480" w:lineRule="auto"/>
        <w:rPr>
          <w:rFonts w:ascii="Times New Roman" w:hAnsi="Times New Roman" w:cs="Times New Roman"/>
          <w:b/>
          <w:sz w:val="24"/>
          <w:szCs w:val="24"/>
        </w:rPr>
      </w:pPr>
      <w:r w:rsidRPr="00436436">
        <w:rPr>
          <w:rFonts w:ascii="Times New Roman" w:hAnsi="Times New Roman" w:cs="Times New Roman"/>
          <w:b/>
          <w:sz w:val="24"/>
          <w:szCs w:val="24"/>
        </w:rPr>
        <w:t>CHAPTER ONE</w:t>
      </w:r>
      <w:r>
        <w:rPr>
          <w:rFonts w:ascii="Times New Roman" w:hAnsi="Times New Roman" w:cs="Times New Roman"/>
          <w:b/>
          <w:sz w:val="24"/>
          <w:szCs w:val="24"/>
        </w:rPr>
        <w:t>:</w:t>
      </w:r>
    </w:p>
    <w:p w14:paraId="6CD0ED09" w14:textId="77777777"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1.0 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14:paraId="2622764C" w14:textId="77777777" w:rsidR="0009121D" w:rsidRPr="001F6332" w:rsidRDefault="0009121D" w:rsidP="0009121D">
      <w:pPr>
        <w:pStyle w:val="NoSpacing"/>
        <w:tabs>
          <w:tab w:val="left" w:pos="8670"/>
        </w:tabs>
        <w:spacing w:line="480" w:lineRule="auto"/>
        <w:rPr>
          <w:rFonts w:ascii="Times New Roman" w:hAnsi="Times New Roman" w:cs="Times New Roman"/>
          <w:sz w:val="24"/>
          <w:szCs w:val="24"/>
        </w:rPr>
      </w:pPr>
      <w:r>
        <w:rPr>
          <w:rFonts w:ascii="Times New Roman" w:hAnsi="Times New Roman" w:cs="Times New Roman"/>
          <w:sz w:val="24"/>
          <w:szCs w:val="24"/>
        </w:rPr>
        <w:t>1.1</w:t>
      </w:r>
      <w:r w:rsidRPr="001F6332">
        <w:rPr>
          <w:rFonts w:ascii="Times New Roman" w:hAnsi="Times New Roman" w:cs="Times New Roman"/>
          <w:sz w:val="24"/>
          <w:szCs w:val="24"/>
        </w:rPr>
        <w:t xml:space="preserve"> STATEMENT OF THE PROBLEM</w:t>
      </w:r>
      <w:r>
        <w:rPr>
          <w:rFonts w:ascii="Times New Roman" w:hAnsi="Times New Roman" w:cs="Times New Roman"/>
          <w:sz w:val="24"/>
          <w:szCs w:val="24"/>
        </w:rPr>
        <w:tab/>
        <w:t>5</w:t>
      </w:r>
      <w:r>
        <w:rPr>
          <w:rFonts w:ascii="Times New Roman" w:hAnsi="Times New Roman" w:cs="Times New Roman"/>
          <w:sz w:val="24"/>
          <w:szCs w:val="24"/>
        </w:rPr>
        <w:tab/>
      </w:r>
    </w:p>
    <w:p w14:paraId="1320F730" w14:textId="77777777" w:rsidR="0009121D" w:rsidRDefault="0009121D" w:rsidP="0009121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1.2 AIM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14:paraId="72B79B0A" w14:textId="77777777" w:rsidR="0009121D" w:rsidRPr="001F6332" w:rsidRDefault="0009121D" w:rsidP="0009121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1.3 OBJECTIVES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14:paraId="08C3CE17" w14:textId="77777777" w:rsidR="0009121D" w:rsidRPr="001F6332" w:rsidRDefault="0009121D" w:rsidP="0009121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1.4</w:t>
      </w:r>
      <w:r w:rsidRPr="001F6332">
        <w:rPr>
          <w:rFonts w:ascii="Times New Roman" w:hAnsi="Times New Roman" w:cs="Times New Roman"/>
          <w:sz w:val="24"/>
          <w:szCs w:val="24"/>
        </w:rPr>
        <w:t xml:space="preserve"> SCOPE OF </w:t>
      </w:r>
      <w:r>
        <w:rPr>
          <w:rFonts w:ascii="Times New Roman" w:hAnsi="Times New Roman" w:cs="Times New Roman"/>
          <w:sz w:val="24"/>
          <w:szCs w:val="24"/>
        </w:rPr>
        <w:t>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14:paraId="5AC5FAC8" w14:textId="77777777"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1.</w:t>
      </w:r>
      <w:r>
        <w:rPr>
          <w:rFonts w:ascii="Times New Roman" w:hAnsi="Times New Roman" w:cs="Times New Roman"/>
          <w:sz w:val="24"/>
          <w:szCs w:val="24"/>
        </w:rPr>
        <w:t>5</w:t>
      </w:r>
      <w:r w:rsidRPr="001F6332">
        <w:rPr>
          <w:rFonts w:ascii="Times New Roman" w:hAnsi="Times New Roman" w:cs="Times New Roman"/>
          <w:sz w:val="24"/>
          <w:szCs w:val="24"/>
        </w:rPr>
        <w:t xml:space="preserve"> </w:t>
      </w:r>
      <w:r>
        <w:rPr>
          <w:rFonts w:ascii="Times New Roman" w:hAnsi="Times New Roman" w:cs="Times New Roman"/>
          <w:sz w:val="24"/>
          <w:szCs w:val="24"/>
        </w:rPr>
        <w:t>PROJECT LOCATION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14:paraId="7832ADDC" w14:textId="77777777"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1.</w:t>
      </w:r>
      <w:r>
        <w:rPr>
          <w:rFonts w:ascii="Times New Roman" w:hAnsi="Times New Roman" w:cs="Times New Roman"/>
          <w:sz w:val="24"/>
          <w:szCs w:val="24"/>
        </w:rPr>
        <w:t>6</w:t>
      </w:r>
      <w:r w:rsidRPr="001F6332">
        <w:rPr>
          <w:rFonts w:ascii="Times New Roman" w:hAnsi="Times New Roman" w:cs="Times New Roman"/>
          <w:sz w:val="24"/>
          <w:szCs w:val="24"/>
        </w:rPr>
        <w:t xml:space="preserve"> SPECIFICATION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14:paraId="4B44BDA4" w14:textId="77777777"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1.</w:t>
      </w:r>
      <w:r>
        <w:rPr>
          <w:rFonts w:ascii="Times New Roman" w:hAnsi="Times New Roman" w:cs="Times New Roman"/>
          <w:sz w:val="24"/>
          <w:szCs w:val="24"/>
        </w:rPr>
        <w:t>7</w:t>
      </w:r>
      <w:r w:rsidRPr="001F6332">
        <w:rPr>
          <w:rFonts w:ascii="Times New Roman" w:hAnsi="Times New Roman" w:cs="Times New Roman"/>
          <w:sz w:val="24"/>
          <w:szCs w:val="24"/>
        </w:rPr>
        <w:t xml:space="preserve"> PERSONNEL INVOLVES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14:paraId="272C2C00" w14:textId="77777777" w:rsidR="0009121D" w:rsidRPr="00436436" w:rsidRDefault="0009121D" w:rsidP="0009121D">
      <w:pPr>
        <w:pStyle w:val="NoSpacing"/>
        <w:spacing w:line="480" w:lineRule="auto"/>
        <w:rPr>
          <w:rFonts w:ascii="Times New Roman" w:hAnsi="Times New Roman" w:cs="Times New Roman"/>
          <w:b/>
          <w:sz w:val="24"/>
          <w:szCs w:val="24"/>
        </w:rPr>
      </w:pPr>
      <w:r w:rsidRPr="00436436">
        <w:rPr>
          <w:rFonts w:ascii="Times New Roman" w:hAnsi="Times New Roman" w:cs="Times New Roman"/>
          <w:b/>
          <w:sz w:val="24"/>
          <w:szCs w:val="24"/>
        </w:rPr>
        <w:t>CHAPTER TWO</w:t>
      </w:r>
      <w:r>
        <w:rPr>
          <w:rFonts w:ascii="Times New Roman" w:hAnsi="Times New Roman" w:cs="Times New Roman"/>
          <w:b/>
          <w:sz w:val="24"/>
          <w:szCs w:val="24"/>
        </w:rPr>
        <w:t>:</w:t>
      </w:r>
    </w:p>
    <w:p w14:paraId="64A0B34C" w14:textId="77777777"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2.0 LITERATURE REVIEW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10-15</w:t>
      </w:r>
    </w:p>
    <w:p w14:paraId="040B4667" w14:textId="77777777" w:rsidR="0009121D" w:rsidRPr="00436436" w:rsidRDefault="0009121D" w:rsidP="0009121D">
      <w:pPr>
        <w:pStyle w:val="NoSpacing"/>
        <w:spacing w:line="480" w:lineRule="auto"/>
        <w:rPr>
          <w:rFonts w:ascii="Times New Roman" w:hAnsi="Times New Roman" w:cs="Times New Roman"/>
          <w:b/>
          <w:sz w:val="24"/>
          <w:szCs w:val="24"/>
        </w:rPr>
      </w:pPr>
      <w:r w:rsidRPr="00436436">
        <w:rPr>
          <w:rFonts w:ascii="Times New Roman" w:hAnsi="Times New Roman" w:cs="Times New Roman"/>
          <w:b/>
          <w:sz w:val="24"/>
          <w:szCs w:val="24"/>
        </w:rPr>
        <w:t>CHAPTER THREE</w:t>
      </w:r>
      <w:r>
        <w:rPr>
          <w:rFonts w:ascii="Times New Roman" w:hAnsi="Times New Roman" w:cs="Times New Roman"/>
          <w:b/>
          <w:sz w:val="24"/>
          <w:szCs w:val="24"/>
        </w:rPr>
        <w:t>:</w:t>
      </w:r>
    </w:p>
    <w:p w14:paraId="3F987E16" w14:textId="77777777"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3.0 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14:paraId="5829F353" w14:textId="77777777"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 xml:space="preserve">3.1 </w:t>
      </w:r>
      <w:r>
        <w:rPr>
          <w:rFonts w:ascii="Times New Roman" w:hAnsi="Times New Roman" w:cs="Times New Roman"/>
          <w:sz w:val="24"/>
          <w:szCs w:val="24"/>
        </w:rPr>
        <w:t>PRELIMINARY PLANNING AND PREPARATION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14:paraId="5C688F1E" w14:textId="77777777" w:rsidR="0009121D" w:rsidRPr="001F6332" w:rsidRDefault="0009121D" w:rsidP="0009121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3.2 </w:t>
      </w:r>
      <w:r w:rsidRPr="001F6332">
        <w:rPr>
          <w:rFonts w:ascii="Times New Roman" w:hAnsi="Times New Roman" w:cs="Times New Roman"/>
          <w:sz w:val="24"/>
          <w:szCs w:val="24"/>
        </w:rPr>
        <w:t>RECCONAISANCE PLANNING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14:paraId="3247552E" w14:textId="77777777"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 xml:space="preserve">3.3 </w:t>
      </w:r>
      <w:r>
        <w:rPr>
          <w:rFonts w:ascii="Times New Roman" w:hAnsi="Times New Roman" w:cs="Times New Roman"/>
          <w:sz w:val="24"/>
          <w:szCs w:val="24"/>
        </w:rPr>
        <w:t>OFFICE</w:t>
      </w:r>
      <w:r w:rsidRPr="001F6332">
        <w:rPr>
          <w:rFonts w:ascii="Times New Roman" w:hAnsi="Times New Roman" w:cs="Times New Roman"/>
          <w:sz w:val="24"/>
          <w:szCs w:val="24"/>
        </w:rPr>
        <w:t xml:space="preserve"> PLANNING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14:paraId="759B9309" w14:textId="77777777" w:rsidR="0009121D"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lastRenderedPageBreak/>
        <w:t xml:space="preserve">3.4 </w:t>
      </w:r>
      <w:r w:rsidRPr="004C1C5B">
        <w:rPr>
          <w:rFonts w:ascii="Times New Roman" w:hAnsi="Times New Roman" w:cs="Times New Roman"/>
          <w:sz w:val="24"/>
          <w:szCs w:val="24"/>
        </w:rPr>
        <w:t>SELECTION OF THE EQUIPMENT AND SOFTWARE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18-19</w:t>
      </w:r>
    </w:p>
    <w:p w14:paraId="6C64AB7D" w14:textId="77777777" w:rsidR="0009121D" w:rsidRPr="001F6332" w:rsidRDefault="0009121D" w:rsidP="0009121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3.5 </w:t>
      </w:r>
      <w:r w:rsidRPr="004C1C5B">
        <w:rPr>
          <w:rFonts w:ascii="Times New Roman" w:hAnsi="Times New Roman" w:cs="Times New Roman"/>
          <w:sz w:val="24"/>
          <w:szCs w:val="24"/>
        </w:rPr>
        <w:t>BENCH MARKS ESTABLISHMENT, CAPPING AND LABEL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19-20</w:t>
      </w:r>
    </w:p>
    <w:p w14:paraId="6D13D7EA" w14:textId="77777777"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 xml:space="preserve">3.6 </w:t>
      </w:r>
      <w:r w:rsidRPr="004C1C5B">
        <w:rPr>
          <w:rFonts w:ascii="Times New Roman" w:hAnsi="Times New Roman" w:cs="Times New Roman"/>
          <w:sz w:val="24"/>
          <w:szCs w:val="24"/>
        </w:rPr>
        <w:t>INSTRUMENT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20-21</w:t>
      </w:r>
    </w:p>
    <w:p w14:paraId="2D4F0F70" w14:textId="77777777"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3.</w:t>
      </w:r>
      <w:r>
        <w:rPr>
          <w:rFonts w:ascii="Times New Roman" w:hAnsi="Times New Roman" w:cs="Times New Roman"/>
          <w:sz w:val="24"/>
          <w:szCs w:val="24"/>
        </w:rPr>
        <w:t>7</w:t>
      </w:r>
      <w:r w:rsidRPr="004C1C5B">
        <w:rPr>
          <w:rFonts w:ascii="Times New Roman" w:hAnsi="Times New Roman" w:cs="Times New Roman"/>
          <w:b/>
          <w:sz w:val="24"/>
          <w:szCs w:val="24"/>
        </w:rPr>
        <w:t xml:space="preserve"> </w:t>
      </w:r>
      <w:r w:rsidRPr="004C1C5B">
        <w:rPr>
          <w:rFonts w:ascii="Times New Roman" w:hAnsi="Times New Roman" w:cs="Times New Roman"/>
          <w:sz w:val="24"/>
          <w:szCs w:val="24"/>
        </w:rPr>
        <w:t>DATA ACQUISITION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21-26</w:t>
      </w:r>
    </w:p>
    <w:p w14:paraId="4D101706" w14:textId="77777777" w:rsidR="0009121D" w:rsidRPr="00436436" w:rsidRDefault="0009121D" w:rsidP="0009121D">
      <w:pPr>
        <w:pStyle w:val="NoSpacing"/>
        <w:spacing w:line="480" w:lineRule="auto"/>
        <w:rPr>
          <w:rFonts w:ascii="Times New Roman" w:hAnsi="Times New Roman" w:cs="Times New Roman"/>
          <w:b/>
          <w:sz w:val="24"/>
          <w:szCs w:val="24"/>
        </w:rPr>
      </w:pPr>
      <w:r w:rsidRPr="00436436">
        <w:rPr>
          <w:rFonts w:ascii="Times New Roman" w:hAnsi="Times New Roman" w:cs="Times New Roman"/>
          <w:b/>
          <w:sz w:val="24"/>
          <w:szCs w:val="24"/>
        </w:rPr>
        <w:t>CHAPTER FOUR</w:t>
      </w:r>
      <w:r>
        <w:rPr>
          <w:rFonts w:ascii="Times New Roman" w:hAnsi="Times New Roman" w:cs="Times New Roman"/>
          <w:b/>
          <w:sz w:val="24"/>
          <w:szCs w:val="24"/>
        </w:rPr>
        <w:t>:</w:t>
      </w:r>
    </w:p>
    <w:p w14:paraId="7D502B20" w14:textId="77777777"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 xml:space="preserve">4.0      DATA </w:t>
      </w:r>
      <w:r>
        <w:rPr>
          <w:rFonts w:ascii="Times New Roman" w:hAnsi="Times New Roman" w:cs="Times New Roman"/>
          <w:sz w:val="24"/>
          <w:szCs w:val="24"/>
        </w:rPr>
        <w:t xml:space="preserve">PROCESSING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14:paraId="079364B0" w14:textId="77777777" w:rsidR="0009121D" w:rsidRDefault="0009121D" w:rsidP="0009121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4.1      DATA DOWNLOADING AND EDITING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27-28</w:t>
      </w:r>
    </w:p>
    <w:p w14:paraId="3C8A635E" w14:textId="77777777" w:rsidR="0009121D" w:rsidRDefault="0009121D" w:rsidP="0009121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4.2      </w:t>
      </w:r>
      <w:r w:rsidRPr="00A63141">
        <w:rPr>
          <w:rFonts w:ascii="Times New Roman" w:hAnsi="Times New Roman" w:cs="Times New Roman"/>
          <w:sz w:val="24"/>
          <w:szCs w:val="24"/>
        </w:rPr>
        <w:t>DATA PROCESSING PROCEDURE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29-32</w:t>
      </w:r>
    </w:p>
    <w:p w14:paraId="2412E62A" w14:textId="77777777" w:rsidR="0009121D" w:rsidRDefault="0009121D" w:rsidP="0009121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4.3     </w:t>
      </w:r>
      <w:r w:rsidRPr="00A63141">
        <w:rPr>
          <w:rFonts w:ascii="Times New Roman" w:hAnsi="Times New Roman" w:cs="Times New Roman"/>
          <w:sz w:val="24"/>
          <w:szCs w:val="24"/>
        </w:rPr>
        <w:t>RESULT AND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32-33</w:t>
      </w:r>
    </w:p>
    <w:p w14:paraId="0414AB02" w14:textId="77777777" w:rsidR="0009121D" w:rsidRDefault="0009121D" w:rsidP="0009121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4.4     </w:t>
      </w:r>
      <w:r w:rsidRPr="00A63141">
        <w:rPr>
          <w:rFonts w:ascii="Times New Roman" w:hAnsi="Times New Roman" w:cs="Times New Roman"/>
          <w:sz w:val="24"/>
          <w:szCs w:val="24"/>
        </w:rPr>
        <w:t>LINEAR ACCURACY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33-34</w:t>
      </w:r>
    </w:p>
    <w:p w14:paraId="27F125B9" w14:textId="77777777" w:rsidR="0009121D" w:rsidRDefault="0009121D" w:rsidP="0009121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4.5     </w:t>
      </w:r>
      <w:r w:rsidRPr="00A63141">
        <w:rPr>
          <w:rFonts w:ascii="Times New Roman" w:hAnsi="Times New Roman" w:cs="Times New Roman"/>
          <w:sz w:val="24"/>
          <w:szCs w:val="24"/>
        </w:rPr>
        <w:t>HEIGHT ACCURACY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14:paraId="6940F44F" w14:textId="77777777" w:rsidR="0009121D" w:rsidRDefault="0009121D" w:rsidP="0009121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4.6    </w:t>
      </w:r>
      <w:r w:rsidRPr="00A63141">
        <w:rPr>
          <w:rFonts w:ascii="Times New Roman" w:hAnsi="Times New Roman" w:cs="Times New Roman"/>
          <w:b/>
          <w:sz w:val="24"/>
          <w:szCs w:val="24"/>
        </w:rPr>
        <w:t xml:space="preserve"> </w:t>
      </w:r>
      <w:r w:rsidRPr="00A63141">
        <w:rPr>
          <w:rFonts w:ascii="Times New Roman" w:hAnsi="Times New Roman" w:cs="Times New Roman"/>
          <w:sz w:val="24"/>
          <w:szCs w:val="24"/>
        </w:rPr>
        <w:t>PLAN PRODUCTION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35-39</w:t>
      </w:r>
    </w:p>
    <w:p w14:paraId="7BE96D30" w14:textId="77777777" w:rsidR="0009121D" w:rsidRPr="00A63141" w:rsidRDefault="0009121D" w:rsidP="0009121D">
      <w:pPr>
        <w:spacing w:after="0" w:line="480" w:lineRule="auto"/>
        <w:jc w:val="both"/>
        <w:rPr>
          <w:rFonts w:ascii="Times New Roman" w:hAnsi="Times New Roman" w:cs="Times New Roman"/>
          <w:b/>
          <w:sz w:val="24"/>
          <w:szCs w:val="24"/>
        </w:rPr>
      </w:pPr>
      <w:r w:rsidRPr="00A63141">
        <w:rPr>
          <w:rFonts w:ascii="Times New Roman" w:hAnsi="Times New Roman" w:cs="Times New Roman"/>
          <w:sz w:val="24"/>
          <w:szCs w:val="24"/>
        </w:rPr>
        <w:t>4.7     PROJECT COSTING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40-42</w:t>
      </w:r>
    </w:p>
    <w:p w14:paraId="450EB942" w14:textId="77777777" w:rsidR="0009121D" w:rsidRPr="001F6332" w:rsidRDefault="0009121D" w:rsidP="0009121D">
      <w:pPr>
        <w:pStyle w:val="NoSpacing"/>
        <w:spacing w:line="480" w:lineRule="auto"/>
        <w:rPr>
          <w:rFonts w:ascii="Times New Roman" w:hAnsi="Times New Roman" w:cs="Times New Roman"/>
          <w:sz w:val="24"/>
          <w:szCs w:val="24"/>
        </w:rPr>
      </w:pPr>
      <w:r w:rsidRPr="00D52C7E">
        <w:rPr>
          <w:rFonts w:ascii="Times New Roman" w:hAnsi="Times New Roman" w:cs="Times New Roman"/>
          <w:sz w:val="24"/>
          <w:szCs w:val="24"/>
        </w:rPr>
        <w:t xml:space="preserve">FIG 4.1 </w:t>
      </w:r>
      <w:r w:rsidRPr="001F6332">
        <w:rPr>
          <w:rFonts w:ascii="Times New Roman" w:hAnsi="Times New Roman" w:cs="Times New Roman"/>
          <w:sz w:val="24"/>
          <w:szCs w:val="24"/>
        </w:rPr>
        <w:t xml:space="preserve">SHOWING </w:t>
      </w:r>
      <w:r>
        <w:rPr>
          <w:rFonts w:ascii="Times New Roman" w:hAnsi="Times New Roman" w:cs="Times New Roman"/>
          <w:sz w:val="24"/>
          <w:szCs w:val="24"/>
        </w:rPr>
        <w:t>HORIZONTAL ALIGNMENT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14:paraId="60E5E554" w14:textId="77777777"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 xml:space="preserve">FIG 4.2 SHOWING </w:t>
      </w:r>
      <w:r>
        <w:rPr>
          <w:rFonts w:ascii="Times New Roman" w:hAnsi="Times New Roman" w:cs="Times New Roman"/>
          <w:sz w:val="24"/>
          <w:szCs w:val="24"/>
        </w:rPr>
        <w:t>VERTICAL ALIGNMENT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14:paraId="6E9BA4E0" w14:textId="77777777"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 xml:space="preserve">FIG 4.3 SHOWING </w:t>
      </w:r>
      <w:r>
        <w:rPr>
          <w:rFonts w:ascii="Times New Roman" w:hAnsi="Times New Roman" w:cs="Times New Roman"/>
          <w:sz w:val="24"/>
          <w:szCs w:val="24"/>
        </w:rPr>
        <w:t xml:space="preserve">CROSS SECTION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14:paraId="64110BA6" w14:textId="77777777" w:rsidR="0009121D" w:rsidRPr="00A63141" w:rsidRDefault="0009121D" w:rsidP="0009121D">
      <w:pPr>
        <w:spacing w:line="480" w:lineRule="auto"/>
        <w:jc w:val="both"/>
        <w:rPr>
          <w:rFonts w:ascii="Times New Roman" w:hAnsi="Times New Roman" w:cs="Times New Roman"/>
          <w:i/>
          <w:iCs/>
          <w:sz w:val="24"/>
          <w:szCs w:val="24"/>
        </w:rPr>
      </w:pPr>
      <w:r w:rsidRPr="001F6332">
        <w:rPr>
          <w:rFonts w:ascii="Times New Roman" w:hAnsi="Times New Roman" w:cs="Times New Roman"/>
          <w:sz w:val="24"/>
          <w:szCs w:val="24"/>
        </w:rPr>
        <w:t xml:space="preserve">FIG 4.4 </w:t>
      </w:r>
      <w:r w:rsidRPr="00A63141">
        <w:rPr>
          <w:rFonts w:ascii="Times New Roman" w:hAnsi="Times New Roman" w:cs="Times New Roman"/>
          <w:iCs/>
          <w:sz w:val="24"/>
          <w:szCs w:val="24"/>
        </w:rPr>
        <w:t>D</w:t>
      </w:r>
      <w:r>
        <w:rPr>
          <w:rFonts w:ascii="Times New Roman" w:hAnsi="Times New Roman" w:cs="Times New Roman"/>
          <w:iCs/>
          <w:sz w:val="24"/>
          <w:szCs w:val="24"/>
        </w:rPr>
        <w:t>IAGRAM</w:t>
      </w:r>
      <w:r w:rsidRPr="00A63141">
        <w:rPr>
          <w:rFonts w:ascii="Times New Roman" w:hAnsi="Times New Roman" w:cs="Times New Roman"/>
          <w:iCs/>
          <w:sz w:val="24"/>
          <w:szCs w:val="24"/>
        </w:rPr>
        <w:t xml:space="preserve"> </w:t>
      </w:r>
      <w:r>
        <w:rPr>
          <w:rFonts w:ascii="Times New Roman" w:hAnsi="Times New Roman" w:cs="Times New Roman"/>
          <w:iCs/>
          <w:sz w:val="24"/>
          <w:szCs w:val="24"/>
        </w:rPr>
        <w:t>SHOWING</w:t>
      </w:r>
      <w:r w:rsidRPr="00A63141">
        <w:rPr>
          <w:rFonts w:ascii="Times New Roman" w:hAnsi="Times New Roman" w:cs="Times New Roman"/>
          <w:iCs/>
          <w:sz w:val="24"/>
          <w:szCs w:val="24"/>
        </w:rPr>
        <w:t xml:space="preserve"> </w:t>
      </w:r>
      <w:r>
        <w:rPr>
          <w:rFonts w:ascii="Times New Roman" w:hAnsi="Times New Roman" w:cs="Times New Roman"/>
          <w:iCs/>
          <w:sz w:val="24"/>
          <w:szCs w:val="24"/>
        </w:rPr>
        <w:t>GENERATED</w:t>
      </w:r>
      <w:r w:rsidRPr="00A63141">
        <w:rPr>
          <w:rFonts w:ascii="Times New Roman" w:hAnsi="Times New Roman" w:cs="Times New Roman"/>
          <w:iCs/>
          <w:sz w:val="24"/>
          <w:szCs w:val="24"/>
        </w:rPr>
        <w:t xml:space="preserve"> </w:t>
      </w:r>
      <w:r>
        <w:rPr>
          <w:rFonts w:ascii="Times New Roman" w:hAnsi="Times New Roman" w:cs="Times New Roman"/>
          <w:iCs/>
          <w:sz w:val="24"/>
          <w:szCs w:val="24"/>
        </w:rPr>
        <w:t>VOLUME</w:t>
      </w:r>
      <w:r w:rsidRPr="00A63141">
        <w:rPr>
          <w:rFonts w:ascii="Times New Roman" w:hAnsi="Times New Roman" w:cs="Times New Roman"/>
          <w:iCs/>
          <w:sz w:val="24"/>
          <w:szCs w:val="24"/>
        </w:rPr>
        <w:t xml:space="preserve"> </w:t>
      </w:r>
      <w:r>
        <w:rPr>
          <w:rFonts w:ascii="Times New Roman" w:hAnsi="Times New Roman" w:cs="Times New Roman"/>
          <w:iCs/>
          <w:sz w:val="24"/>
          <w:szCs w:val="24"/>
        </w:rPr>
        <w:t>COMPUTATION</w:t>
      </w:r>
      <w:r>
        <w:rPr>
          <w:rFonts w:ascii="Times New Roman" w:hAnsi="Times New Roman" w:cs="Times New Roman"/>
          <w:iCs/>
          <w:sz w:val="24"/>
          <w:szCs w:val="24"/>
        </w:rPr>
        <w:tab/>
      </w:r>
      <w:r>
        <w:rPr>
          <w:rFonts w:ascii="Times New Roman" w:hAnsi="Times New Roman" w:cs="Times New Roman"/>
          <w:iCs/>
          <w:sz w:val="24"/>
          <w:szCs w:val="24"/>
        </w:rPr>
        <w:tab/>
        <w:t>39</w:t>
      </w:r>
    </w:p>
    <w:p w14:paraId="7CF8DD41" w14:textId="77777777" w:rsidR="0009121D" w:rsidRPr="00436436" w:rsidRDefault="0009121D" w:rsidP="0009121D">
      <w:pPr>
        <w:pStyle w:val="NoSpacing"/>
        <w:spacing w:line="480" w:lineRule="auto"/>
        <w:rPr>
          <w:rFonts w:ascii="Times New Roman" w:hAnsi="Times New Roman" w:cs="Times New Roman"/>
          <w:b/>
          <w:sz w:val="24"/>
          <w:szCs w:val="24"/>
        </w:rPr>
      </w:pPr>
      <w:r w:rsidRPr="00436436">
        <w:rPr>
          <w:rFonts w:ascii="Times New Roman" w:hAnsi="Times New Roman" w:cs="Times New Roman"/>
          <w:b/>
          <w:sz w:val="24"/>
          <w:szCs w:val="24"/>
        </w:rPr>
        <w:t>CHAPTER FIVE</w:t>
      </w:r>
      <w:r>
        <w:rPr>
          <w:rFonts w:ascii="Times New Roman" w:hAnsi="Times New Roman" w:cs="Times New Roman"/>
          <w:b/>
          <w:sz w:val="24"/>
          <w:szCs w:val="24"/>
        </w:rPr>
        <w:t>:</w:t>
      </w:r>
    </w:p>
    <w:p w14:paraId="724D13C7" w14:textId="77777777"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5.0    SUMMARY, PROBLEM ENCOUNTERED, RECOMMENDATION AND COCLUSION</w:t>
      </w:r>
      <w:r>
        <w:rPr>
          <w:rFonts w:ascii="Times New Roman" w:hAnsi="Times New Roman" w:cs="Times New Roman"/>
          <w:sz w:val="24"/>
          <w:szCs w:val="24"/>
        </w:rPr>
        <w:t xml:space="preserve"> </w:t>
      </w:r>
    </w:p>
    <w:p w14:paraId="11FC9B3A" w14:textId="77777777"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 xml:space="preserve">5.1    SUMMARY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14:paraId="22DBC322" w14:textId="77777777"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 xml:space="preserve">5.2    PROBLEM ENCOUNTERED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44</w:t>
      </w:r>
    </w:p>
    <w:p w14:paraId="63D9B8A1" w14:textId="77777777" w:rsidR="0009121D" w:rsidRPr="001F6332" w:rsidRDefault="0009121D" w:rsidP="0009121D">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5.3    RECOMMENDATION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45</w:t>
      </w:r>
    </w:p>
    <w:p w14:paraId="328CEB0E" w14:textId="77777777" w:rsidR="0009121D" w:rsidRPr="001F6332" w:rsidRDefault="0009121D" w:rsidP="0009121D">
      <w:pPr>
        <w:pStyle w:val="NoSpacing"/>
        <w:spacing w:line="360" w:lineRule="auto"/>
        <w:rPr>
          <w:rFonts w:ascii="Times New Roman" w:hAnsi="Times New Roman" w:cs="Times New Roman"/>
          <w:sz w:val="24"/>
          <w:szCs w:val="24"/>
        </w:rPr>
      </w:pPr>
      <w:r w:rsidRPr="001F6332">
        <w:rPr>
          <w:rFonts w:ascii="Times New Roman" w:hAnsi="Times New Roman" w:cs="Times New Roman"/>
          <w:sz w:val="24"/>
          <w:szCs w:val="24"/>
        </w:rPr>
        <w:t>5.4   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45</w:t>
      </w:r>
    </w:p>
    <w:p w14:paraId="63224782" w14:textId="77777777" w:rsidR="0009121D" w:rsidRPr="001F6332" w:rsidRDefault="0009121D" w:rsidP="0009121D">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5.5    REFRENCE</w:t>
      </w:r>
      <w:r w:rsidRPr="001F6332">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46</w:t>
      </w:r>
    </w:p>
    <w:p w14:paraId="351E34BF" w14:textId="77777777" w:rsidR="0009121D" w:rsidRPr="001F6332" w:rsidRDefault="0009121D" w:rsidP="0009121D">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5.6    </w:t>
      </w:r>
      <w:r w:rsidRPr="001F6332">
        <w:rPr>
          <w:rFonts w:ascii="Times New Roman" w:hAnsi="Times New Roman" w:cs="Times New Roman"/>
          <w:sz w:val="24"/>
          <w:szCs w:val="24"/>
        </w:rPr>
        <w:t xml:space="preserve">APPENDICES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47</w:t>
      </w:r>
    </w:p>
    <w:p w14:paraId="4872E406" w14:textId="77777777" w:rsidR="00C15EE8" w:rsidRDefault="00C15EE8" w:rsidP="00C15EE8">
      <w:pPr>
        <w:autoSpaceDE w:val="0"/>
        <w:autoSpaceDN w:val="0"/>
        <w:spacing w:after="0" w:line="480" w:lineRule="auto"/>
        <w:rPr>
          <w:rFonts w:ascii="Times New Roman" w:eastAsia="Times New Roman" w:hAnsi="Times New Roman" w:cs="Times New Roman"/>
          <w:bCs/>
          <w:sz w:val="24"/>
          <w:szCs w:val="24"/>
        </w:rPr>
      </w:pPr>
    </w:p>
    <w:p w14:paraId="7AA2894D" w14:textId="77777777" w:rsidR="00C15EE8" w:rsidRDefault="00C15EE8" w:rsidP="00C15EE8">
      <w:pPr>
        <w:autoSpaceDE w:val="0"/>
        <w:autoSpaceDN w:val="0"/>
        <w:spacing w:after="0" w:line="480" w:lineRule="auto"/>
        <w:rPr>
          <w:rFonts w:ascii="Times New Roman" w:eastAsia="Times New Roman" w:hAnsi="Times New Roman" w:cs="Times New Roman"/>
          <w:bCs/>
          <w:sz w:val="24"/>
          <w:szCs w:val="24"/>
        </w:rPr>
      </w:pPr>
    </w:p>
    <w:p w14:paraId="2478EDCF" w14:textId="77777777" w:rsidR="00C15EE8" w:rsidRDefault="00C15EE8" w:rsidP="00C15EE8">
      <w:pPr>
        <w:autoSpaceDE w:val="0"/>
        <w:autoSpaceDN w:val="0"/>
        <w:spacing w:after="0" w:line="480" w:lineRule="auto"/>
        <w:rPr>
          <w:rFonts w:ascii="Times New Roman" w:eastAsia="Times New Roman" w:hAnsi="Times New Roman" w:cs="Times New Roman"/>
          <w:bCs/>
          <w:sz w:val="24"/>
          <w:szCs w:val="24"/>
        </w:rPr>
      </w:pPr>
    </w:p>
    <w:p w14:paraId="02BAC90E" w14:textId="77777777" w:rsidR="0009121D" w:rsidRDefault="0009121D" w:rsidP="00C15EE8">
      <w:pPr>
        <w:autoSpaceDE w:val="0"/>
        <w:autoSpaceDN w:val="0"/>
        <w:spacing w:after="0" w:line="480" w:lineRule="auto"/>
        <w:rPr>
          <w:rFonts w:ascii="Times New Roman" w:eastAsia="Times New Roman" w:hAnsi="Times New Roman" w:cs="Times New Roman"/>
          <w:bCs/>
          <w:sz w:val="24"/>
          <w:szCs w:val="24"/>
        </w:rPr>
      </w:pPr>
    </w:p>
    <w:p w14:paraId="75062E65" w14:textId="2DB4DA81" w:rsidR="00FC175B" w:rsidRPr="0081455A" w:rsidRDefault="0081455A" w:rsidP="00C15EE8">
      <w:pPr>
        <w:autoSpaceDE w:val="0"/>
        <w:autoSpaceDN w:val="0"/>
        <w:spacing w:after="0" w:line="480" w:lineRule="auto"/>
        <w:jc w:val="center"/>
        <w:rPr>
          <w:rFonts w:ascii="Times New Roman" w:hAnsi="Times New Roman" w:cs="Times New Roman"/>
          <w:sz w:val="24"/>
          <w:szCs w:val="24"/>
        </w:rPr>
      </w:pPr>
      <w:r w:rsidRPr="0081455A">
        <w:rPr>
          <w:rFonts w:ascii="Times New Roman" w:eastAsia="TimesNewRomanPS" w:hAnsi="Times New Roman" w:cs="Times New Roman"/>
          <w:b/>
          <w:color w:val="000000"/>
          <w:spacing w:val="-10"/>
          <w:sz w:val="24"/>
          <w:szCs w:val="24"/>
        </w:rPr>
        <w:t>CHAPTER ONE</w:t>
      </w:r>
    </w:p>
    <w:p w14:paraId="092EC99D" w14:textId="77777777" w:rsidR="00FC175B" w:rsidRPr="0081455A" w:rsidRDefault="0081455A" w:rsidP="0081455A">
      <w:pPr>
        <w:tabs>
          <w:tab w:val="left" w:pos="720"/>
        </w:tabs>
        <w:autoSpaceDE w:val="0"/>
        <w:autoSpaceDN w:val="0"/>
        <w:spacing w:before="440" w:after="0" w:line="480" w:lineRule="auto"/>
        <w:rPr>
          <w:rFonts w:ascii="Times New Roman" w:hAnsi="Times New Roman" w:cs="Times New Roman"/>
          <w:sz w:val="24"/>
          <w:szCs w:val="24"/>
        </w:rPr>
      </w:pPr>
      <w:r w:rsidRPr="0081455A">
        <w:rPr>
          <w:rFonts w:ascii="Times New Roman" w:eastAsia="TimesNewRomanPS" w:hAnsi="Times New Roman" w:cs="Times New Roman"/>
          <w:b/>
          <w:color w:val="000000"/>
          <w:spacing w:val="-10"/>
          <w:sz w:val="24"/>
          <w:szCs w:val="24"/>
        </w:rPr>
        <w:t xml:space="preserve">1.0 </w:t>
      </w:r>
      <w:r w:rsidRPr="0081455A">
        <w:rPr>
          <w:rFonts w:ascii="Times New Roman" w:hAnsi="Times New Roman" w:cs="Times New Roman"/>
          <w:sz w:val="24"/>
          <w:szCs w:val="24"/>
        </w:rPr>
        <w:tab/>
      </w:r>
      <w:r w:rsidRPr="0081455A">
        <w:rPr>
          <w:rFonts w:ascii="Times New Roman" w:eastAsia="TimesNewRomanPS" w:hAnsi="Times New Roman" w:cs="Times New Roman"/>
          <w:b/>
          <w:color w:val="000000"/>
          <w:spacing w:val="-10"/>
          <w:sz w:val="24"/>
          <w:szCs w:val="24"/>
        </w:rPr>
        <w:t xml:space="preserve">INTRODUCTION </w:t>
      </w:r>
    </w:p>
    <w:p w14:paraId="0D7F67DA" w14:textId="77777777" w:rsidR="00FC175B" w:rsidRPr="0081455A" w:rsidRDefault="0081455A" w:rsidP="0081455A">
      <w:pPr>
        <w:autoSpaceDE w:val="0"/>
        <w:autoSpaceDN w:val="0"/>
        <w:spacing w:before="148" w:after="0" w:line="480" w:lineRule="auto"/>
        <w:ind w:right="20" w:firstLine="720"/>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 xml:space="preserve">A road was defined as a constructed pathway that facilitates the movement of vehicles, pedestrians, and goods from one location to another. Roads can vary in type, including highways, local streets, and rural paths, and are integral to transportation networks, connecting communities and supporting economic activities (Anderson &amp; Patel, 2024). It played a crucial role in modern infrastructure, serving as the backbone of transportation systems across the globe. They enable the efficient movement of people and goods, significantly impacting economic development and social connectivity. The design, construction, and maintenance of roads involve careful planning and engineering to ensure safety, durability, and accessibility. </w:t>
      </w:r>
    </w:p>
    <w:p w14:paraId="6BBFE099" w14:textId="77777777" w:rsidR="00FC175B" w:rsidRPr="0081455A" w:rsidRDefault="0081455A" w:rsidP="0081455A">
      <w:pPr>
        <w:autoSpaceDE w:val="0"/>
        <w:autoSpaceDN w:val="0"/>
        <w:spacing w:before="278" w:after="0" w:line="480" w:lineRule="auto"/>
        <w:ind w:right="20" w:firstLine="720"/>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 xml:space="preserve">Recent advancements in road engineering have focused on sustainability and smart infrastructure. Innovations such as smart traffic management systems and eco-friendly materials are increasingly being integrated into road design to enhance functionality while minimizing environmental impact (Hernandez &amp; Lee, 2024). As urbanization continues to rise, the need for effective road networks that accommodate growing populations and vehicle traffic has never been more critical. Roads have been a fundamental part of human civilization for thousands of years, playing a crucial role in transportation, commerce, and social interaction. The evolution of roads can be traced back to ancient times, with various civilizations making significant contributions. The earliest known roads were built by the ancient Mesopotamians around 4000 BCE. These primitive roads, made of packed earth and stones, connected different cities and helped facilitate trade (Smith, 2020). The 20th century marked a period of rapid road development due to the proliferation of automobiles and the need for extensive transportation networks. The creation of the Federal Highway Administration (FHWA) in the United States in 1921 paved the way for the construction of the interstate highway system, which greatly expanded the road infrastructure across the country (Federal Highway Administration, 2020). It continued to evolve with the advancements in engineering, materials, and technology. Modern roads incorporate features such as multiple lanes, traffic signs, lighting, and advanced pavement </w:t>
      </w:r>
    </w:p>
    <w:p w14:paraId="3F27F29D" w14:textId="55CBD0E3" w:rsidR="00FC175B" w:rsidRPr="0081455A" w:rsidRDefault="00370D61" w:rsidP="0081455A">
      <w:pPr>
        <w:autoSpaceDE w:val="0"/>
        <w:autoSpaceDN w:val="0"/>
        <w:spacing w:after="0" w:line="480" w:lineRule="auto"/>
        <w:ind w:right="20"/>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lastRenderedPageBreak/>
        <w:t>Materials</w:t>
      </w:r>
      <w:r w:rsidR="0081455A" w:rsidRPr="0081455A">
        <w:rPr>
          <w:rFonts w:ascii="Times New Roman" w:eastAsia="TimesNewRomanPSMT" w:hAnsi="Times New Roman" w:cs="Times New Roman"/>
          <w:color w:val="000000"/>
          <w:spacing w:val="-10"/>
          <w:sz w:val="24"/>
          <w:szCs w:val="24"/>
        </w:rPr>
        <w:t xml:space="preserve"> to ensure safety and efficiency in transportation. Additionally, the development of smart roads and intelligent transportation systems holds the potential to revolutionize road networks, enhancing traffic management and reducing congestion (Chen </w:t>
      </w:r>
      <w:r w:rsidR="0081455A" w:rsidRPr="0081455A">
        <w:rPr>
          <w:rFonts w:ascii="Times New Roman" w:eastAsia="TimesNewRomanPS" w:hAnsi="Times New Roman" w:cs="Times New Roman"/>
          <w:i/>
          <w:color w:val="000000"/>
          <w:spacing w:val="-10"/>
          <w:sz w:val="24"/>
          <w:szCs w:val="24"/>
        </w:rPr>
        <w:t>et al.,</w:t>
      </w:r>
      <w:r w:rsidR="0081455A" w:rsidRPr="0081455A">
        <w:rPr>
          <w:rFonts w:ascii="Times New Roman" w:eastAsia="TimesNewRomanPSMT" w:hAnsi="Times New Roman" w:cs="Times New Roman"/>
          <w:color w:val="000000"/>
          <w:spacing w:val="-10"/>
          <w:sz w:val="24"/>
          <w:szCs w:val="24"/>
        </w:rPr>
        <w:t xml:space="preserve"> 2022). Route surveying was a critical component in the planning and execution of engineering projects, especially in transportation and infrastructure development. It involves the collection of data necessary to design roadways, railways, and other linear infrastructure. Recent advancements in technology, particularly in GIS and remote sensing, have transformed traditional methods of route surveying. Recent studies highlight the integration of drones and LiDAR technology in route surveying. For instance, Smith et al. (2023) demonstrated that drone-assisted surveys can significantly reduce fieldwork time and increase data accuracy, particularly in complex terrains (Smith &amp; Lee, 2023). </w:t>
      </w:r>
    </w:p>
    <w:p w14:paraId="7A9334C4" w14:textId="77777777" w:rsidR="00FC175B" w:rsidRPr="0081455A" w:rsidRDefault="0081455A" w:rsidP="0081455A">
      <w:pPr>
        <w:autoSpaceDE w:val="0"/>
        <w:autoSpaceDN w:val="0"/>
        <w:spacing w:before="282" w:after="0" w:line="480" w:lineRule="auto"/>
        <w:ind w:right="20" w:firstLine="720"/>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 xml:space="preserve">Route surveying was a specialized branch of surveying focused on the assessment and analysis of land for the development of linear infrastructure, such as roads, railways, and pipelines. It encompasses the collection of topographical data, evaluation of geological conditions, and alignment design to ensure safe and efficient transportation systems. It is also defined as the process of measuring and mapping the land along a proposed route to provide essential data for design, construction, and maintenance of transportation facilities (Johnson &amp; Lee, 2023). This process involves the use of advanced technologies such as GPS, GIS, and drone surveying to enhance precision and reduce project timelines. </w:t>
      </w:r>
    </w:p>
    <w:p w14:paraId="7C5C4B32" w14:textId="77777777" w:rsidR="00FC175B" w:rsidRPr="0081455A" w:rsidRDefault="0081455A" w:rsidP="0081455A">
      <w:pPr>
        <w:autoSpaceDE w:val="0"/>
        <w:autoSpaceDN w:val="0"/>
        <w:spacing w:before="280" w:after="0" w:line="480" w:lineRule="auto"/>
        <w:ind w:right="20" w:firstLine="720"/>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 xml:space="preserve">There are different types of roads which range from earth road, surface dressed road, concrete paved way, single lane carriageway, dual lane carriageway and multi-lane freeway which depends mostly on the purpose of the road or the traffic congestion on any particular road. </w:t>
      </w:r>
    </w:p>
    <w:p w14:paraId="7BBDB113" w14:textId="77777777" w:rsidR="00FC175B" w:rsidRPr="0081455A" w:rsidRDefault="0081455A" w:rsidP="0081455A">
      <w:pPr>
        <w:autoSpaceDE w:val="0"/>
        <w:autoSpaceDN w:val="0"/>
        <w:spacing w:before="252" w:after="0" w:line="480" w:lineRule="auto"/>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 xml:space="preserve">Road in Nigeria can be classified into three major groups namely: </w:t>
      </w:r>
    </w:p>
    <w:p w14:paraId="373F261B" w14:textId="0423959E" w:rsidR="00FC175B" w:rsidRPr="0081455A" w:rsidRDefault="0081455A" w:rsidP="00585E09">
      <w:pPr>
        <w:pStyle w:val="ListParagraph"/>
        <w:numPr>
          <w:ilvl w:val="0"/>
          <w:numId w:val="7"/>
        </w:numPr>
        <w:tabs>
          <w:tab w:val="left" w:pos="720"/>
        </w:tabs>
        <w:autoSpaceDE w:val="0"/>
        <w:autoSpaceDN w:val="0"/>
        <w:spacing w:before="162" w:after="0" w:line="480" w:lineRule="auto"/>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 xml:space="preserve">Federal Roads (Trunk A): These were roads under the jurisdiction of the Federal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Government of Nigeria. They were major transportation routes that span across states and regions of the country. The Federal Ministry of Works and Housing is responsible for the construction and maintenance of federal roads (Federal Ministry of Works and Housing, 2021). </w:t>
      </w:r>
    </w:p>
    <w:p w14:paraId="0CA5AB8F" w14:textId="5C61B501" w:rsidR="00FC175B" w:rsidRPr="0081455A" w:rsidRDefault="0081455A" w:rsidP="00585E09">
      <w:pPr>
        <w:pStyle w:val="ListParagraph"/>
        <w:numPr>
          <w:ilvl w:val="0"/>
          <w:numId w:val="7"/>
        </w:numPr>
        <w:tabs>
          <w:tab w:val="left" w:pos="720"/>
        </w:tabs>
        <w:autoSpaceDE w:val="0"/>
        <w:autoSpaceDN w:val="0"/>
        <w:spacing w:before="2" w:after="0" w:line="480" w:lineRule="auto"/>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State Roads (Trunk B): State roads were managed and mai</w:t>
      </w:r>
      <w:r w:rsidR="00463FF1" w:rsidRPr="0081455A">
        <w:rPr>
          <w:rFonts w:ascii="Times New Roman" w:eastAsia="TimesNewRomanPSMT" w:hAnsi="Times New Roman" w:cs="Times New Roman"/>
          <w:color w:val="000000"/>
          <w:spacing w:val="-10"/>
          <w:sz w:val="24"/>
          <w:szCs w:val="24"/>
        </w:rPr>
        <w:t xml:space="preserve">ntained by the respective state </w:t>
      </w:r>
      <w:r w:rsidRPr="0081455A">
        <w:rPr>
          <w:rFonts w:ascii="Times New Roman" w:eastAsia="TimesNewRomanPSMT" w:hAnsi="Times New Roman" w:cs="Times New Roman"/>
          <w:color w:val="000000"/>
          <w:spacing w:val="-10"/>
          <w:sz w:val="24"/>
          <w:szCs w:val="24"/>
        </w:rPr>
        <w:t xml:space="preserve">governments in Nigeria. They connect cities, towns, and regions within the same state, </w:t>
      </w:r>
    </w:p>
    <w:p w14:paraId="5AB57C04" w14:textId="77777777" w:rsidR="00FC175B" w:rsidRPr="0081455A" w:rsidRDefault="00FC175B" w:rsidP="0081455A">
      <w:pPr>
        <w:spacing w:line="480" w:lineRule="auto"/>
        <w:rPr>
          <w:rFonts w:ascii="Times New Roman" w:hAnsi="Times New Roman" w:cs="Times New Roman"/>
          <w:sz w:val="24"/>
          <w:szCs w:val="24"/>
        </w:rPr>
        <w:sectPr w:rsidR="00FC175B" w:rsidRPr="0081455A">
          <w:pgSz w:w="12240" w:h="15840"/>
          <w:pgMar w:top="572" w:right="1358" w:bottom="100" w:left="1440" w:header="720" w:footer="720" w:gutter="0"/>
          <w:cols w:space="720"/>
          <w:docGrid w:linePitch="360"/>
        </w:sectPr>
      </w:pPr>
    </w:p>
    <w:p w14:paraId="7860F3DC" w14:textId="17364AC0" w:rsidR="00FC175B" w:rsidRPr="0081455A" w:rsidRDefault="00463FF1" w:rsidP="0081455A">
      <w:pPr>
        <w:autoSpaceDE w:val="0"/>
        <w:autoSpaceDN w:val="0"/>
        <w:spacing w:after="0" w:line="480" w:lineRule="auto"/>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lastRenderedPageBreak/>
        <w:t>Serving</w:t>
      </w:r>
      <w:r w:rsidR="0081455A" w:rsidRPr="0081455A">
        <w:rPr>
          <w:rFonts w:ascii="Times New Roman" w:eastAsia="TimesNewRomanPSMT" w:hAnsi="Times New Roman" w:cs="Times New Roman"/>
          <w:color w:val="000000"/>
          <w:spacing w:val="-10"/>
          <w:sz w:val="24"/>
          <w:szCs w:val="24"/>
        </w:rPr>
        <w:t xml:space="preserve"> as important transportation links. The construction and maintenance of state roads are carried out by the state Ministry of Works or relevant agencies. </w:t>
      </w:r>
    </w:p>
    <w:p w14:paraId="1E5781BB" w14:textId="77777777" w:rsidR="00463FF1" w:rsidRPr="0081455A" w:rsidRDefault="0081455A" w:rsidP="0081455A">
      <w:pPr>
        <w:tabs>
          <w:tab w:val="left" w:pos="720"/>
        </w:tabs>
        <w:autoSpaceDE w:val="0"/>
        <w:autoSpaceDN w:val="0"/>
        <w:spacing w:after="0" w:line="480" w:lineRule="auto"/>
        <w:ind w:left="102"/>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 xml:space="preserve">iii.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Local Government Roads (Trunk C): Local government roads lies under the jurisdiction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of local government authorities in Nigeria. These roads provide access to rural areas,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connecting villages and communities. The responsibility for the maintenance and improvement of local government roads lies with the local government councils. </w:t>
      </w:r>
    </w:p>
    <w:p w14:paraId="502FF5F3" w14:textId="77777777" w:rsidR="00463FF1" w:rsidRPr="0081455A" w:rsidRDefault="00463FF1" w:rsidP="0081455A">
      <w:pPr>
        <w:tabs>
          <w:tab w:val="left" w:pos="720"/>
        </w:tabs>
        <w:autoSpaceDE w:val="0"/>
        <w:autoSpaceDN w:val="0"/>
        <w:spacing w:after="0" w:line="480" w:lineRule="auto"/>
        <w:ind w:left="102"/>
        <w:rPr>
          <w:rFonts w:ascii="Times New Roman" w:hAnsi="Times New Roman" w:cs="Times New Roman"/>
          <w:sz w:val="24"/>
          <w:szCs w:val="24"/>
        </w:rPr>
      </w:pPr>
      <w:r w:rsidRPr="0081455A">
        <w:rPr>
          <w:rFonts w:ascii="Times New Roman" w:eastAsia="TimesNewRomanPS" w:hAnsi="Times New Roman" w:cs="Times New Roman"/>
          <w:b/>
          <w:color w:val="000000"/>
          <w:spacing w:val="-10"/>
          <w:sz w:val="24"/>
          <w:szCs w:val="24"/>
        </w:rPr>
        <w:t>1.1</w:t>
      </w:r>
      <w:r w:rsidR="0081455A" w:rsidRPr="0081455A">
        <w:rPr>
          <w:rFonts w:ascii="Times New Roman" w:eastAsia="TimesNewRomanPS" w:hAnsi="Times New Roman" w:cs="Times New Roman"/>
          <w:b/>
          <w:color w:val="000000"/>
          <w:spacing w:val="-10"/>
          <w:sz w:val="24"/>
          <w:szCs w:val="24"/>
        </w:rPr>
        <w:t xml:space="preserve"> </w:t>
      </w:r>
      <w:r w:rsidR="0081455A" w:rsidRPr="0081455A">
        <w:rPr>
          <w:rFonts w:ascii="Times New Roman" w:hAnsi="Times New Roman" w:cs="Times New Roman"/>
          <w:sz w:val="24"/>
          <w:szCs w:val="24"/>
        </w:rPr>
        <w:tab/>
      </w:r>
      <w:r w:rsidR="0081455A" w:rsidRPr="0081455A">
        <w:rPr>
          <w:rFonts w:ascii="Times New Roman" w:eastAsia="TimesNewRomanPS" w:hAnsi="Times New Roman" w:cs="Times New Roman"/>
          <w:b/>
          <w:color w:val="000000"/>
          <w:spacing w:val="-10"/>
          <w:sz w:val="24"/>
          <w:szCs w:val="24"/>
        </w:rPr>
        <w:t xml:space="preserve">STATEMENT OF PROBLEM </w:t>
      </w:r>
      <w:r w:rsidR="0081455A" w:rsidRPr="0081455A">
        <w:rPr>
          <w:rFonts w:ascii="Times New Roman" w:hAnsi="Times New Roman" w:cs="Times New Roman"/>
          <w:sz w:val="24"/>
          <w:szCs w:val="24"/>
        </w:rPr>
        <w:br/>
      </w:r>
      <w:r w:rsidR="0081455A" w:rsidRPr="0081455A">
        <w:rPr>
          <w:rFonts w:ascii="Times New Roman" w:hAnsi="Times New Roman" w:cs="Times New Roman"/>
          <w:sz w:val="24"/>
          <w:szCs w:val="24"/>
        </w:rPr>
        <w:tab/>
      </w:r>
      <w:r w:rsidR="0081455A" w:rsidRPr="0081455A">
        <w:rPr>
          <w:rFonts w:ascii="Times New Roman" w:eastAsia="TimesNewRomanPSMT" w:hAnsi="Times New Roman" w:cs="Times New Roman"/>
          <w:color w:val="000000"/>
          <w:spacing w:val="-10"/>
          <w:sz w:val="24"/>
          <w:szCs w:val="24"/>
        </w:rPr>
        <w:t xml:space="preserve">It has been noted that roads were consistently eroded and washed away, primarily because of structural design deficiencies. It was discovered that part of the route from </w:t>
      </w:r>
      <w:proofErr w:type="spellStart"/>
      <w:r w:rsidRPr="0081455A">
        <w:rPr>
          <w:rFonts w:ascii="Times New Roman" w:eastAsia="TimesNewRomanPSMT" w:hAnsi="Times New Roman" w:cs="Times New Roman"/>
          <w:color w:val="000000"/>
          <w:spacing w:val="-10"/>
          <w:sz w:val="24"/>
          <w:szCs w:val="24"/>
        </w:rPr>
        <w:t>Micheal</w:t>
      </w:r>
      <w:proofErr w:type="spellEnd"/>
      <w:r w:rsidRPr="0081455A">
        <w:rPr>
          <w:rFonts w:ascii="Times New Roman" w:eastAsia="TimesNewRomanPSMT" w:hAnsi="Times New Roman" w:cs="Times New Roman"/>
          <w:color w:val="000000"/>
          <w:spacing w:val="-10"/>
          <w:sz w:val="24"/>
          <w:szCs w:val="24"/>
        </w:rPr>
        <w:t xml:space="preserve"> </w:t>
      </w:r>
      <w:proofErr w:type="spellStart"/>
      <w:r w:rsidRPr="0081455A">
        <w:rPr>
          <w:rFonts w:ascii="Times New Roman" w:eastAsia="TimesNewRomanPSMT" w:hAnsi="Times New Roman" w:cs="Times New Roman"/>
          <w:color w:val="000000"/>
          <w:spacing w:val="-10"/>
          <w:sz w:val="24"/>
          <w:szCs w:val="24"/>
        </w:rPr>
        <w:t>imodu</w:t>
      </w:r>
      <w:proofErr w:type="spellEnd"/>
      <w:r w:rsidR="00106703" w:rsidRPr="0081455A">
        <w:rPr>
          <w:rFonts w:ascii="Times New Roman" w:eastAsia="TimesNewRomanPSMT" w:hAnsi="Times New Roman" w:cs="Times New Roman"/>
          <w:color w:val="000000"/>
          <w:spacing w:val="-10"/>
          <w:sz w:val="24"/>
          <w:szCs w:val="24"/>
        </w:rPr>
        <w:t xml:space="preserve"> </w:t>
      </w:r>
      <w:r w:rsidRPr="0081455A">
        <w:rPr>
          <w:rFonts w:ascii="Times New Roman" w:eastAsia="TimesNewRomanPSMT" w:hAnsi="Times New Roman" w:cs="Times New Roman"/>
          <w:color w:val="000000"/>
          <w:spacing w:val="-10"/>
          <w:sz w:val="24"/>
          <w:szCs w:val="24"/>
        </w:rPr>
        <w:t>area</w:t>
      </w:r>
      <w:r w:rsidR="00106703" w:rsidRPr="0081455A">
        <w:rPr>
          <w:rFonts w:ascii="Times New Roman" w:eastAsia="TimesNewRomanPSMT" w:hAnsi="Times New Roman" w:cs="Times New Roman"/>
          <w:color w:val="000000"/>
          <w:spacing w:val="-10"/>
          <w:sz w:val="24"/>
          <w:szCs w:val="24"/>
        </w:rPr>
        <w:t xml:space="preserve"> to </w:t>
      </w:r>
      <w:proofErr w:type="spellStart"/>
      <w:r w:rsidR="00106703" w:rsidRPr="0081455A">
        <w:rPr>
          <w:rFonts w:ascii="Times New Roman" w:eastAsia="TimesNewRomanPSMT" w:hAnsi="Times New Roman" w:cs="Times New Roman"/>
          <w:color w:val="000000"/>
          <w:spacing w:val="-10"/>
          <w:sz w:val="24"/>
          <w:szCs w:val="24"/>
        </w:rPr>
        <w:t>osh</w:t>
      </w:r>
      <w:r w:rsidRPr="0081455A">
        <w:rPr>
          <w:rFonts w:ascii="Times New Roman" w:eastAsia="TimesNewRomanPSMT" w:hAnsi="Times New Roman" w:cs="Times New Roman"/>
          <w:color w:val="000000"/>
          <w:spacing w:val="-10"/>
          <w:sz w:val="24"/>
          <w:szCs w:val="24"/>
        </w:rPr>
        <w:t>in</w:t>
      </w:r>
      <w:proofErr w:type="spellEnd"/>
      <w:r w:rsidRPr="0081455A">
        <w:rPr>
          <w:rFonts w:ascii="Times New Roman" w:eastAsia="TimesNewRomanPSMT" w:hAnsi="Times New Roman" w:cs="Times New Roman"/>
          <w:color w:val="000000"/>
          <w:spacing w:val="-10"/>
          <w:sz w:val="24"/>
          <w:szCs w:val="24"/>
        </w:rPr>
        <w:t xml:space="preserve"> </w:t>
      </w:r>
      <w:proofErr w:type="spellStart"/>
      <w:r w:rsidRPr="0081455A">
        <w:rPr>
          <w:rFonts w:ascii="Times New Roman" w:eastAsia="TimesNewRomanPSMT" w:hAnsi="Times New Roman" w:cs="Times New Roman"/>
          <w:color w:val="000000"/>
          <w:spacing w:val="-10"/>
          <w:sz w:val="24"/>
          <w:szCs w:val="24"/>
        </w:rPr>
        <w:t>olatunji</w:t>
      </w:r>
      <w:proofErr w:type="spellEnd"/>
      <w:r w:rsidRPr="0081455A">
        <w:rPr>
          <w:rFonts w:ascii="Times New Roman" w:eastAsia="TimesNewRomanPSMT" w:hAnsi="Times New Roman" w:cs="Times New Roman"/>
          <w:color w:val="000000"/>
          <w:spacing w:val="-10"/>
          <w:sz w:val="24"/>
          <w:szCs w:val="24"/>
        </w:rPr>
        <w:t xml:space="preserve"> area, Moro Local Government area </w:t>
      </w:r>
      <w:proofErr w:type="spellStart"/>
      <w:r w:rsidRPr="0081455A">
        <w:rPr>
          <w:rFonts w:ascii="Times New Roman" w:eastAsia="TimesNewRomanPSMT" w:hAnsi="Times New Roman" w:cs="Times New Roman"/>
          <w:color w:val="000000"/>
          <w:spacing w:val="-10"/>
          <w:sz w:val="24"/>
          <w:szCs w:val="24"/>
        </w:rPr>
        <w:t>Kwara</w:t>
      </w:r>
      <w:proofErr w:type="spellEnd"/>
      <w:r w:rsidRPr="0081455A">
        <w:rPr>
          <w:rFonts w:ascii="Times New Roman" w:eastAsia="TimesNewRomanPSMT" w:hAnsi="Times New Roman" w:cs="Times New Roman"/>
          <w:color w:val="000000"/>
          <w:spacing w:val="-10"/>
          <w:sz w:val="24"/>
          <w:szCs w:val="24"/>
        </w:rPr>
        <w:t xml:space="preserve"> S</w:t>
      </w:r>
      <w:r w:rsidR="00FE3159" w:rsidRPr="0081455A">
        <w:rPr>
          <w:rFonts w:ascii="Times New Roman" w:eastAsia="TimesNewRomanPSMT" w:hAnsi="Times New Roman" w:cs="Times New Roman"/>
          <w:color w:val="000000"/>
          <w:spacing w:val="-10"/>
          <w:sz w:val="24"/>
          <w:szCs w:val="24"/>
        </w:rPr>
        <w:t>tate</w:t>
      </w:r>
      <w:r w:rsidR="0081455A" w:rsidRPr="0081455A">
        <w:rPr>
          <w:rFonts w:ascii="Times New Roman" w:eastAsia="TimesNewRomanPSMT" w:hAnsi="Times New Roman" w:cs="Times New Roman"/>
          <w:color w:val="000000"/>
          <w:spacing w:val="-10"/>
          <w:sz w:val="24"/>
          <w:szCs w:val="24"/>
        </w:rPr>
        <w:t xml:space="preserve"> lacks the basic road profile information which could </w:t>
      </w:r>
      <w:r w:rsidRPr="0081455A">
        <w:rPr>
          <w:rFonts w:ascii="Times New Roman" w:eastAsia="TimesNewRomanPSMT" w:hAnsi="Times New Roman" w:cs="Times New Roman"/>
          <w:color w:val="000000"/>
          <w:spacing w:val="-10"/>
          <w:sz w:val="24"/>
          <w:szCs w:val="24"/>
        </w:rPr>
        <w:t>serve</w:t>
      </w:r>
      <w:r w:rsidR="0081455A" w:rsidRPr="0081455A">
        <w:rPr>
          <w:rFonts w:ascii="Times New Roman" w:eastAsia="TimesNewRomanPSMT" w:hAnsi="Times New Roman" w:cs="Times New Roman"/>
          <w:color w:val="000000"/>
          <w:spacing w:val="-10"/>
          <w:sz w:val="24"/>
          <w:szCs w:val="24"/>
        </w:rPr>
        <w:t xml:space="preserve"> as baseline information for physical development along the route. Therefore, these challenges necessitates the need to carry out this particular </w:t>
      </w:r>
      <w:proofErr w:type="spellStart"/>
      <w:r w:rsidR="00FE3159" w:rsidRPr="0081455A">
        <w:rPr>
          <w:rFonts w:ascii="Times New Roman" w:eastAsia="TimesNewRomanPSMT" w:hAnsi="Times New Roman" w:cs="Times New Roman"/>
          <w:color w:val="000000"/>
          <w:spacing w:val="-10"/>
          <w:sz w:val="24"/>
          <w:szCs w:val="24"/>
        </w:rPr>
        <w:t>o</w:t>
      </w:r>
      <w:r w:rsidR="0081455A" w:rsidRPr="0081455A">
        <w:rPr>
          <w:rFonts w:ascii="Times New Roman" w:eastAsia="TimesNewRomanPSMT" w:hAnsi="Times New Roman" w:cs="Times New Roman"/>
          <w:color w:val="000000"/>
          <w:spacing w:val="-10"/>
          <w:sz w:val="24"/>
          <w:szCs w:val="24"/>
        </w:rPr>
        <w:t>ect</w:t>
      </w:r>
      <w:proofErr w:type="spellEnd"/>
      <w:r w:rsidR="0081455A" w:rsidRPr="0081455A">
        <w:rPr>
          <w:rFonts w:ascii="Times New Roman" w:eastAsia="TimesNewRomanPSMT" w:hAnsi="Times New Roman" w:cs="Times New Roman"/>
          <w:color w:val="000000"/>
          <w:spacing w:val="-10"/>
          <w:sz w:val="24"/>
          <w:szCs w:val="24"/>
        </w:rPr>
        <w:t xml:space="preserve"> in order to provide such. </w:t>
      </w:r>
    </w:p>
    <w:p w14:paraId="440B0E20" w14:textId="454EBFAE" w:rsidR="00463FF1" w:rsidRPr="0081455A" w:rsidRDefault="00AA00FD" w:rsidP="0081455A">
      <w:pPr>
        <w:spacing w:before="100" w:beforeAutospacing="1" w:after="100" w:afterAutospacing="1" w:line="480" w:lineRule="auto"/>
        <w:outlineLvl w:val="3"/>
        <w:rPr>
          <w:rFonts w:ascii="Times New Roman" w:eastAsia="Times New Roman" w:hAnsi="Times New Roman" w:cs="Times New Roman"/>
          <w:bCs/>
          <w:sz w:val="24"/>
          <w:szCs w:val="24"/>
        </w:rPr>
      </w:pPr>
      <w:r w:rsidRPr="0081455A">
        <w:rPr>
          <w:rFonts w:ascii="Times New Roman" w:eastAsia="TimesNewRomanPS" w:hAnsi="Times New Roman" w:cs="Times New Roman"/>
          <w:b/>
          <w:color w:val="000000"/>
          <w:spacing w:val="-10"/>
          <w:sz w:val="24"/>
          <w:szCs w:val="24"/>
        </w:rPr>
        <w:t>1.2</w:t>
      </w:r>
      <w:r w:rsidR="0081455A" w:rsidRPr="0081455A">
        <w:rPr>
          <w:rFonts w:ascii="Times New Roman" w:hAnsi="Times New Roman" w:cs="Times New Roman"/>
          <w:sz w:val="24"/>
          <w:szCs w:val="24"/>
        </w:rPr>
        <w:tab/>
      </w:r>
      <w:r w:rsidRPr="0081455A">
        <w:rPr>
          <w:rFonts w:ascii="Times New Roman" w:eastAsia="TimesNewRomanPS" w:hAnsi="Times New Roman" w:cs="Times New Roman"/>
          <w:b/>
          <w:color w:val="000000"/>
          <w:spacing w:val="-10"/>
          <w:sz w:val="24"/>
          <w:szCs w:val="24"/>
        </w:rPr>
        <w:t xml:space="preserve">AIM </w:t>
      </w:r>
      <w:r w:rsidR="00463FF1" w:rsidRPr="0081455A">
        <w:rPr>
          <w:rFonts w:ascii="Times New Roman" w:eastAsia="TimesNewRomanPS" w:hAnsi="Times New Roman" w:cs="Times New Roman"/>
          <w:b/>
          <w:color w:val="000000"/>
          <w:spacing w:val="-10"/>
          <w:sz w:val="24"/>
          <w:szCs w:val="24"/>
        </w:rPr>
        <w:t>OF THE PROJECT</w:t>
      </w:r>
      <w:r w:rsidR="0081455A" w:rsidRPr="0081455A">
        <w:rPr>
          <w:rFonts w:ascii="Times New Roman" w:hAnsi="Times New Roman" w:cs="Times New Roman"/>
          <w:sz w:val="24"/>
          <w:szCs w:val="24"/>
        </w:rPr>
        <w:br/>
      </w:r>
      <w:r w:rsidR="0081455A" w:rsidRPr="0081455A">
        <w:rPr>
          <w:rFonts w:ascii="Times New Roman" w:hAnsi="Times New Roman" w:cs="Times New Roman"/>
          <w:sz w:val="24"/>
          <w:szCs w:val="24"/>
        </w:rPr>
        <w:tab/>
      </w:r>
      <w:r w:rsidR="00463FF1" w:rsidRPr="0081455A">
        <w:rPr>
          <w:rFonts w:ascii="Times New Roman" w:eastAsia="Times New Roman" w:hAnsi="Times New Roman" w:cs="Times New Roman"/>
          <w:bCs/>
          <w:sz w:val="24"/>
          <w:szCs w:val="24"/>
        </w:rPr>
        <w:t xml:space="preserve">The aim of this project is to carry out the engineering route design from </w:t>
      </w:r>
      <w:proofErr w:type="spellStart"/>
      <w:r w:rsidR="00463FF1" w:rsidRPr="0081455A">
        <w:rPr>
          <w:rFonts w:ascii="Times New Roman" w:eastAsia="Times New Roman" w:hAnsi="Times New Roman" w:cs="Times New Roman"/>
          <w:bCs/>
          <w:sz w:val="24"/>
          <w:szCs w:val="24"/>
        </w:rPr>
        <w:t>Micheal</w:t>
      </w:r>
      <w:proofErr w:type="spellEnd"/>
      <w:r w:rsidR="00463FF1" w:rsidRPr="0081455A">
        <w:rPr>
          <w:rFonts w:ascii="Times New Roman" w:eastAsia="Times New Roman" w:hAnsi="Times New Roman" w:cs="Times New Roman"/>
          <w:bCs/>
          <w:sz w:val="24"/>
          <w:szCs w:val="24"/>
        </w:rPr>
        <w:t xml:space="preserve"> </w:t>
      </w:r>
      <w:proofErr w:type="spellStart"/>
      <w:r w:rsidR="00463FF1" w:rsidRPr="0081455A">
        <w:rPr>
          <w:rFonts w:ascii="Times New Roman" w:eastAsia="Times New Roman" w:hAnsi="Times New Roman" w:cs="Times New Roman"/>
          <w:bCs/>
          <w:sz w:val="24"/>
          <w:szCs w:val="24"/>
        </w:rPr>
        <w:t>Imodu</w:t>
      </w:r>
      <w:proofErr w:type="spellEnd"/>
      <w:r w:rsidR="00463FF1" w:rsidRPr="0081455A">
        <w:rPr>
          <w:rFonts w:ascii="Times New Roman" w:eastAsia="Times New Roman" w:hAnsi="Times New Roman" w:cs="Times New Roman"/>
          <w:bCs/>
          <w:sz w:val="24"/>
          <w:szCs w:val="24"/>
        </w:rPr>
        <w:t xml:space="preserve"> to </w:t>
      </w:r>
      <w:proofErr w:type="spellStart"/>
      <w:r w:rsidR="00463FF1" w:rsidRPr="0081455A">
        <w:rPr>
          <w:rFonts w:ascii="Times New Roman" w:eastAsia="Times New Roman" w:hAnsi="Times New Roman" w:cs="Times New Roman"/>
          <w:bCs/>
          <w:sz w:val="24"/>
          <w:szCs w:val="24"/>
        </w:rPr>
        <w:t>Kongu</w:t>
      </w:r>
      <w:proofErr w:type="spellEnd"/>
      <w:r w:rsidR="00463FF1" w:rsidRPr="0081455A">
        <w:rPr>
          <w:rFonts w:ascii="Times New Roman" w:eastAsia="Times New Roman" w:hAnsi="Times New Roman" w:cs="Times New Roman"/>
          <w:bCs/>
          <w:sz w:val="24"/>
          <w:szCs w:val="24"/>
        </w:rPr>
        <w:t xml:space="preserve"> toward </w:t>
      </w:r>
      <w:proofErr w:type="spellStart"/>
      <w:r w:rsidR="00463FF1" w:rsidRPr="0081455A">
        <w:rPr>
          <w:rFonts w:ascii="Times New Roman" w:eastAsia="Times New Roman" w:hAnsi="Times New Roman" w:cs="Times New Roman"/>
          <w:bCs/>
          <w:sz w:val="24"/>
          <w:szCs w:val="24"/>
        </w:rPr>
        <w:t>Oshin</w:t>
      </w:r>
      <w:proofErr w:type="spellEnd"/>
      <w:r w:rsidR="00463FF1" w:rsidRPr="0081455A">
        <w:rPr>
          <w:rFonts w:ascii="Times New Roman" w:eastAsia="Times New Roman" w:hAnsi="Times New Roman" w:cs="Times New Roman"/>
          <w:bCs/>
          <w:sz w:val="24"/>
          <w:szCs w:val="24"/>
        </w:rPr>
        <w:t xml:space="preserve"> </w:t>
      </w:r>
      <w:proofErr w:type="spellStart"/>
      <w:r w:rsidR="00463FF1" w:rsidRPr="0081455A">
        <w:rPr>
          <w:rFonts w:ascii="Times New Roman" w:eastAsia="Times New Roman" w:hAnsi="Times New Roman" w:cs="Times New Roman"/>
          <w:bCs/>
          <w:sz w:val="24"/>
          <w:szCs w:val="24"/>
        </w:rPr>
        <w:t>Olatunji</w:t>
      </w:r>
      <w:proofErr w:type="spellEnd"/>
      <w:r w:rsidR="00463FF1" w:rsidRPr="0081455A">
        <w:rPr>
          <w:rFonts w:ascii="Times New Roman" w:eastAsia="Times New Roman" w:hAnsi="Times New Roman" w:cs="Times New Roman"/>
          <w:bCs/>
          <w:sz w:val="24"/>
          <w:szCs w:val="24"/>
        </w:rPr>
        <w:t>. In other to produce horizontal alignment design, vertical alignment and the cross section design plans which will be used for the construction of the road. And it can also be used for estimate of BEME by the civil Engineering company.</w:t>
      </w:r>
    </w:p>
    <w:p w14:paraId="7729A9EE" w14:textId="4FF11094" w:rsidR="00463FF1" w:rsidRPr="0081455A" w:rsidRDefault="00AA00FD" w:rsidP="0081455A">
      <w:pPr>
        <w:spacing w:before="100" w:beforeAutospacing="1" w:after="100" w:afterAutospacing="1" w:line="480" w:lineRule="auto"/>
        <w:outlineLvl w:val="3"/>
        <w:rPr>
          <w:rFonts w:ascii="Times New Roman" w:eastAsia="Times New Roman" w:hAnsi="Times New Roman" w:cs="Times New Roman"/>
          <w:b/>
          <w:bCs/>
          <w:sz w:val="24"/>
          <w:szCs w:val="24"/>
        </w:rPr>
      </w:pPr>
      <w:r w:rsidRPr="0081455A">
        <w:rPr>
          <w:rFonts w:ascii="Times New Roman" w:eastAsia="Times New Roman" w:hAnsi="Times New Roman" w:cs="Times New Roman"/>
          <w:b/>
          <w:bCs/>
          <w:sz w:val="24"/>
          <w:szCs w:val="24"/>
        </w:rPr>
        <w:t>1.3</w:t>
      </w:r>
      <w:r w:rsidR="00463FF1" w:rsidRPr="0081455A">
        <w:rPr>
          <w:rFonts w:ascii="Times New Roman" w:eastAsia="Times New Roman" w:hAnsi="Times New Roman" w:cs="Times New Roman"/>
          <w:b/>
          <w:bCs/>
          <w:sz w:val="24"/>
          <w:szCs w:val="24"/>
        </w:rPr>
        <w:tab/>
        <w:t>OBJECTIVES OF THE PROJECT</w:t>
      </w:r>
    </w:p>
    <w:p w14:paraId="1468F42B" w14:textId="77777777" w:rsidR="00463FF1" w:rsidRPr="0081455A" w:rsidRDefault="00463FF1" w:rsidP="0081455A">
      <w:pPr>
        <w:spacing w:before="100" w:beforeAutospacing="1" w:after="100" w:afterAutospacing="1" w:line="480" w:lineRule="auto"/>
        <w:ind w:left="720"/>
        <w:outlineLvl w:val="3"/>
        <w:rPr>
          <w:rFonts w:ascii="Times New Roman" w:eastAsia="Times New Roman" w:hAnsi="Times New Roman" w:cs="Times New Roman"/>
          <w:b/>
          <w:bCs/>
          <w:sz w:val="24"/>
          <w:szCs w:val="24"/>
        </w:rPr>
      </w:pPr>
      <w:r w:rsidRPr="0081455A">
        <w:rPr>
          <w:rFonts w:ascii="Times New Roman" w:eastAsia="Times New Roman" w:hAnsi="Times New Roman" w:cs="Times New Roman"/>
          <w:bCs/>
          <w:sz w:val="24"/>
          <w:szCs w:val="24"/>
        </w:rPr>
        <w:t>In order to achieve the aforementioned aim, the objectives listed below were pursued:</w:t>
      </w:r>
    </w:p>
    <w:p w14:paraId="196BCDE5" w14:textId="77777777" w:rsidR="00463FF1" w:rsidRPr="0081455A" w:rsidRDefault="00463FF1" w:rsidP="00585E09">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1455A">
        <w:rPr>
          <w:rFonts w:ascii="Times New Roman" w:eastAsia="Times New Roman" w:hAnsi="Times New Roman" w:cs="Times New Roman"/>
          <w:sz w:val="24"/>
          <w:szCs w:val="24"/>
        </w:rPr>
        <w:t>Design of the Horizontal alignment plan which show the horizontal section of the route.</w:t>
      </w:r>
    </w:p>
    <w:p w14:paraId="57C68D7A" w14:textId="77777777" w:rsidR="00463FF1" w:rsidRPr="0081455A" w:rsidRDefault="00463FF1" w:rsidP="00585E09">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1455A">
        <w:rPr>
          <w:rFonts w:ascii="Times New Roman" w:eastAsia="Times New Roman" w:hAnsi="Times New Roman" w:cs="Times New Roman"/>
          <w:sz w:val="24"/>
          <w:szCs w:val="24"/>
        </w:rPr>
        <w:t>Design of the vertical alignment plan which show the vertical sections of the route.</w:t>
      </w:r>
    </w:p>
    <w:p w14:paraId="772E5F81" w14:textId="77777777" w:rsidR="00463FF1" w:rsidRPr="0081455A" w:rsidRDefault="00463FF1" w:rsidP="00585E09">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1455A">
        <w:rPr>
          <w:rFonts w:ascii="Times New Roman" w:eastAsia="Times New Roman" w:hAnsi="Times New Roman" w:cs="Times New Roman"/>
          <w:sz w:val="24"/>
          <w:szCs w:val="24"/>
        </w:rPr>
        <w:t>Design of the cross sectional area of the route at interval of 25m.</w:t>
      </w:r>
    </w:p>
    <w:p w14:paraId="4912BE11" w14:textId="77777777" w:rsidR="00463FF1" w:rsidRPr="0081455A" w:rsidRDefault="00463FF1" w:rsidP="00585E09">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1455A">
        <w:rPr>
          <w:rFonts w:ascii="Times New Roman" w:eastAsia="Times New Roman" w:hAnsi="Times New Roman" w:cs="Times New Roman"/>
          <w:sz w:val="24"/>
          <w:szCs w:val="24"/>
        </w:rPr>
        <w:t>Production of detail plan showing the horizontal and all the existing features closed to the route.</w:t>
      </w:r>
    </w:p>
    <w:p w14:paraId="6F1262B9" w14:textId="77777777" w:rsidR="00463FF1" w:rsidRPr="0081455A" w:rsidRDefault="00463FF1" w:rsidP="00585E09">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1455A">
        <w:rPr>
          <w:rFonts w:ascii="Times New Roman" w:eastAsia="Times New Roman" w:hAnsi="Times New Roman" w:cs="Times New Roman"/>
          <w:sz w:val="24"/>
          <w:szCs w:val="24"/>
        </w:rPr>
        <w:t xml:space="preserve">Computing of the volume of earthwork of the route from the section include the ditches. </w:t>
      </w:r>
    </w:p>
    <w:p w14:paraId="2F62372A" w14:textId="77777777" w:rsidR="00463FF1" w:rsidRPr="0081455A" w:rsidRDefault="00463FF1" w:rsidP="00585E09">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1455A">
        <w:rPr>
          <w:rFonts w:ascii="Times New Roman" w:eastAsia="Times New Roman" w:hAnsi="Times New Roman" w:cs="Times New Roman"/>
          <w:sz w:val="24"/>
          <w:szCs w:val="24"/>
        </w:rPr>
        <w:lastRenderedPageBreak/>
        <w:t>Report writing.</w:t>
      </w:r>
    </w:p>
    <w:p w14:paraId="0C7283E2" w14:textId="77777777" w:rsidR="00AA00FD" w:rsidRPr="0081455A" w:rsidRDefault="00463FF1" w:rsidP="00585E09">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1455A">
        <w:rPr>
          <w:rFonts w:ascii="Times New Roman" w:eastAsia="Times New Roman" w:hAnsi="Times New Roman" w:cs="Times New Roman"/>
          <w:sz w:val="24"/>
          <w:szCs w:val="24"/>
        </w:rPr>
        <w:t>Project costing for the Engineering route.</w:t>
      </w:r>
    </w:p>
    <w:p w14:paraId="77C2CBB8" w14:textId="203A1B04" w:rsidR="00FC175B" w:rsidRPr="0081455A" w:rsidRDefault="0081455A" w:rsidP="0081455A">
      <w:pPr>
        <w:spacing w:before="100" w:beforeAutospacing="1" w:after="100" w:afterAutospacing="1" w:line="480" w:lineRule="auto"/>
        <w:rPr>
          <w:rFonts w:ascii="Times New Roman" w:eastAsia="Times New Roman" w:hAnsi="Times New Roman" w:cs="Times New Roman"/>
          <w:sz w:val="24"/>
          <w:szCs w:val="24"/>
        </w:rPr>
      </w:pPr>
      <w:r w:rsidRPr="0081455A">
        <w:rPr>
          <w:rFonts w:ascii="Times New Roman" w:eastAsia="TimesNewRomanPS" w:hAnsi="Times New Roman" w:cs="Times New Roman"/>
          <w:b/>
          <w:color w:val="000000"/>
          <w:spacing w:val="-10"/>
          <w:sz w:val="24"/>
          <w:szCs w:val="24"/>
        </w:rPr>
        <w:t xml:space="preserve">1.4 </w:t>
      </w:r>
      <w:r w:rsidRPr="0081455A">
        <w:rPr>
          <w:rFonts w:ascii="Times New Roman" w:hAnsi="Times New Roman" w:cs="Times New Roman"/>
          <w:sz w:val="24"/>
          <w:szCs w:val="24"/>
        </w:rPr>
        <w:tab/>
      </w:r>
      <w:r w:rsidRPr="0081455A">
        <w:rPr>
          <w:rFonts w:ascii="Times New Roman" w:eastAsia="TimesNewRomanPS" w:hAnsi="Times New Roman" w:cs="Times New Roman"/>
          <w:b/>
          <w:color w:val="000000"/>
          <w:spacing w:val="-10"/>
          <w:sz w:val="24"/>
          <w:szCs w:val="24"/>
        </w:rPr>
        <w:t xml:space="preserve">SCOPE OF THE PROJECT </w:t>
      </w:r>
      <w:r w:rsidRPr="0081455A">
        <w:rPr>
          <w:rFonts w:ascii="Times New Roman" w:hAnsi="Times New Roman" w:cs="Times New Roman"/>
          <w:sz w:val="24"/>
          <w:szCs w:val="24"/>
        </w:rPr>
        <w:br/>
      </w:r>
      <w:r w:rsidRPr="0081455A">
        <w:rPr>
          <w:rFonts w:ascii="Times New Roman" w:eastAsia="TimesNewRomanPSMT" w:hAnsi="Times New Roman" w:cs="Times New Roman"/>
          <w:color w:val="000000"/>
          <w:spacing w:val="-10"/>
          <w:sz w:val="24"/>
          <w:szCs w:val="24"/>
        </w:rPr>
        <w:t>These were set of activities that was involved in the execution of the project:</w:t>
      </w:r>
    </w:p>
    <w:p w14:paraId="4CD5B7DD" w14:textId="4C38B181" w:rsidR="00FC175B" w:rsidRPr="0081455A" w:rsidRDefault="0081455A" w:rsidP="0081455A">
      <w:pPr>
        <w:tabs>
          <w:tab w:val="left" w:pos="720"/>
        </w:tabs>
        <w:autoSpaceDE w:val="0"/>
        <w:autoSpaceDN w:val="0"/>
        <w:spacing w:before="160" w:after="0" w:line="480" w:lineRule="auto"/>
        <w:ind w:left="234"/>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 xml:space="preserve">i.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Planning: This involved deciding the choice of instrument, purpose of survey, choice of </w:t>
      </w:r>
      <w:r w:rsidR="00FE3159" w:rsidRPr="0081455A">
        <w:rPr>
          <w:rFonts w:ascii="Times New Roman" w:hAnsi="Times New Roman" w:cs="Times New Roman"/>
          <w:sz w:val="24"/>
          <w:szCs w:val="24"/>
        </w:rPr>
        <w:t xml:space="preserve"> </w:t>
      </w:r>
      <w:r w:rsidRPr="0081455A">
        <w:rPr>
          <w:rFonts w:ascii="Times New Roman" w:eastAsia="TimesNewRomanPSMT" w:hAnsi="Times New Roman" w:cs="Times New Roman"/>
          <w:color w:val="000000"/>
          <w:spacing w:val="-10"/>
          <w:sz w:val="24"/>
          <w:szCs w:val="24"/>
        </w:rPr>
        <w:t xml:space="preserve">control order which will determine the accuracy to which measurement are required and also, the </w:t>
      </w:r>
      <w:r w:rsidR="00FE3159" w:rsidRPr="0081455A">
        <w:rPr>
          <w:rFonts w:ascii="Times New Roman" w:eastAsia="TimesNewRomanPSMT" w:hAnsi="Times New Roman" w:cs="Times New Roman"/>
          <w:color w:val="000000"/>
          <w:spacing w:val="-10"/>
          <w:sz w:val="24"/>
          <w:szCs w:val="24"/>
        </w:rPr>
        <w:t>Diff</w:t>
      </w:r>
      <w:r w:rsidR="00D24894" w:rsidRPr="0081455A">
        <w:rPr>
          <w:rFonts w:ascii="Times New Roman" w:eastAsia="TimesNewRomanPSMT" w:hAnsi="Times New Roman" w:cs="Times New Roman"/>
          <w:color w:val="000000"/>
          <w:spacing w:val="-10"/>
          <w:sz w:val="24"/>
          <w:szCs w:val="24"/>
        </w:rPr>
        <w:t>erential Global positioning System</w:t>
      </w:r>
      <w:r w:rsidRPr="0081455A">
        <w:rPr>
          <w:rFonts w:ascii="Times New Roman" w:eastAsia="TimesNewRomanPSMT" w:hAnsi="Times New Roman" w:cs="Times New Roman"/>
          <w:color w:val="000000"/>
          <w:spacing w:val="-10"/>
          <w:sz w:val="24"/>
          <w:szCs w:val="24"/>
        </w:rPr>
        <w:t xml:space="preserve"> was tested to verify it working condition.  </w:t>
      </w:r>
    </w:p>
    <w:p w14:paraId="77E156F9" w14:textId="77777777" w:rsidR="00D24894" w:rsidRPr="0081455A" w:rsidRDefault="0081455A" w:rsidP="0081455A">
      <w:pPr>
        <w:tabs>
          <w:tab w:val="left" w:pos="166"/>
          <w:tab w:val="left" w:pos="180"/>
          <w:tab w:val="left" w:pos="720"/>
        </w:tabs>
        <w:autoSpaceDE w:val="0"/>
        <w:autoSpaceDN w:val="0"/>
        <w:spacing w:before="2" w:after="0" w:line="480" w:lineRule="auto"/>
        <w:ind w:left="102"/>
        <w:rPr>
          <w:rFonts w:ascii="Times New Roman" w:eastAsia="TimesNewRomanPSMT" w:hAnsi="Times New Roman" w:cs="Times New Roman"/>
          <w:color w:val="000000"/>
          <w:spacing w:val="-10"/>
          <w:sz w:val="24"/>
          <w:szCs w:val="24"/>
        </w:rPr>
      </w:pPr>
      <w:r w:rsidRPr="0081455A">
        <w:rPr>
          <w:rFonts w:ascii="Times New Roman" w:eastAsia="TimesNewRomanPSMT" w:hAnsi="Times New Roman" w:cs="Times New Roman"/>
          <w:color w:val="000000"/>
          <w:spacing w:val="-10"/>
          <w:sz w:val="24"/>
          <w:szCs w:val="24"/>
        </w:rPr>
        <w:t xml:space="preserve">ii.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Geometric data acquisition along the route using </w:t>
      </w:r>
      <w:r w:rsidR="00D24894" w:rsidRPr="0081455A">
        <w:rPr>
          <w:rFonts w:ascii="Times New Roman" w:eastAsia="TimesNewRomanPSMT" w:hAnsi="Times New Roman" w:cs="Times New Roman"/>
          <w:color w:val="000000"/>
          <w:spacing w:val="-10"/>
          <w:sz w:val="24"/>
          <w:szCs w:val="24"/>
        </w:rPr>
        <w:t>DGPS,</w:t>
      </w:r>
      <w:r w:rsidRPr="0081455A">
        <w:rPr>
          <w:rFonts w:ascii="Times New Roman" w:eastAsia="TimesNewRomanPSMT" w:hAnsi="Times New Roman" w:cs="Times New Roman"/>
          <w:color w:val="000000"/>
          <w:spacing w:val="-10"/>
          <w:sz w:val="24"/>
          <w:szCs w:val="24"/>
        </w:rPr>
        <w:t xml:space="preserve"> cross sectional points and detailing of natural and manmade features </w:t>
      </w:r>
    </w:p>
    <w:p w14:paraId="16C108DF" w14:textId="33844016" w:rsidR="00D24894" w:rsidRPr="0081455A" w:rsidRDefault="0081455A" w:rsidP="0081455A">
      <w:pPr>
        <w:tabs>
          <w:tab w:val="left" w:pos="166"/>
          <w:tab w:val="left" w:pos="180"/>
          <w:tab w:val="left" w:pos="720"/>
        </w:tabs>
        <w:autoSpaceDE w:val="0"/>
        <w:autoSpaceDN w:val="0"/>
        <w:spacing w:before="2" w:after="0" w:line="480" w:lineRule="auto"/>
        <w:ind w:left="102"/>
        <w:rPr>
          <w:rFonts w:ascii="Times New Roman" w:eastAsia="TimesNewRomanPSMT" w:hAnsi="Times New Roman" w:cs="Times New Roman"/>
          <w:color w:val="000000"/>
          <w:spacing w:val="-10"/>
          <w:sz w:val="24"/>
          <w:szCs w:val="24"/>
        </w:rPr>
      </w:pPr>
      <w:r w:rsidRPr="0081455A">
        <w:rPr>
          <w:rFonts w:ascii="Times New Roman" w:eastAsia="TimesNewRomanPSMT" w:hAnsi="Times New Roman" w:cs="Times New Roman"/>
          <w:color w:val="000000"/>
          <w:spacing w:val="-10"/>
          <w:sz w:val="24"/>
          <w:szCs w:val="24"/>
        </w:rPr>
        <w:t xml:space="preserve">iii.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Downloading and processing of acquired geometric data using</w:t>
      </w:r>
      <w:r w:rsidR="00D24894" w:rsidRPr="0081455A">
        <w:rPr>
          <w:rFonts w:ascii="Times New Roman" w:eastAsia="TimesNewRomanPSMT" w:hAnsi="Times New Roman" w:cs="Times New Roman"/>
          <w:color w:val="000000"/>
          <w:spacing w:val="-10"/>
          <w:sz w:val="24"/>
          <w:szCs w:val="24"/>
        </w:rPr>
        <w:t xml:space="preserve"> </w:t>
      </w:r>
      <w:r w:rsidRPr="0081455A">
        <w:rPr>
          <w:rFonts w:ascii="Times New Roman" w:eastAsia="TimesNewRomanPSMT" w:hAnsi="Times New Roman" w:cs="Times New Roman"/>
          <w:color w:val="000000"/>
          <w:spacing w:val="-10"/>
          <w:sz w:val="24"/>
          <w:szCs w:val="24"/>
        </w:rPr>
        <w:t>software</w:t>
      </w:r>
    </w:p>
    <w:p w14:paraId="48409EB9" w14:textId="4B81A750" w:rsidR="00FC175B" w:rsidRPr="0081455A" w:rsidRDefault="0081455A" w:rsidP="0081455A">
      <w:pPr>
        <w:autoSpaceDE w:val="0"/>
        <w:autoSpaceDN w:val="0"/>
        <w:spacing w:after="130" w:line="480" w:lineRule="auto"/>
        <w:rPr>
          <w:rFonts w:ascii="Times New Roman" w:eastAsia="TimesNewRomanPSMT" w:hAnsi="Times New Roman" w:cs="Times New Roman"/>
          <w:color w:val="000000"/>
          <w:spacing w:val="-10"/>
          <w:sz w:val="24"/>
          <w:szCs w:val="24"/>
        </w:rPr>
      </w:pPr>
      <w:r w:rsidRPr="0081455A">
        <w:rPr>
          <w:rFonts w:ascii="Times New Roman" w:eastAsia="TimesNewRomanPSMT" w:hAnsi="Times New Roman" w:cs="Times New Roman"/>
          <w:color w:val="000000"/>
          <w:spacing w:val="-10"/>
          <w:sz w:val="24"/>
          <w:szCs w:val="24"/>
        </w:rPr>
        <w:t xml:space="preserve"> iv.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Volume computation of cuts and fills for each section along the route using Civil </w:t>
      </w:r>
      <w:r w:rsidR="00AA00FD" w:rsidRPr="0081455A">
        <w:rPr>
          <w:rFonts w:ascii="Times New Roman" w:eastAsia="TimesNewRomanPSMT" w:hAnsi="Times New Roman" w:cs="Times New Roman"/>
          <w:color w:val="000000"/>
          <w:spacing w:val="-10"/>
          <w:sz w:val="24"/>
          <w:szCs w:val="24"/>
        </w:rPr>
        <w:t>CAD</w:t>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2022 </w:t>
      </w:r>
      <w:r w:rsidRPr="0081455A">
        <w:rPr>
          <w:rFonts w:ascii="Times New Roman" w:hAnsi="Times New Roman" w:cs="Times New Roman"/>
          <w:sz w:val="24"/>
          <w:szCs w:val="24"/>
        </w:rPr>
        <w:br/>
      </w:r>
      <w:r w:rsidRPr="0081455A">
        <w:rPr>
          <w:rFonts w:ascii="Times New Roman" w:eastAsia="TimesNewRomanPSMT" w:hAnsi="Times New Roman" w:cs="Times New Roman"/>
          <w:color w:val="000000"/>
          <w:spacing w:val="-10"/>
          <w:sz w:val="24"/>
          <w:szCs w:val="24"/>
        </w:rPr>
        <w:t xml:space="preserve">v.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Production of designed plans for horizontal and ve</w:t>
      </w:r>
      <w:r w:rsidR="00AA00FD" w:rsidRPr="0081455A">
        <w:rPr>
          <w:rFonts w:ascii="Times New Roman" w:eastAsia="TimesNewRomanPSMT" w:hAnsi="Times New Roman" w:cs="Times New Roman"/>
          <w:color w:val="000000"/>
          <w:spacing w:val="-10"/>
          <w:sz w:val="24"/>
          <w:szCs w:val="24"/>
        </w:rPr>
        <w:t>rtical alignments using Civil CAD</w:t>
      </w:r>
      <w:r w:rsidRPr="0081455A">
        <w:rPr>
          <w:rFonts w:ascii="Times New Roman" w:eastAsia="TimesNewRomanPSMT" w:hAnsi="Times New Roman" w:cs="Times New Roman"/>
          <w:color w:val="000000"/>
          <w:spacing w:val="-10"/>
          <w:sz w:val="24"/>
          <w:szCs w:val="24"/>
        </w:rPr>
        <w:t xml:space="preserve"> with </w:t>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appropriate scales </w:t>
      </w:r>
      <w:r w:rsidRPr="0081455A">
        <w:rPr>
          <w:rFonts w:ascii="Times New Roman" w:hAnsi="Times New Roman" w:cs="Times New Roman"/>
          <w:sz w:val="24"/>
          <w:szCs w:val="24"/>
        </w:rPr>
        <w:br/>
      </w:r>
      <w:proofErr w:type="gramStart"/>
      <w:r w:rsidRPr="0081455A">
        <w:rPr>
          <w:rFonts w:ascii="Times New Roman" w:eastAsia="TimesNewRomanPSMT" w:hAnsi="Times New Roman" w:cs="Times New Roman"/>
          <w:color w:val="000000"/>
          <w:spacing w:val="-10"/>
          <w:sz w:val="24"/>
          <w:szCs w:val="24"/>
        </w:rPr>
        <w:t>vi</w:t>
      </w:r>
      <w:proofErr w:type="gramEnd"/>
      <w:r w:rsidRPr="0081455A">
        <w:rPr>
          <w:rFonts w:ascii="Times New Roman" w:eastAsia="TimesNewRomanPSMT" w:hAnsi="Times New Roman" w:cs="Times New Roman"/>
          <w:color w:val="000000"/>
          <w:spacing w:val="-10"/>
          <w:sz w:val="24"/>
          <w:szCs w:val="24"/>
        </w:rPr>
        <w:t xml:space="preserve">.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Presentation of visual report such as </w:t>
      </w:r>
      <w:r w:rsidR="00AA00FD" w:rsidRPr="0081455A">
        <w:rPr>
          <w:rFonts w:ascii="Times New Roman" w:eastAsia="TimesNewRomanPSMT" w:hAnsi="Times New Roman" w:cs="Times New Roman"/>
          <w:color w:val="000000"/>
          <w:spacing w:val="-10"/>
          <w:sz w:val="24"/>
          <w:szCs w:val="24"/>
        </w:rPr>
        <w:t>plan</w:t>
      </w:r>
    </w:p>
    <w:p w14:paraId="764707C7" w14:textId="77777777" w:rsidR="00AA00FD" w:rsidRPr="0081455A" w:rsidRDefault="00AA00FD" w:rsidP="0081455A">
      <w:pPr>
        <w:spacing w:before="100" w:beforeAutospacing="1" w:after="100" w:afterAutospacing="1" w:line="480" w:lineRule="auto"/>
        <w:rPr>
          <w:rFonts w:ascii="Times New Roman" w:eastAsia="Times New Roman" w:hAnsi="Times New Roman" w:cs="Times New Roman"/>
          <w:b/>
          <w:sz w:val="24"/>
          <w:szCs w:val="24"/>
        </w:rPr>
      </w:pPr>
      <w:r w:rsidRPr="0081455A">
        <w:rPr>
          <w:rFonts w:ascii="Times New Roman" w:eastAsia="Times New Roman" w:hAnsi="Times New Roman" w:cs="Times New Roman"/>
          <w:b/>
          <w:sz w:val="24"/>
          <w:szCs w:val="24"/>
        </w:rPr>
        <w:t>1.5.</w:t>
      </w:r>
      <w:r w:rsidRPr="0081455A">
        <w:rPr>
          <w:rFonts w:ascii="Times New Roman" w:eastAsia="Times New Roman" w:hAnsi="Times New Roman" w:cs="Times New Roman"/>
          <w:b/>
          <w:sz w:val="24"/>
          <w:szCs w:val="24"/>
        </w:rPr>
        <w:tab/>
        <w:t>PROJECT LOCATION</w:t>
      </w:r>
    </w:p>
    <w:p w14:paraId="1E026417" w14:textId="77777777" w:rsidR="00AA00FD" w:rsidRPr="0081455A" w:rsidRDefault="00AA00FD" w:rsidP="0081455A">
      <w:pPr>
        <w:spacing w:before="100" w:beforeAutospacing="1" w:after="100" w:afterAutospacing="1" w:line="480" w:lineRule="auto"/>
        <w:ind w:left="720"/>
        <w:rPr>
          <w:rFonts w:ascii="Times New Roman" w:eastAsia="Times New Roman" w:hAnsi="Times New Roman" w:cs="Times New Roman"/>
          <w:sz w:val="24"/>
          <w:szCs w:val="24"/>
        </w:rPr>
      </w:pPr>
      <w:r w:rsidRPr="0081455A">
        <w:rPr>
          <w:rFonts w:ascii="Times New Roman" w:eastAsia="Times New Roman" w:hAnsi="Times New Roman" w:cs="Times New Roman"/>
          <w:sz w:val="24"/>
          <w:szCs w:val="24"/>
        </w:rPr>
        <w:t xml:space="preserve">The location of the project site is the route from </w:t>
      </w:r>
      <w:proofErr w:type="spellStart"/>
      <w:r w:rsidRPr="0081455A">
        <w:rPr>
          <w:rFonts w:ascii="Times New Roman" w:eastAsia="Times New Roman" w:hAnsi="Times New Roman" w:cs="Times New Roman"/>
          <w:sz w:val="24"/>
          <w:szCs w:val="24"/>
        </w:rPr>
        <w:t>Micheal</w:t>
      </w:r>
      <w:proofErr w:type="spellEnd"/>
      <w:r w:rsidRPr="0081455A">
        <w:rPr>
          <w:rFonts w:ascii="Times New Roman" w:eastAsia="Times New Roman" w:hAnsi="Times New Roman" w:cs="Times New Roman"/>
          <w:sz w:val="24"/>
          <w:szCs w:val="24"/>
        </w:rPr>
        <w:t xml:space="preserve"> </w:t>
      </w:r>
      <w:proofErr w:type="spellStart"/>
      <w:r w:rsidRPr="0081455A">
        <w:rPr>
          <w:rFonts w:ascii="Times New Roman" w:eastAsia="Times New Roman" w:hAnsi="Times New Roman" w:cs="Times New Roman"/>
          <w:sz w:val="24"/>
          <w:szCs w:val="24"/>
        </w:rPr>
        <w:t>Imodu</w:t>
      </w:r>
      <w:proofErr w:type="spellEnd"/>
      <w:r w:rsidRPr="0081455A">
        <w:rPr>
          <w:rFonts w:ascii="Times New Roman" w:eastAsia="Times New Roman" w:hAnsi="Times New Roman" w:cs="Times New Roman"/>
          <w:sz w:val="24"/>
          <w:szCs w:val="24"/>
        </w:rPr>
        <w:t xml:space="preserve"> area to </w:t>
      </w:r>
      <w:proofErr w:type="spellStart"/>
      <w:r w:rsidRPr="0081455A">
        <w:rPr>
          <w:rFonts w:ascii="Times New Roman" w:eastAsia="Times New Roman" w:hAnsi="Times New Roman" w:cs="Times New Roman"/>
          <w:sz w:val="24"/>
          <w:szCs w:val="24"/>
        </w:rPr>
        <w:t>Kangu</w:t>
      </w:r>
      <w:proofErr w:type="spellEnd"/>
      <w:r w:rsidRPr="0081455A">
        <w:rPr>
          <w:rFonts w:ascii="Times New Roman" w:eastAsia="Times New Roman" w:hAnsi="Times New Roman" w:cs="Times New Roman"/>
          <w:sz w:val="24"/>
          <w:szCs w:val="24"/>
        </w:rPr>
        <w:t xml:space="preserve"> toward </w:t>
      </w:r>
      <w:proofErr w:type="spellStart"/>
      <w:r w:rsidRPr="0081455A">
        <w:rPr>
          <w:rFonts w:ascii="Times New Roman" w:eastAsia="Times New Roman" w:hAnsi="Times New Roman" w:cs="Times New Roman"/>
          <w:sz w:val="24"/>
          <w:szCs w:val="24"/>
        </w:rPr>
        <w:t>Oshin</w:t>
      </w:r>
      <w:proofErr w:type="spellEnd"/>
      <w:r w:rsidRPr="0081455A">
        <w:rPr>
          <w:rFonts w:ascii="Times New Roman" w:eastAsia="Times New Roman" w:hAnsi="Times New Roman" w:cs="Times New Roman"/>
          <w:sz w:val="24"/>
          <w:szCs w:val="24"/>
        </w:rPr>
        <w:t xml:space="preserve"> </w:t>
      </w:r>
      <w:proofErr w:type="spellStart"/>
      <w:r w:rsidRPr="0081455A">
        <w:rPr>
          <w:rFonts w:ascii="Times New Roman" w:eastAsia="Times New Roman" w:hAnsi="Times New Roman" w:cs="Times New Roman"/>
          <w:sz w:val="24"/>
          <w:szCs w:val="24"/>
        </w:rPr>
        <w:t>Olatunji</w:t>
      </w:r>
      <w:proofErr w:type="spellEnd"/>
      <w:r w:rsidRPr="0081455A">
        <w:rPr>
          <w:rFonts w:ascii="Times New Roman" w:eastAsia="Times New Roman" w:hAnsi="Times New Roman" w:cs="Times New Roman"/>
          <w:sz w:val="24"/>
          <w:szCs w:val="24"/>
        </w:rPr>
        <w:t xml:space="preserve"> axis. The distance covered along the route is 4.5km. The project site was lying along </w:t>
      </w:r>
      <w:proofErr w:type="spellStart"/>
      <w:r w:rsidRPr="0081455A">
        <w:rPr>
          <w:rFonts w:ascii="Times New Roman" w:eastAsia="Times New Roman" w:hAnsi="Times New Roman" w:cs="Times New Roman"/>
          <w:sz w:val="24"/>
          <w:szCs w:val="24"/>
        </w:rPr>
        <w:t>Ifelodun</w:t>
      </w:r>
      <w:proofErr w:type="spellEnd"/>
      <w:r w:rsidRPr="0081455A">
        <w:rPr>
          <w:rFonts w:ascii="Times New Roman" w:eastAsia="Times New Roman" w:hAnsi="Times New Roman" w:cs="Times New Roman"/>
          <w:sz w:val="24"/>
          <w:szCs w:val="24"/>
        </w:rPr>
        <w:t xml:space="preserve"> to Ilorin West Local Government area </w:t>
      </w:r>
      <w:proofErr w:type="spellStart"/>
      <w:r w:rsidRPr="0081455A">
        <w:rPr>
          <w:rFonts w:ascii="Times New Roman" w:eastAsia="Times New Roman" w:hAnsi="Times New Roman" w:cs="Times New Roman"/>
          <w:sz w:val="24"/>
          <w:szCs w:val="24"/>
        </w:rPr>
        <w:t>Kwara</w:t>
      </w:r>
      <w:proofErr w:type="spellEnd"/>
      <w:r w:rsidRPr="0081455A">
        <w:rPr>
          <w:rFonts w:ascii="Times New Roman" w:eastAsia="Times New Roman" w:hAnsi="Times New Roman" w:cs="Times New Roman"/>
          <w:sz w:val="24"/>
          <w:szCs w:val="24"/>
        </w:rPr>
        <w:t xml:space="preserve"> State, Nigeria. The site lies between geographical coordinates of Long. 004° 35’ 28.089’’; Lat. 008° 25’ 52.667’’ </w:t>
      </w:r>
      <w:proofErr w:type="spellStart"/>
      <w:r w:rsidRPr="0081455A">
        <w:rPr>
          <w:rFonts w:ascii="Times New Roman" w:eastAsia="Times New Roman" w:hAnsi="Times New Roman" w:cs="Times New Roman"/>
          <w:sz w:val="24"/>
          <w:szCs w:val="24"/>
        </w:rPr>
        <w:t>to</w:t>
      </w:r>
      <w:proofErr w:type="spellEnd"/>
      <w:r w:rsidRPr="0081455A">
        <w:rPr>
          <w:rFonts w:ascii="Times New Roman" w:eastAsia="Times New Roman" w:hAnsi="Times New Roman" w:cs="Times New Roman"/>
          <w:sz w:val="24"/>
          <w:szCs w:val="24"/>
        </w:rPr>
        <w:t xml:space="preserve"> Long. 004° 34’ 19.879’’; Lat. 008° 26’ 22.548’’. The community is developed area and the population is well spread. The figure below show the description of the project site for </w:t>
      </w:r>
      <w:proofErr w:type="spellStart"/>
      <w:r w:rsidRPr="0081455A">
        <w:rPr>
          <w:rFonts w:ascii="Times New Roman" w:eastAsia="Times New Roman" w:hAnsi="Times New Roman" w:cs="Times New Roman"/>
          <w:sz w:val="24"/>
          <w:szCs w:val="24"/>
        </w:rPr>
        <w:t>Micheal</w:t>
      </w:r>
      <w:proofErr w:type="spellEnd"/>
      <w:r w:rsidRPr="0081455A">
        <w:rPr>
          <w:rFonts w:ascii="Times New Roman" w:eastAsia="Times New Roman" w:hAnsi="Times New Roman" w:cs="Times New Roman"/>
          <w:sz w:val="24"/>
          <w:szCs w:val="24"/>
        </w:rPr>
        <w:t xml:space="preserve"> </w:t>
      </w:r>
      <w:proofErr w:type="spellStart"/>
      <w:r w:rsidRPr="0081455A">
        <w:rPr>
          <w:rFonts w:ascii="Times New Roman" w:eastAsia="Times New Roman" w:hAnsi="Times New Roman" w:cs="Times New Roman"/>
          <w:sz w:val="24"/>
          <w:szCs w:val="24"/>
        </w:rPr>
        <w:t>Imodu</w:t>
      </w:r>
      <w:proofErr w:type="spellEnd"/>
      <w:r w:rsidRPr="0081455A">
        <w:rPr>
          <w:rFonts w:ascii="Times New Roman" w:eastAsia="Times New Roman" w:hAnsi="Times New Roman" w:cs="Times New Roman"/>
          <w:sz w:val="24"/>
          <w:szCs w:val="24"/>
        </w:rPr>
        <w:t xml:space="preserve"> to </w:t>
      </w:r>
      <w:proofErr w:type="spellStart"/>
      <w:r w:rsidRPr="0081455A">
        <w:rPr>
          <w:rFonts w:ascii="Times New Roman" w:eastAsia="Times New Roman" w:hAnsi="Times New Roman" w:cs="Times New Roman"/>
          <w:sz w:val="24"/>
          <w:szCs w:val="24"/>
        </w:rPr>
        <w:t>Oshin</w:t>
      </w:r>
      <w:proofErr w:type="spellEnd"/>
      <w:r w:rsidRPr="0081455A">
        <w:rPr>
          <w:rFonts w:ascii="Times New Roman" w:eastAsia="Times New Roman" w:hAnsi="Times New Roman" w:cs="Times New Roman"/>
          <w:sz w:val="24"/>
          <w:szCs w:val="24"/>
        </w:rPr>
        <w:t xml:space="preserve"> </w:t>
      </w:r>
      <w:proofErr w:type="spellStart"/>
      <w:r w:rsidRPr="0081455A">
        <w:rPr>
          <w:rFonts w:ascii="Times New Roman" w:eastAsia="Times New Roman" w:hAnsi="Times New Roman" w:cs="Times New Roman"/>
          <w:sz w:val="24"/>
          <w:szCs w:val="24"/>
        </w:rPr>
        <w:t>Olatunji</w:t>
      </w:r>
      <w:proofErr w:type="spellEnd"/>
      <w:r w:rsidRPr="0081455A">
        <w:rPr>
          <w:rFonts w:ascii="Times New Roman" w:eastAsia="Times New Roman" w:hAnsi="Times New Roman" w:cs="Times New Roman"/>
          <w:sz w:val="24"/>
          <w:szCs w:val="24"/>
        </w:rPr>
        <w:t>.</w:t>
      </w:r>
      <w:r w:rsidRPr="0081455A">
        <w:rPr>
          <w:rFonts w:ascii="Times New Roman" w:hAnsi="Times New Roman" w:cs="Times New Roman"/>
          <w:noProof/>
          <w:sz w:val="24"/>
          <w:szCs w:val="24"/>
        </w:rPr>
        <w:t xml:space="preserve">      </w:t>
      </w:r>
    </w:p>
    <w:p w14:paraId="5CC69780" w14:textId="77777777" w:rsidR="00AA00FD" w:rsidRPr="0081455A" w:rsidRDefault="00AA00FD" w:rsidP="0081455A">
      <w:pPr>
        <w:spacing w:line="480" w:lineRule="auto"/>
        <w:rPr>
          <w:rFonts w:ascii="Times New Roman" w:hAnsi="Times New Roman" w:cs="Times New Roman"/>
          <w:sz w:val="24"/>
          <w:szCs w:val="24"/>
        </w:rPr>
      </w:pPr>
    </w:p>
    <w:p w14:paraId="78447B9C" w14:textId="4ECAEE1C" w:rsidR="00AA00FD" w:rsidRPr="0081455A" w:rsidRDefault="00AA00FD" w:rsidP="00585E09">
      <w:pPr>
        <w:spacing w:line="480" w:lineRule="auto"/>
        <w:rPr>
          <w:rFonts w:ascii="Times New Roman" w:hAnsi="Times New Roman" w:cs="Times New Roman"/>
          <w:sz w:val="24"/>
          <w:szCs w:val="24"/>
        </w:rPr>
      </w:pPr>
      <w:r w:rsidRPr="0081455A">
        <w:rPr>
          <w:rFonts w:ascii="Times New Roman" w:hAnsi="Times New Roman" w:cs="Times New Roman"/>
          <w:sz w:val="24"/>
          <w:szCs w:val="24"/>
        </w:rPr>
        <w:lastRenderedPageBreak/>
        <w:t xml:space="preserve">                  </w:t>
      </w:r>
      <w:r w:rsidRPr="0081455A">
        <w:rPr>
          <w:rFonts w:ascii="Times New Roman" w:hAnsi="Times New Roman" w:cs="Times New Roman"/>
          <w:noProof/>
          <w:sz w:val="24"/>
          <w:szCs w:val="24"/>
        </w:rPr>
        <w:drawing>
          <wp:inline distT="0" distB="0" distL="0" distR="0" wp14:anchorId="597342D0" wp14:editId="35D7150F">
            <wp:extent cx="4643718" cy="4508500"/>
            <wp:effectExtent l="0" t="0" r="0" b="0"/>
            <wp:docPr id="9" name="Picture 9" descr="C:\Users\USER\Desktop\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1287" cy="4525558"/>
                    </a:xfrm>
                    <a:prstGeom prst="rect">
                      <a:avLst/>
                    </a:prstGeom>
                    <a:noFill/>
                    <a:ln>
                      <a:noFill/>
                    </a:ln>
                  </pic:spPr>
                </pic:pic>
              </a:graphicData>
            </a:graphic>
          </wp:inline>
        </w:drawing>
      </w:r>
    </w:p>
    <w:tbl>
      <w:tblPr>
        <w:tblW w:w="9529" w:type="dxa"/>
        <w:tblInd w:w="-1" w:type="dxa"/>
        <w:tblLayout w:type="fixed"/>
        <w:tblLook w:val="04A0" w:firstRow="1" w:lastRow="0" w:firstColumn="1" w:lastColumn="0" w:noHBand="0" w:noVBand="1"/>
      </w:tblPr>
      <w:tblGrid>
        <w:gridCol w:w="565"/>
        <w:gridCol w:w="8964"/>
      </w:tblGrid>
      <w:tr w:rsidR="00FC175B" w:rsidRPr="0081455A" w14:paraId="5EAA5BF6" w14:textId="77777777" w:rsidTr="00AA00FD">
        <w:trPr>
          <w:trHeight w:hRule="exact" w:val="1146"/>
        </w:trPr>
        <w:tc>
          <w:tcPr>
            <w:tcW w:w="565" w:type="dxa"/>
            <w:tcMar>
              <w:left w:w="0" w:type="dxa"/>
              <w:right w:w="0" w:type="dxa"/>
            </w:tcMar>
          </w:tcPr>
          <w:p w14:paraId="72160BC7" w14:textId="77777777" w:rsidR="00FC175B" w:rsidRPr="0081455A" w:rsidRDefault="0081455A" w:rsidP="0081455A">
            <w:pPr>
              <w:autoSpaceDE w:val="0"/>
              <w:autoSpaceDN w:val="0"/>
              <w:spacing w:after="0" w:line="480" w:lineRule="auto"/>
              <w:ind w:left="20"/>
              <w:rPr>
                <w:rFonts w:ascii="Times New Roman" w:hAnsi="Times New Roman" w:cs="Times New Roman"/>
                <w:sz w:val="24"/>
                <w:szCs w:val="24"/>
              </w:rPr>
            </w:pPr>
            <w:r w:rsidRPr="0081455A">
              <w:rPr>
                <w:rFonts w:ascii="Times New Roman" w:eastAsia="TimesNewRomanPS" w:hAnsi="Times New Roman" w:cs="Times New Roman"/>
                <w:b/>
                <w:color w:val="000000"/>
                <w:spacing w:val="-10"/>
                <w:sz w:val="24"/>
                <w:szCs w:val="24"/>
              </w:rPr>
              <w:t xml:space="preserve">1.5 </w:t>
            </w:r>
          </w:p>
        </w:tc>
        <w:tc>
          <w:tcPr>
            <w:tcW w:w="8964" w:type="dxa"/>
            <w:tcMar>
              <w:left w:w="0" w:type="dxa"/>
              <w:right w:w="0" w:type="dxa"/>
            </w:tcMar>
          </w:tcPr>
          <w:p w14:paraId="52CEB2B3" w14:textId="77777777" w:rsidR="00FC175B" w:rsidRPr="0081455A" w:rsidRDefault="0081455A" w:rsidP="0081455A">
            <w:pPr>
              <w:autoSpaceDE w:val="0"/>
              <w:autoSpaceDN w:val="0"/>
              <w:spacing w:before="10" w:after="0" w:line="480" w:lineRule="auto"/>
              <w:ind w:left="180"/>
              <w:rPr>
                <w:rFonts w:ascii="Times New Roman" w:hAnsi="Times New Roman" w:cs="Times New Roman"/>
                <w:sz w:val="24"/>
                <w:szCs w:val="24"/>
              </w:rPr>
            </w:pPr>
            <w:r w:rsidRPr="0081455A">
              <w:rPr>
                <w:rFonts w:ascii="Times New Roman" w:eastAsia="TimesNewRomanPS" w:hAnsi="Times New Roman" w:cs="Times New Roman"/>
                <w:b/>
                <w:color w:val="000000"/>
                <w:spacing w:val="-10"/>
                <w:sz w:val="24"/>
                <w:szCs w:val="24"/>
              </w:rPr>
              <w:t xml:space="preserve">PROJECT SPECIFICATION </w:t>
            </w:r>
            <w:r w:rsidRPr="0081455A">
              <w:rPr>
                <w:rFonts w:ascii="Times New Roman" w:hAnsi="Times New Roman" w:cs="Times New Roman"/>
                <w:sz w:val="24"/>
                <w:szCs w:val="24"/>
              </w:rPr>
              <w:br/>
            </w:r>
            <w:r w:rsidRPr="0081455A">
              <w:rPr>
                <w:rFonts w:ascii="Times New Roman" w:eastAsia="TimesNewRomanPSMT" w:hAnsi="Times New Roman" w:cs="Times New Roman"/>
                <w:color w:val="000000"/>
                <w:spacing w:val="-10"/>
                <w:sz w:val="24"/>
                <w:szCs w:val="24"/>
              </w:rPr>
              <w:t xml:space="preserve">This survey exercise was third order category. The required specification for this project </w:t>
            </w:r>
          </w:p>
        </w:tc>
      </w:tr>
    </w:tbl>
    <w:p w14:paraId="4896CB87" w14:textId="3BC55F73" w:rsidR="00FC175B" w:rsidRPr="0081455A" w:rsidRDefault="00AA00FD" w:rsidP="0081455A">
      <w:pPr>
        <w:autoSpaceDE w:val="0"/>
        <w:autoSpaceDN w:val="0"/>
        <w:spacing w:before="46" w:after="0" w:line="480" w:lineRule="auto"/>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Was</w:t>
      </w:r>
      <w:r w:rsidR="0081455A" w:rsidRPr="0081455A">
        <w:rPr>
          <w:rFonts w:ascii="Times New Roman" w:eastAsia="TimesNewRomanPSMT" w:hAnsi="Times New Roman" w:cs="Times New Roman"/>
          <w:color w:val="000000"/>
          <w:spacing w:val="-10"/>
          <w:sz w:val="24"/>
          <w:szCs w:val="24"/>
        </w:rPr>
        <w:t xml:space="preserve"> for large scale cadastral and engineering surveys as specified by the Surveyor's Council of </w:t>
      </w:r>
    </w:p>
    <w:p w14:paraId="5C0AC7BE" w14:textId="77777777" w:rsidR="00FC175B" w:rsidRPr="0081455A" w:rsidRDefault="0081455A" w:rsidP="0081455A">
      <w:pPr>
        <w:autoSpaceDE w:val="0"/>
        <w:autoSpaceDN w:val="0"/>
        <w:spacing w:before="96" w:after="0" w:line="480" w:lineRule="auto"/>
        <w:ind w:left="18"/>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Nigeria (SURCON). Such specifications are stated below;</w:t>
      </w:r>
    </w:p>
    <w:p w14:paraId="3CE72E2B" w14:textId="544595F1" w:rsidR="00FC175B" w:rsidRPr="0081455A" w:rsidRDefault="0081455A" w:rsidP="0081455A">
      <w:pPr>
        <w:tabs>
          <w:tab w:val="left" w:pos="738"/>
        </w:tabs>
        <w:autoSpaceDE w:val="0"/>
        <w:autoSpaceDN w:val="0"/>
        <w:spacing w:before="254" w:after="0" w:line="480" w:lineRule="auto"/>
        <w:ind w:left="252"/>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 xml:space="preserve">i.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Traverse must commence on </w:t>
      </w:r>
      <w:r w:rsidR="00AA00FD" w:rsidRPr="0081455A">
        <w:rPr>
          <w:rFonts w:ascii="Times New Roman" w:eastAsia="TimesNewRomanPSMT" w:hAnsi="Times New Roman" w:cs="Times New Roman"/>
          <w:color w:val="000000"/>
          <w:spacing w:val="-10"/>
          <w:sz w:val="24"/>
          <w:szCs w:val="24"/>
        </w:rPr>
        <w:t>known</w:t>
      </w:r>
      <w:r w:rsidRPr="0081455A">
        <w:rPr>
          <w:rFonts w:ascii="Times New Roman" w:eastAsia="TimesNewRomanPSMT" w:hAnsi="Times New Roman" w:cs="Times New Roman"/>
          <w:color w:val="000000"/>
          <w:spacing w:val="-10"/>
          <w:sz w:val="24"/>
          <w:szCs w:val="24"/>
        </w:rPr>
        <w:t xml:space="preserve"> controls and closed on the same or another set of second coordinated controls which must be confirmed undisturbed by necessary measurement (control checks) </w:t>
      </w:r>
    </w:p>
    <w:p w14:paraId="0BE2EE6F" w14:textId="77777777" w:rsidR="00FC175B" w:rsidRPr="0081455A" w:rsidRDefault="0081455A" w:rsidP="0081455A">
      <w:pPr>
        <w:tabs>
          <w:tab w:val="left" w:pos="738"/>
        </w:tabs>
        <w:autoSpaceDE w:val="0"/>
        <w:autoSpaceDN w:val="0"/>
        <w:spacing w:before="92" w:after="0" w:line="480" w:lineRule="auto"/>
        <w:ind w:left="184"/>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 xml:space="preserve">ii.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Allowable linear accuracy of third order traverse should not be less than 1:5000 </w:t>
      </w:r>
    </w:p>
    <w:p w14:paraId="1BE1BE64" w14:textId="77777777" w:rsidR="00FC175B" w:rsidRPr="0081455A" w:rsidRDefault="0081455A" w:rsidP="0081455A">
      <w:pPr>
        <w:tabs>
          <w:tab w:val="left" w:pos="738"/>
        </w:tabs>
        <w:autoSpaceDE w:val="0"/>
        <w:autoSpaceDN w:val="0"/>
        <w:spacing w:before="96" w:after="0" w:line="480" w:lineRule="auto"/>
        <w:ind w:left="120"/>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 xml:space="preserve">iii.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Allowable angular accuracy of third order traverse should not exceed 30″√n </w:t>
      </w:r>
    </w:p>
    <w:p w14:paraId="3E51C04B" w14:textId="77777777" w:rsidR="00FC175B" w:rsidRPr="0081455A" w:rsidRDefault="0081455A" w:rsidP="0081455A">
      <w:pPr>
        <w:tabs>
          <w:tab w:val="left" w:pos="738"/>
        </w:tabs>
        <w:autoSpaceDE w:val="0"/>
        <w:autoSpaceDN w:val="0"/>
        <w:spacing w:before="92" w:after="0" w:line="480" w:lineRule="auto"/>
        <w:ind w:left="132"/>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 xml:space="preserve">iv.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The traverse must be in loop and carefully closed at every 1km </w:t>
      </w:r>
    </w:p>
    <w:p w14:paraId="10694A50" w14:textId="0C9620A3" w:rsidR="00FC175B" w:rsidRPr="0081455A" w:rsidRDefault="0081455A" w:rsidP="0081455A">
      <w:pPr>
        <w:tabs>
          <w:tab w:val="left" w:pos="738"/>
        </w:tabs>
        <w:autoSpaceDE w:val="0"/>
        <w:autoSpaceDN w:val="0"/>
        <w:spacing w:before="96" w:after="0" w:line="480" w:lineRule="auto"/>
        <w:ind w:left="198"/>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 xml:space="preserve">v.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Chainages should be marked at every 25m interval starting from 0.0m </w:t>
      </w:r>
      <w:proofErr w:type="spellStart"/>
      <w:r w:rsidRPr="0081455A">
        <w:rPr>
          <w:rFonts w:ascii="Times New Roman" w:eastAsia="TimesNewRomanPSMT" w:hAnsi="Times New Roman" w:cs="Times New Roman"/>
          <w:color w:val="000000"/>
          <w:spacing w:val="-10"/>
          <w:sz w:val="24"/>
          <w:szCs w:val="24"/>
        </w:rPr>
        <w:t>chainage</w:t>
      </w:r>
      <w:proofErr w:type="spellEnd"/>
      <w:r w:rsidRPr="0081455A">
        <w:rPr>
          <w:rFonts w:ascii="Times New Roman" w:eastAsia="TimesNewRomanPSMT" w:hAnsi="Times New Roman" w:cs="Times New Roman"/>
          <w:color w:val="000000"/>
          <w:spacing w:val="-10"/>
          <w:sz w:val="24"/>
          <w:szCs w:val="24"/>
        </w:rPr>
        <w:t xml:space="preserve"> to the end. </w:t>
      </w:r>
    </w:p>
    <w:p w14:paraId="32549503" w14:textId="77777777" w:rsidR="00FC175B" w:rsidRPr="0081455A" w:rsidRDefault="0081455A" w:rsidP="0081455A">
      <w:pPr>
        <w:tabs>
          <w:tab w:val="left" w:pos="738"/>
        </w:tabs>
        <w:autoSpaceDE w:val="0"/>
        <w:autoSpaceDN w:val="0"/>
        <w:spacing w:before="96" w:after="0" w:line="480" w:lineRule="auto"/>
        <w:ind w:left="132"/>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 xml:space="preserve">vi.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Marking of cross-section at every 5m and 10m on both side of road from the Centre line </w:t>
      </w:r>
    </w:p>
    <w:p w14:paraId="0875239F" w14:textId="2F2F17B8" w:rsidR="00FC175B" w:rsidRPr="0081455A" w:rsidRDefault="0081455A" w:rsidP="0081455A">
      <w:pPr>
        <w:tabs>
          <w:tab w:val="left" w:pos="738"/>
        </w:tabs>
        <w:autoSpaceDE w:val="0"/>
        <w:autoSpaceDN w:val="0"/>
        <w:spacing w:before="92" w:after="0" w:line="480" w:lineRule="auto"/>
        <w:ind w:left="64"/>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 xml:space="preserve">vii.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Longitudinal and cross-section heightens, traversing and detailing should be done using Total Station </w:t>
      </w:r>
    </w:p>
    <w:p w14:paraId="45A9502C" w14:textId="77777777" w:rsidR="00AA00FD" w:rsidRPr="0081455A" w:rsidRDefault="0081455A" w:rsidP="0081455A">
      <w:pPr>
        <w:tabs>
          <w:tab w:val="left" w:pos="738"/>
        </w:tabs>
        <w:autoSpaceDE w:val="0"/>
        <w:autoSpaceDN w:val="0"/>
        <w:spacing w:before="92" w:after="0" w:line="480" w:lineRule="auto"/>
        <w:rPr>
          <w:rFonts w:ascii="Times New Roman" w:hAnsi="Times New Roman" w:cs="Times New Roman"/>
          <w:sz w:val="24"/>
          <w:szCs w:val="24"/>
        </w:rPr>
      </w:pPr>
      <w:proofErr w:type="gramStart"/>
      <w:r w:rsidRPr="0081455A">
        <w:rPr>
          <w:rFonts w:ascii="Times New Roman" w:eastAsia="TimesNewRomanPSMT" w:hAnsi="Times New Roman" w:cs="Times New Roman"/>
          <w:color w:val="000000"/>
          <w:spacing w:val="-10"/>
          <w:sz w:val="24"/>
          <w:szCs w:val="24"/>
        </w:rPr>
        <w:lastRenderedPageBreak/>
        <w:t>viii</w:t>
      </w:r>
      <w:proofErr w:type="gramEnd"/>
      <w:r w:rsidRPr="0081455A">
        <w:rPr>
          <w:rFonts w:ascii="Times New Roman" w:eastAsia="TimesNewRomanPSMT" w:hAnsi="Times New Roman" w:cs="Times New Roman"/>
          <w:color w:val="000000"/>
          <w:spacing w:val="-10"/>
          <w:sz w:val="24"/>
          <w:szCs w:val="24"/>
        </w:rPr>
        <w:t xml:space="preserve">.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Alignments design of the route should be carefully done with estimation of amount of cut and fill through volume computation. </w:t>
      </w:r>
    </w:p>
    <w:p w14:paraId="26AECF05" w14:textId="0B757683" w:rsidR="00AA00FD" w:rsidRPr="0081455A" w:rsidRDefault="00AA00FD" w:rsidP="0081455A">
      <w:pPr>
        <w:tabs>
          <w:tab w:val="left" w:pos="738"/>
        </w:tabs>
        <w:autoSpaceDE w:val="0"/>
        <w:autoSpaceDN w:val="0"/>
        <w:spacing w:before="92" w:after="0" w:line="480" w:lineRule="auto"/>
        <w:rPr>
          <w:rFonts w:ascii="Times New Roman" w:hAnsi="Times New Roman" w:cs="Times New Roman"/>
          <w:sz w:val="24"/>
          <w:szCs w:val="24"/>
        </w:rPr>
      </w:pPr>
      <w:r w:rsidRPr="0081455A">
        <w:rPr>
          <w:rFonts w:ascii="Times New Roman" w:eastAsia="Times New Roman" w:hAnsi="Times New Roman" w:cs="Times New Roman"/>
          <w:b/>
          <w:sz w:val="24"/>
          <w:szCs w:val="24"/>
        </w:rPr>
        <w:t>1.8.</w:t>
      </w:r>
      <w:r w:rsidRPr="0081455A">
        <w:rPr>
          <w:rFonts w:ascii="Times New Roman" w:eastAsia="Times New Roman" w:hAnsi="Times New Roman" w:cs="Times New Roman"/>
          <w:b/>
          <w:sz w:val="24"/>
          <w:szCs w:val="24"/>
        </w:rPr>
        <w:tab/>
        <w:t>PERSONNEL INVOLVED</w:t>
      </w:r>
    </w:p>
    <w:p w14:paraId="1B48BA00" w14:textId="77777777" w:rsidR="00AA00FD" w:rsidRPr="0081455A" w:rsidRDefault="00AA00FD" w:rsidP="0081455A">
      <w:pPr>
        <w:pStyle w:val="NoSpacing"/>
        <w:spacing w:line="480" w:lineRule="auto"/>
        <w:ind w:firstLine="720"/>
        <w:rPr>
          <w:rFonts w:ascii="Times New Roman" w:hAnsi="Times New Roman" w:cs="Times New Roman"/>
          <w:b/>
          <w:sz w:val="24"/>
          <w:szCs w:val="24"/>
        </w:rPr>
      </w:pPr>
      <w:r w:rsidRPr="0081455A">
        <w:rPr>
          <w:rFonts w:ascii="Times New Roman" w:hAnsi="Times New Roman" w:cs="Times New Roman"/>
          <w:b/>
          <w:sz w:val="24"/>
          <w:szCs w:val="24"/>
        </w:rPr>
        <w:t xml:space="preserve">Name                                      </w:t>
      </w:r>
      <w:r w:rsidRPr="0081455A">
        <w:rPr>
          <w:rFonts w:ascii="Times New Roman" w:hAnsi="Times New Roman" w:cs="Times New Roman"/>
          <w:b/>
          <w:sz w:val="24"/>
          <w:szCs w:val="24"/>
        </w:rPr>
        <w:tab/>
        <w:t xml:space="preserve"> </w:t>
      </w:r>
      <w:r w:rsidRPr="0081455A">
        <w:rPr>
          <w:rFonts w:ascii="Times New Roman" w:hAnsi="Times New Roman" w:cs="Times New Roman"/>
          <w:b/>
          <w:sz w:val="24"/>
          <w:szCs w:val="24"/>
        </w:rPr>
        <w:tab/>
        <w:t>Matric Number</w:t>
      </w:r>
      <w:r w:rsidRPr="0081455A">
        <w:rPr>
          <w:rFonts w:ascii="Times New Roman" w:hAnsi="Times New Roman" w:cs="Times New Roman"/>
          <w:b/>
          <w:sz w:val="24"/>
          <w:szCs w:val="24"/>
        </w:rPr>
        <w:tab/>
      </w:r>
      <w:r w:rsidRPr="0081455A">
        <w:rPr>
          <w:rFonts w:ascii="Times New Roman" w:hAnsi="Times New Roman" w:cs="Times New Roman"/>
          <w:b/>
          <w:sz w:val="24"/>
          <w:szCs w:val="24"/>
        </w:rPr>
        <w:tab/>
        <w:t>Role</w:t>
      </w:r>
    </w:p>
    <w:p w14:paraId="180158F1" w14:textId="2632D452" w:rsidR="00AA00FD" w:rsidRPr="0081455A" w:rsidRDefault="00AA00FD" w:rsidP="00585E09">
      <w:pPr>
        <w:pStyle w:val="NoSpacing"/>
        <w:numPr>
          <w:ilvl w:val="0"/>
          <w:numId w:val="9"/>
        </w:numPr>
        <w:spacing w:line="480" w:lineRule="auto"/>
        <w:ind w:hanging="720"/>
        <w:rPr>
          <w:rFonts w:ascii="Times New Roman" w:eastAsia="Times New Roman" w:hAnsi="Times New Roman" w:cs="Times New Roman"/>
          <w:sz w:val="24"/>
          <w:szCs w:val="24"/>
        </w:rPr>
      </w:pPr>
      <w:proofErr w:type="spellStart"/>
      <w:r w:rsidRPr="0081455A">
        <w:rPr>
          <w:rFonts w:ascii="Times New Roman" w:eastAsia="Times New Roman" w:hAnsi="Times New Roman" w:cs="Times New Roman"/>
          <w:sz w:val="24"/>
          <w:szCs w:val="24"/>
        </w:rPr>
        <w:t>Ojo</w:t>
      </w:r>
      <w:proofErr w:type="spellEnd"/>
      <w:r w:rsidRPr="0081455A">
        <w:rPr>
          <w:rFonts w:ascii="Times New Roman" w:eastAsia="Times New Roman" w:hAnsi="Times New Roman" w:cs="Times New Roman"/>
          <w:sz w:val="24"/>
          <w:szCs w:val="24"/>
        </w:rPr>
        <w:t xml:space="preserve"> Simon </w:t>
      </w:r>
      <w:proofErr w:type="spellStart"/>
      <w:r w:rsidRPr="0081455A">
        <w:rPr>
          <w:rFonts w:ascii="Times New Roman" w:eastAsia="Times New Roman" w:hAnsi="Times New Roman" w:cs="Times New Roman"/>
          <w:sz w:val="24"/>
          <w:szCs w:val="24"/>
        </w:rPr>
        <w:t>Abayomi</w:t>
      </w:r>
      <w:proofErr w:type="spellEnd"/>
      <w:r w:rsidRPr="0081455A">
        <w:rPr>
          <w:rFonts w:ascii="Times New Roman" w:eastAsia="Times New Roman" w:hAnsi="Times New Roman" w:cs="Times New Roman"/>
          <w:sz w:val="24"/>
          <w:szCs w:val="24"/>
        </w:rPr>
        <w:tab/>
      </w:r>
      <w:r w:rsidRPr="0081455A">
        <w:rPr>
          <w:rFonts w:ascii="Times New Roman" w:eastAsia="Times New Roman" w:hAnsi="Times New Roman" w:cs="Times New Roman"/>
          <w:sz w:val="24"/>
          <w:szCs w:val="24"/>
        </w:rPr>
        <w:tab/>
      </w:r>
      <w:r w:rsidRPr="0081455A">
        <w:rPr>
          <w:rFonts w:ascii="Times New Roman" w:eastAsia="Times New Roman" w:hAnsi="Times New Roman" w:cs="Times New Roman"/>
          <w:sz w:val="24"/>
          <w:szCs w:val="24"/>
        </w:rPr>
        <w:tab/>
        <w:t>HND/23/SGI/FT/0114</w:t>
      </w:r>
      <w:r w:rsidRPr="0081455A">
        <w:rPr>
          <w:rFonts w:ascii="Times New Roman" w:eastAsia="Times New Roman" w:hAnsi="Times New Roman" w:cs="Times New Roman"/>
          <w:sz w:val="24"/>
          <w:szCs w:val="24"/>
        </w:rPr>
        <w:tab/>
        <w:t>Author</w:t>
      </w:r>
    </w:p>
    <w:p w14:paraId="37F04601" w14:textId="77777777" w:rsidR="00AA00FD" w:rsidRPr="0081455A" w:rsidRDefault="00AA00FD" w:rsidP="00585E09">
      <w:pPr>
        <w:pStyle w:val="NoSpacing"/>
        <w:numPr>
          <w:ilvl w:val="0"/>
          <w:numId w:val="9"/>
        </w:numPr>
        <w:spacing w:line="480" w:lineRule="auto"/>
        <w:ind w:hanging="720"/>
        <w:rPr>
          <w:rFonts w:ascii="Times New Roman" w:eastAsia="Times New Roman" w:hAnsi="Times New Roman" w:cs="Times New Roman"/>
          <w:sz w:val="24"/>
          <w:szCs w:val="24"/>
        </w:rPr>
      </w:pPr>
      <w:proofErr w:type="spellStart"/>
      <w:r w:rsidRPr="0081455A">
        <w:rPr>
          <w:rFonts w:ascii="Times New Roman" w:eastAsia="Times New Roman" w:hAnsi="Times New Roman" w:cs="Times New Roman"/>
          <w:sz w:val="24"/>
          <w:szCs w:val="24"/>
        </w:rPr>
        <w:t>Aina</w:t>
      </w:r>
      <w:proofErr w:type="spellEnd"/>
      <w:r w:rsidRPr="0081455A">
        <w:rPr>
          <w:rFonts w:ascii="Times New Roman" w:eastAsia="Times New Roman" w:hAnsi="Times New Roman" w:cs="Times New Roman"/>
          <w:sz w:val="24"/>
          <w:szCs w:val="24"/>
        </w:rPr>
        <w:t xml:space="preserve"> Joseph </w:t>
      </w:r>
      <w:proofErr w:type="spellStart"/>
      <w:r w:rsidRPr="0081455A">
        <w:rPr>
          <w:rFonts w:ascii="Times New Roman" w:eastAsia="Times New Roman" w:hAnsi="Times New Roman" w:cs="Times New Roman"/>
          <w:sz w:val="24"/>
          <w:szCs w:val="24"/>
        </w:rPr>
        <w:t>Olasunkanmi</w:t>
      </w:r>
      <w:proofErr w:type="spellEnd"/>
      <w:r w:rsidRPr="0081455A">
        <w:rPr>
          <w:rFonts w:ascii="Times New Roman" w:eastAsia="Times New Roman" w:hAnsi="Times New Roman" w:cs="Times New Roman"/>
          <w:sz w:val="24"/>
          <w:szCs w:val="24"/>
        </w:rPr>
        <w:tab/>
      </w:r>
      <w:r w:rsidRPr="0081455A">
        <w:rPr>
          <w:rFonts w:ascii="Times New Roman" w:eastAsia="Times New Roman" w:hAnsi="Times New Roman" w:cs="Times New Roman"/>
          <w:sz w:val="24"/>
          <w:szCs w:val="24"/>
        </w:rPr>
        <w:tab/>
        <w:t>HND/23/SGI/FT/0116</w:t>
      </w:r>
      <w:r w:rsidRPr="0081455A">
        <w:rPr>
          <w:rFonts w:ascii="Times New Roman" w:eastAsia="Times New Roman" w:hAnsi="Times New Roman" w:cs="Times New Roman"/>
          <w:sz w:val="24"/>
          <w:szCs w:val="24"/>
        </w:rPr>
        <w:tab/>
        <w:t>Member</w:t>
      </w:r>
    </w:p>
    <w:p w14:paraId="17BA7865" w14:textId="77777777" w:rsidR="00AA00FD" w:rsidRPr="0081455A" w:rsidRDefault="00AA00FD" w:rsidP="00585E09">
      <w:pPr>
        <w:pStyle w:val="NoSpacing"/>
        <w:numPr>
          <w:ilvl w:val="0"/>
          <w:numId w:val="9"/>
        </w:numPr>
        <w:spacing w:line="480" w:lineRule="auto"/>
        <w:ind w:hanging="720"/>
        <w:rPr>
          <w:rFonts w:ascii="Times New Roman" w:eastAsia="Times New Roman" w:hAnsi="Times New Roman" w:cs="Times New Roman"/>
          <w:sz w:val="24"/>
          <w:szCs w:val="24"/>
        </w:rPr>
      </w:pPr>
      <w:proofErr w:type="spellStart"/>
      <w:r w:rsidRPr="0081455A">
        <w:rPr>
          <w:rFonts w:ascii="Times New Roman" w:eastAsia="Times New Roman" w:hAnsi="Times New Roman" w:cs="Times New Roman"/>
          <w:sz w:val="24"/>
          <w:szCs w:val="24"/>
        </w:rPr>
        <w:t>Soladoye</w:t>
      </w:r>
      <w:proofErr w:type="spellEnd"/>
      <w:r w:rsidRPr="0081455A">
        <w:rPr>
          <w:rFonts w:ascii="Times New Roman" w:eastAsia="Times New Roman" w:hAnsi="Times New Roman" w:cs="Times New Roman"/>
          <w:sz w:val="24"/>
          <w:szCs w:val="24"/>
        </w:rPr>
        <w:t xml:space="preserve"> </w:t>
      </w:r>
      <w:proofErr w:type="spellStart"/>
      <w:r w:rsidRPr="0081455A">
        <w:rPr>
          <w:rFonts w:ascii="Times New Roman" w:eastAsia="Times New Roman" w:hAnsi="Times New Roman" w:cs="Times New Roman"/>
          <w:sz w:val="24"/>
          <w:szCs w:val="24"/>
        </w:rPr>
        <w:t>Amidat</w:t>
      </w:r>
      <w:proofErr w:type="spellEnd"/>
      <w:r w:rsidRPr="0081455A">
        <w:rPr>
          <w:rFonts w:ascii="Times New Roman" w:eastAsia="Times New Roman" w:hAnsi="Times New Roman" w:cs="Times New Roman"/>
          <w:sz w:val="24"/>
          <w:szCs w:val="24"/>
        </w:rPr>
        <w:t xml:space="preserve"> </w:t>
      </w:r>
      <w:proofErr w:type="spellStart"/>
      <w:r w:rsidRPr="0081455A">
        <w:rPr>
          <w:rFonts w:ascii="Times New Roman" w:eastAsia="Times New Roman" w:hAnsi="Times New Roman" w:cs="Times New Roman"/>
          <w:sz w:val="24"/>
          <w:szCs w:val="24"/>
        </w:rPr>
        <w:t>Olabisi</w:t>
      </w:r>
      <w:proofErr w:type="spellEnd"/>
      <w:r w:rsidRPr="0081455A">
        <w:rPr>
          <w:rFonts w:ascii="Times New Roman" w:eastAsia="Times New Roman" w:hAnsi="Times New Roman" w:cs="Times New Roman"/>
          <w:sz w:val="24"/>
          <w:szCs w:val="24"/>
        </w:rPr>
        <w:tab/>
      </w:r>
      <w:r w:rsidRPr="0081455A">
        <w:rPr>
          <w:rFonts w:ascii="Times New Roman" w:eastAsia="Times New Roman" w:hAnsi="Times New Roman" w:cs="Times New Roman"/>
          <w:sz w:val="24"/>
          <w:szCs w:val="24"/>
        </w:rPr>
        <w:tab/>
        <w:t>HND/23/SGI/FT/0109</w:t>
      </w:r>
      <w:r w:rsidRPr="0081455A">
        <w:rPr>
          <w:rFonts w:ascii="Times New Roman" w:eastAsia="Times New Roman" w:hAnsi="Times New Roman" w:cs="Times New Roman"/>
          <w:sz w:val="24"/>
          <w:szCs w:val="24"/>
        </w:rPr>
        <w:tab/>
        <w:t>Member</w:t>
      </w:r>
    </w:p>
    <w:p w14:paraId="67A980F9" w14:textId="77777777" w:rsidR="00AA00FD" w:rsidRPr="0081455A" w:rsidRDefault="00AA00FD" w:rsidP="00585E09">
      <w:pPr>
        <w:pStyle w:val="NoSpacing"/>
        <w:numPr>
          <w:ilvl w:val="0"/>
          <w:numId w:val="9"/>
        </w:numPr>
        <w:spacing w:line="480" w:lineRule="auto"/>
        <w:ind w:hanging="720"/>
        <w:rPr>
          <w:rFonts w:ascii="Times New Roman" w:eastAsia="Times New Roman" w:hAnsi="Times New Roman" w:cs="Times New Roman"/>
          <w:sz w:val="24"/>
          <w:szCs w:val="24"/>
        </w:rPr>
      </w:pPr>
      <w:proofErr w:type="spellStart"/>
      <w:r w:rsidRPr="0081455A">
        <w:rPr>
          <w:rFonts w:ascii="Times New Roman" w:eastAsia="Times New Roman" w:hAnsi="Times New Roman" w:cs="Times New Roman"/>
          <w:sz w:val="24"/>
          <w:szCs w:val="24"/>
        </w:rPr>
        <w:t>Sodiq</w:t>
      </w:r>
      <w:proofErr w:type="spellEnd"/>
      <w:r w:rsidRPr="0081455A">
        <w:rPr>
          <w:rFonts w:ascii="Times New Roman" w:eastAsia="Times New Roman" w:hAnsi="Times New Roman" w:cs="Times New Roman"/>
          <w:sz w:val="24"/>
          <w:szCs w:val="24"/>
        </w:rPr>
        <w:t xml:space="preserve"> </w:t>
      </w:r>
      <w:proofErr w:type="spellStart"/>
      <w:r w:rsidRPr="0081455A">
        <w:rPr>
          <w:rFonts w:ascii="Times New Roman" w:eastAsia="Times New Roman" w:hAnsi="Times New Roman" w:cs="Times New Roman"/>
          <w:sz w:val="24"/>
          <w:szCs w:val="24"/>
        </w:rPr>
        <w:t>Ayuba</w:t>
      </w:r>
      <w:proofErr w:type="spellEnd"/>
      <w:r w:rsidRPr="0081455A">
        <w:rPr>
          <w:rFonts w:ascii="Times New Roman" w:eastAsia="Times New Roman" w:hAnsi="Times New Roman" w:cs="Times New Roman"/>
          <w:sz w:val="24"/>
          <w:szCs w:val="24"/>
        </w:rPr>
        <w:t xml:space="preserve"> Adebayo</w:t>
      </w:r>
      <w:r w:rsidRPr="0081455A">
        <w:rPr>
          <w:rFonts w:ascii="Times New Roman" w:eastAsia="Times New Roman" w:hAnsi="Times New Roman" w:cs="Times New Roman"/>
          <w:sz w:val="24"/>
          <w:szCs w:val="24"/>
        </w:rPr>
        <w:tab/>
      </w:r>
      <w:r w:rsidRPr="0081455A">
        <w:rPr>
          <w:rFonts w:ascii="Times New Roman" w:eastAsia="Times New Roman" w:hAnsi="Times New Roman" w:cs="Times New Roman"/>
          <w:sz w:val="24"/>
          <w:szCs w:val="24"/>
        </w:rPr>
        <w:tab/>
        <w:t>HND/23/SGI/FT/0110</w:t>
      </w:r>
      <w:r w:rsidRPr="0081455A">
        <w:rPr>
          <w:rFonts w:ascii="Times New Roman" w:eastAsia="Times New Roman" w:hAnsi="Times New Roman" w:cs="Times New Roman"/>
          <w:sz w:val="24"/>
          <w:szCs w:val="24"/>
        </w:rPr>
        <w:tab/>
        <w:t>Member</w:t>
      </w:r>
    </w:p>
    <w:p w14:paraId="05D4CD0E" w14:textId="3E3AD2F4" w:rsidR="00AA00FD" w:rsidRPr="0081455A" w:rsidRDefault="00AA00FD" w:rsidP="00585E09">
      <w:pPr>
        <w:pStyle w:val="NoSpacing"/>
        <w:numPr>
          <w:ilvl w:val="0"/>
          <w:numId w:val="9"/>
        </w:numPr>
        <w:spacing w:line="480" w:lineRule="auto"/>
        <w:ind w:hanging="720"/>
        <w:rPr>
          <w:rFonts w:ascii="Times New Roman" w:eastAsia="Times New Roman" w:hAnsi="Times New Roman" w:cs="Times New Roman"/>
          <w:sz w:val="24"/>
          <w:szCs w:val="24"/>
        </w:rPr>
      </w:pPr>
      <w:proofErr w:type="spellStart"/>
      <w:r w:rsidRPr="0081455A">
        <w:rPr>
          <w:rFonts w:ascii="Times New Roman" w:eastAsia="Times New Roman" w:hAnsi="Times New Roman" w:cs="Times New Roman"/>
          <w:sz w:val="24"/>
          <w:szCs w:val="24"/>
        </w:rPr>
        <w:t>Okunoye</w:t>
      </w:r>
      <w:proofErr w:type="spellEnd"/>
      <w:r w:rsidRPr="0081455A">
        <w:rPr>
          <w:rFonts w:ascii="Times New Roman" w:eastAsia="Times New Roman" w:hAnsi="Times New Roman" w:cs="Times New Roman"/>
          <w:sz w:val="24"/>
          <w:szCs w:val="24"/>
        </w:rPr>
        <w:t xml:space="preserve"> </w:t>
      </w:r>
      <w:proofErr w:type="spellStart"/>
      <w:r w:rsidRPr="0081455A">
        <w:rPr>
          <w:rFonts w:ascii="Times New Roman" w:eastAsia="Times New Roman" w:hAnsi="Times New Roman" w:cs="Times New Roman"/>
          <w:sz w:val="24"/>
          <w:szCs w:val="24"/>
        </w:rPr>
        <w:t>Nafisat</w:t>
      </w:r>
      <w:proofErr w:type="spellEnd"/>
      <w:r w:rsidRPr="0081455A">
        <w:rPr>
          <w:rFonts w:ascii="Times New Roman" w:eastAsia="Times New Roman" w:hAnsi="Times New Roman" w:cs="Times New Roman"/>
          <w:sz w:val="24"/>
          <w:szCs w:val="24"/>
        </w:rPr>
        <w:t xml:space="preserve"> </w:t>
      </w:r>
      <w:proofErr w:type="spellStart"/>
      <w:r w:rsidRPr="0081455A">
        <w:rPr>
          <w:rFonts w:ascii="Times New Roman" w:eastAsia="Times New Roman" w:hAnsi="Times New Roman" w:cs="Times New Roman"/>
          <w:sz w:val="24"/>
          <w:szCs w:val="24"/>
        </w:rPr>
        <w:t>Adeyemi</w:t>
      </w:r>
      <w:proofErr w:type="spellEnd"/>
      <w:r w:rsidRPr="0081455A">
        <w:rPr>
          <w:rFonts w:ascii="Times New Roman" w:eastAsia="Times New Roman" w:hAnsi="Times New Roman" w:cs="Times New Roman"/>
          <w:sz w:val="24"/>
          <w:szCs w:val="24"/>
        </w:rPr>
        <w:tab/>
      </w:r>
      <w:r w:rsidRPr="0081455A">
        <w:rPr>
          <w:rFonts w:ascii="Times New Roman" w:eastAsia="Times New Roman" w:hAnsi="Times New Roman" w:cs="Times New Roman"/>
          <w:sz w:val="24"/>
          <w:szCs w:val="24"/>
        </w:rPr>
        <w:tab/>
        <w:t>HND/23/SGI/FT/0111</w:t>
      </w:r>
      <w:r w:rsidRPr="0081455A">
        <w:rPr>
          <w:rFonts w:ascii="Times New Roman" w:eastAsia="Times New Roman" w:hAnsi="Times New Roman" w:cs="Times New Roman"/>
          <w:sz w:val="24"/>
          <w:szCs w:val="24"/>
        </w:rPr>
        <w:tab/>
        <w:t>Member</w:t>
      </w:r>
    </w:p>
    <w:p w14:paraId="78509E30" w14:textId="77777777" w:rsidR="00AA00FD" w:rsidRPr="0081455A" w:rsidRDefault="00AA00FD" w:rsidP="00585E09">
      <w:pPr>
        <w:pStyle w:val="NoSpacing"/>
        <w:numPr>
          <w:ilvl w:val="0"/>
          <w:numId w:val="9"/>
        </w:numPr>
        <w:spacing w:line="480" w:lineRule="auto"/>
        <w:ind w:hanging="720"/>
        <w:rPr>
          <w:rFonts w:ascii="Times New Roman" w:eastAsia="Times New Roman" w:hAnsi="Times New Roman" w:cs="Times New Roman"/>
          <w:sz w:val="24"/>
          <w:szCs w:val="24"/>
        </w:rPr>
      </w:pPr>
      <w:proofErr w:type="spellStart"/>
      <w:r w:rsidRPr="0081455A">
        <w:rPr>
          <w:rFonts w:ascii="Times New Roman" w:eastAsia="Times New Roman" w:hAnsi="Times New Roman" w:cs="Times New Roman"/>
          <w:sz w:val="24"/>
          <w:szCs w:val="24"/>
        </w:rPr>
        <w:t>Rotimi</w:t>
      </w:r>
      <w:proofErr w:type="spellEnd"/>
      <w:r w:rsidRPr="0081455A">
        <w:rPr>
          <w:rFonts w:ascii="Times New Roman" w:eastAsia="Times New Roman" w:hAnsi="Times New Roman" w:cs="Times New Roman"/>
          <w:sz w:val="24"/>
          <w:szCs w:val="24"/>
        </w:rPr>
        <w:t xml:space="preserve"> </w:t>
      </w:r>
      <w:proofErr w:type="spellStart"/>
      <w:r w:rsidRPr="0081455A">
        <w:rPr>
          <w:rFonts w:ascii="Times New Roman" w:eastAsia="Times New Roman" w:hAnsi="Times New Roman" w:cs="Times New Roman"/>
          <w:sz w:val="24"/>
          <w:szCs w:val="24"/>
        </w:rPr>
        <w:t>Iyanuoluwa</w:t>
      </w:r>
      <w:proofErr w:type="spellEnd"/>
      <w:r w:rsidRPr="0081455A">
        <w:rPr>
          <w:rFonts w:ascii="Times New Roman" w:eastAsia="Times New Roman" w:hAnsi="Times New Roman" w:cs="Times New Roman"/>
          <w:sz w:val="24"/>
          <w:szCs w:val="24"/>
        </w:rPr>
        <w:t xml:space="preserve"> </w:t>
      </w:r>
      <w:proofErr w:type="spellStart"/>
      <w:r w:rsidRPr="0081455A">
        <w:rPr>
          <w:rFonts w:ascii="Times New Roman" w:eastAsia="Times New Roman" w:hAnsi="Times New Roman" w:cs="Times New Roman"/>
          <w:sz w:val="24"/>
          <w:szCs w:val="24"/>
        </w:rPr>
        <w:t>Anu</w:t>
      </w:r>
      <w:proofErr w:type="spellEnd"/>
      <w:r w:rsidRPr="0081455A">
        <w:rPr>
          <w:rFonts w:ascii="Times New Roman" w:eastAsia="Times New Roman" w:hAnsi="Times New Roman" w:cs="Times New Roman"/>
          <w:sz w:val="24"/>
          <w:szCs w:val="24"/>
        </w:rPr>
        <w:tab/>
      </w:r>
      <w:r w:rsidRPr="0081455A">
        <w:rPr>
          <w:rFonts w:ascii="Times New Roman" w:eastAsia="Times New Roman" w:hAnsi="Times New Roman" w:cs="Times New Roman"/>
          <w:sz w:val="24"/>
          <w:szCs w:val="24"/>
        </w:rPr>
        <w:tab/>
        <w:t>HND/23/SGI/FT/0104</w:t>
      </w:r>
      <w:r w:rsidRPr="0081455A">
        <w:rPr>
          <w:rFonts w:ascii="Times New Roman" w:eastAsia="Times New Roman" w:hAnsi="Times New Roman" w:cs="Times New Roman"/>
          <w:sz w:val="24"/>
          <w:szCs w:val="24"/>
        </w:rPr>
        <w:tab/>
        <w:t>Member</w:t>
      </w:r>
    </w:p>
    <w:p w14:paraId="47D19D56" w14:textId="77777777" w:rsidR="00AA00FD" w:rsidRPr="0081455A" w:rsidRDefault="00AA00FD" w:rsidP="00585E09">
      <w:pPr>
        <w:pStyle w:val="NoSpacing"/>
        <w:numPr>
          <w:ilvl w:val="0"/>
          <w:numId w:val="9"/>
        </w:numPr>
        <w:spacing w:line="480" w:lineRule="auto"/>
        <w:ind w:hanging="720"/>
        <w:rPr>
          <w:rFonts w:ascii="Times New Roman" w:eastAsia="Times New Roman" w:hAnsi="Times New Roman" w:cs="Times New Roman"/>
          <w:sz w:val="24"/>
          <w:szCs w:val="24"/>
        </w:rPr>
      </w:pPr>
      <w:proofErr w:type="spellStart"/>
      <w:r w:rsidRPr="0081455A">
        <w:rPr>
          <w:rFonts w:ascii="Times New Roman" w:eastAsia="Times New Roman" w:hAnsi="Times New Roman" w:cs="Times New Roman"/>
          <w:sz w:val="24"/>
          <w:szCs w:val="24"/>
        </w:rPr>
        <w:t>Babatunde</w:t>
      </w:r>
      <w:proofErr w:type="spellEnd"/>
      <w:r w:rsidRPr="0081455A">
        <w:rPr>
          <w:rFonts w:ascii="Times New Roman" w:eastAsia="Times New Roman" w:hAnsi="Times New Roman" w:cs="Times New Roman"/>
          <w:sz w:val="24"/>
          <w:szCs w:val="24"/>
        </w:rPr>
        <w:t xml:space="preserve"> S. </w:t>
      </w:r>
      <w:proofErr w:type="spellStart"/>
      <w:r w:rsidRPr="0081455A">
        <w:rPr>
          <w:rFonts w:ascii="Times New Roman" w:eastAsia="Times New Roman" w:hAnsi="Times New Roman" w:cs="Times New Roman"/>
          <w:sz w:val="24"/>
          <w:szCs w:val="24"/>
        </w:rPr>
        <w:t>Jokotola</w:t>
      </w:r>
      <w:proofErr w:type="spellEnd"/>
      <w:r w:rsidRPr="0081455A">
        <w:rPr>
          <w:rFonts w:ascii="Times New Roman" w:eastAsia="Times New Roman" w:hAnsi="Times New Roman" w:cs="Times New Roman"/>
          <w:sz w:val="24"/>
          <w:szCs w:val="24"/>
        </w:rPr>
        <w:tab/>
      </w:r>
      <w:r w:rsidRPr="0081455A">
        <w:rPr>
          <w:rFonts w:ascii="Times New Roman" w:eastAsia="Times New Roman" w:hAnsi="Times New Roman" w:cs="Times New Roman"/>
          <w:sz w:val="24"/>
          <w:szCs w:val="24"/>
        </w:rPr>
        <w:tab/>
      </w:r>
      <w:r w:rsidRPr="0081455A">
        <w:rPr>
          <w:rFonts w:ascii="Times New Roman" w:eastAsia="Times New Roman" w:hAnsi="Times New Roman" w:cs="Times New Roman"/>
          <w:sz w:val="24"/>
          <w:szCs w:val="24"/>
        </w:rPr>
        <w:tab/>
        <w:t>HND/22/SGI/FT/0113</w:t>
      </w:r>
      <w:r w:rsidRPr="0081455A">
        <w:rPr>
          <w:rFonts w:ascii="Times New Roman" w:eastAsia="Times New Roman" w:hAnsi="Times New Roman" w:cs="Times New Roman"/>
          <w:sz w:val="24"/>
          <w:szCs w:val="24"/>
        </w:rPr>
        <w:tab/>
        <w:t>Member</w:t>
      </w:r>
    </w:p>
    <w:p w14:paraId="3CADA78A" w14:textId="77777777" w:rsidR="00AA00FD" w:rsidRPr="0081455A" w:rsidRDefault="00AA00FD" w:rsidP="0081455A">
      <w:pPr>
        <w:tabs>
          <w:tab w:val="left" w:pos="738"/>
        </w:tabs>
        <w:autoSpaceDE w:val="0"/>
        <w:autoSpaceDN w:val="0"/>
        <w:spacing w:before="92" w:after="0" w:line="480" w:lineRule="auto"/>
        <w:rPr>
          <w:rFonts w:ascii="Times New Roman" w:hAnsi="Times New Roman" w:cs="Times New Roman"/>
          <w:sz w:val="24"/>
          <w:szCs w:val="24"/>
        </w:rPr>
        <w:sectPr w:rsidR="00AA00FD" w:rsidRPr="0081455A">
          <w:pgSz w:w="12240" w:h="15840"/>
          <w:pgMar w:top="572" w:right="1358" w:bottom="100" w:left="1422" w:header="720" w:footer="720" w:gutter="0"/>
          <w:cols w:space="720"/>
          <w:docGrid w:linePitch="360"/>
        </w:sectPr>
      </w:pPr>
    </w:p>
    <w:p w14:paraId="0A78D2FD" w14:textId="77777777" w:rsidR="00FC175B" w:rsidRPr="0081455A" w:rsidRDefault="00FC175B" w:rsidP="0081455A">
      <w:pPr>
        <w:autoSpaceDE w:val="0"/>
        <w:autoSpaceDN w:val="0"/>
        <w:spacing w:after="0" w:line="480" w:lineRule="auto"/>
        <w:rPr>
          <w:rFonts w:ascii="Times New Roman" w:hAnsi="Times New Roman" w:cs="Times New Roman"/>
          <w:sz w:val="24"/>
          <w:szCs w:val="24"/>
        </w:rPr>
      </w:pPr>
    </w:p>
    <w:p w14:paraId="6D52C371" w14:textId="0C14D477" w:rsidR="00FC175B" w:rsidRPr="0081455A" w:rsidRDefault="0081455A" w:rsidP="00686C49">
      <w:pPr>
        <w:autoSpaceDE w:val="0"/>
        <w:autoSpaceDN w:val="0"/>
        <w:spacing w:after="0" w:line="480" w:lineRule="auto"/>
        <w:jc w:val="center"/>
        <w:rPr>
          <w:rFonts w:ascii="Times New Roman" w:hAnsi="Times New Roman" w:cs="Times New Roman"/>
          <w:sz w:val="24"/>
          <w:szCs w:val="24"/>
        </w:rPr>
      </w:pPr>
      <w:r w:rsidRPr="0081455A">
        <w:rPr>
          <w:rFonts w:ascii="Times New Roman" w:eastAsia="TimesNewRomanPS" w:hAnsi="Times New Roman" w:cs="Times New Roman"/>
          <w:b/>
          <w:color w:val="000000"/>
          <w:spacing w:val="-10"/>
          <w:sz w:val="24"/>
          <w:szCs w:val="24"/>
        </w:rPr>
        <w:t>CHAPTER TWO</w:t>
      </w:r>
    </w:p>
    <w:p w14:paraId="1B20AB05" w14:textId="77777777" w:rsidR="00FC175B" w:rsidRPr="0081455A" w:rsidRDefault="0081455A" w:rsidP="0081455A">
      <w:pPr>
        <w:tabs>
          <w:tab w:val="left" w:pos="720"/>
        </w:tabs>
        <w:autoSpaceDE w:val="0"/>
        <w:autoSpaceDN w:val="0"/>
        <w:spacing w:before="448" w:after="0" w:line="480" w:lineRule="auto"/>
        <w:rPr>
          <w:rFonts w:ascii="Times New Roman" w:hAnsi="Times New Roman" w:cs="Times New Roman"/>
          <w:sz w:val="24"/>
          <w:szCs w:val="24"/>
        </w:rPr>
      </w:pPr>
      <w:r w:rsidRPr="0081455A">
        <w:rPr>
          <w:rFonts w:ascii="Times New Roman" w:eastAsia="TimesNewRomanPS" w:hAnsi="Times New Roman" w:cs="Times New Roman"/>
          <w:b/>
          <w:color w:val="000000"/>
          <w:spacing w:val="-10"/>
          <w:sz w:val="24"/>
          <w:szCs w:val="24"/>
        </w:rPr>
        <w:t xml:space="preserve">2.0 </w:t>
      </w:r>
      <w:r w:rsidRPr="0081455A">
        <w:rPr>
          <w:rFonts w:ascii="Times New Roman" w:hAnsi="Times New Roman" w:cs="Times New Roman"/>
          <w:sz w:val="24"/>
          <w:szCs w:val="24"/>
        </w:rPr>
        <w:tab/>
      </w:r>
      <w:r w:rsidRPr="0081455A">
        <w:rPr>
          <w:rFonts w:ascii="Times New Roman" w:eastAsia="TimesNewRomanPS" w:hAnsi="Times New Roman" w:cs="Times New Roman"/>
          <w:b/>
          <w:color w:val="000000"/>
          <w:spacing w:val="-10"/>
          <w:sz w:val="24"/>
          <w:szCs w:val="24"/>
        </w:rPr>
        <w:t xml:space="preserve">LITERATURE REVIEW </w:t>
      </w:r>
    </w:p>
    <w:p w14:paraId="4F4D9C55" w14:textId="77777777" w:rsidR="00FC175B" w:rsidRPr="0081455A" w:rsidRDefault="0081455A" w:rsidP="0081455A">
      <w:pPr>
        <w:autoSpaceDE w:val="0"/>
        <w:autoSpaceDN w:val="0"/>
        <w:spacing w:before="150" w:after="0" w:line="480" w:lineRule="auto"/>
        <w:ind w:right="20" w:firstLine="720"/>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 xml:space="preserve">Route surveying was the systematic process of collecting, analyzing, and interpreting data along a proposed transportation corridor to inform the design and construction of infrastructure such as roads, railways, and pipelines. This process involves evaluating topography, alignment, environmental conditions, and existing structures to ensure that the route is safe, efficient, and feasible. Route surveying encompasses a variety of techniques, including topographical surveys, horizontal and vertical alignment studies, and environmental assessments (Kadir, &amp; Usman, 2022). Johnson and Smith (2020), examined the implications of route selection on environmental sustainability. They emphasized the importance of minimizing ecological disturbance and preserving natural habitats when planning transportation routes. The authors highlighted the need for comprehensive environmental assessments and mitigation measures to minimize the adverse effects of infrastructure development. Implications of route selection on environmental sustainability in transportation projects (Johnson &amp; Smith, 2020). </w:t>
      </w:r>
    </w:p>
    <w:p w14:paraId="6F734796" w14:textId="04FA9CB1" w:rsidR="00FC175B" w:rsidRPr="0081455A" w:rsidRDefault="0081455A" w:rsidP="0081455A">
      <w:pPr>
        <w:autoSpaceDE w:val="0"/>
        <w:autoSpaceDN w:val="0"/>
        <w:spacing w:before="286" w:after="0" w:line="480" w:lineRule="auto"/>
        <w:ind w:right="22" w:firstLine="720"/>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 xml:space="preserve">Route survey operations involved the collection and analysis of various types of spatial data to determine the most suitable routes for infrastructure projects. The data required for route surveying includes cross-sectional data, longitudinal sectional data and horizontal alignment data. Cross-sectional data in the context of route surveying entailed the detailed information collected at specific intervals along a proposed route, providing a "snapshot" of the terrain's characteristics at those points. The data was crucial for understanding the physical features of the land and plays a vital role in the design and planning of transportation infrastructure, such as roads and railways. Cross-sectional data in route surveying helped engineers and planners create effective, safe, and sustainable transportation infrastructure. The role of cross-sectional data in route surveying for transportation infrastructure. Journal of Civil Engineering and Geospatial Analysis (Kadir &amp; Usman, 2022). </w:t>
      </w:r>
    </w:p>
    <w:p w14:paraId="44C7ADA0" w14:textId="74AABB8A" w:rsidR="00FC175B" w:rsidRPr="0081455A" w:rsidRDefault="0081455A" w:rsidP="0081455A">
      <w:pPr>
        <w:autoSpaceDE w:val="0"/>
        <w:autoSpaceDN w:val="0"/>
        <w:spacing w:before="268" w:after="0" w:line="480" w:lineRule="auto"/>
        <w:ind w:right="22" w:firstLine="720"/>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lastRenderedPageBreak/>
        <w:t xml:space="preserve">Longitudinal sectional data were information collected along the length of a proposed route, providing insights into how the elevation and other characteristics change as you move from one end of the route to the other. This type of data was essential in the planning and design of transportation infrastructure, such as roads and railways. Also, information about the horizontal alignment (curves and straight sections) in conjunction with vertical changes, providing a complete view of the route's path. Longitudinal sectional data were crucial for understanding the vertical characteristics of a route, informing design decisions that enhance safety, efficiency, and sustainability in transportation projects. Longitudinal sectional data and its significance in route surveying for transportation infrastructure design (Kadir &amp; Usman, 2022) </w:t>
      </w:r>
    </w:p>
    <w:p w14:paraId="3B5C9969" w14:textId="77777777" w:rsidR="00FC175B" w:rsidRPr="0081455A" w:rsidRDefault="0081455A" w:rsidP="0081455A">
      <w:pPr>
        <w:autoSpaceDE w:val="0"/>
        <w:autoSpaceDN w:val="0"/>
        <w:spacing w:before="278" w:after="0" w:line="480" w:lineRule="auto"/>
        <w:ind w:right="20" w:firstLine="720"/>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 xml:space="preserve">Horizontal alignment data was a fundamental aspect of route design that directly influences safety, efficiency, and environmental sustainability in transportation infrastructure projects. The information were related to the geometric configuration of a route as it curves or turns horizontally. The data was essential in the design and planning of transportation infrastructure, such as roads, highways, and railways, as it affects vehicle handling, safety, and overall efficiency.in conclusion, analyzing horizontal alignment helped in evaluating the route’s impact on surrounding environments, including minimizing disruption to ecosystems and communities. The importance of horizontal alignment in route surveying for transportation infrastructure (Smith &amp; Johnson, 2021). </w:t>
      </w:r>
    </w:p>
    <w:p w14:paraId="6A761327" w14:textId="77777777" w:rsidR="00FC175B" w:rsidRPr="0081455A" w:rsidRDefault="0081455A" w:rsidP="0081455A">
      <w:pPr>
        <w:autoSpaceDE w:val="0"/>
        <w:autoSpaceDN w:val="0"/>
        <w:spacing w:before="278" w:after="0" w:line="480" w:lineRule="auto"/>
        <w:ind w:right="22" w:firstLine="720"/>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 xml:space="preserve">In Nigeria, several route surveying projects have been undertaken to support the development of transportation infrastructure. Some of this notable projects were highlighted below: </w:t>
      </w:r>
    </w:p>
    <w:p w14:paraId="4EC9C058" w14:textId="4677E0FF" w:rsidR="00FC175B" w:rsidRPr="0081455A" w:rsidRDefault="0081455A" w:rsidP="0081455A">
      <w:pPr>
        <w:tabs>
          <w:tab w:val="left" w:pos="720"/>
        </w:tabs>
        <w:autoSpaceDE w:val="0"/>
        <w:autoSpaceDN w:val="0"/>
        <w:spacing w:before="160" w:after="0" w:line="480" w:lineRule="auto"/>
        <w:ind w:left="234"/>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I</w:t>
      </w:r>
      <w:r w:rsidRPr="0081455A">
        <w:rPr>
          <w:rFonts w:ascii="Times New Roman" w:eastAsia="TimesNewRomanPSMT" w:hAnsi="Times New Roman" w:cs="Times New Roman"/>
          <w:color w:val="000000"/>
          <w:spacing w:val="-10"/>
          <w:sz w:val="24"/>
          <w:szCs w:val="24"/>
        </w:rPr>
        <w:tab/>
        <w:t xml:space="preserve"> Lagos-Ibadan Expressway expansion: The project aimed to improve the capacity and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safety of one of the busiest highways in the country which covers approximately 127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kilometers. The route surveying efforts for this project involved extensive topographic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mapping, environmental impact assessments, and traffic flow analysis to optimize the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alignment and design of the expanded roadway. The alignment and construction accuracy achieved high standards, ensuring the safety and efficiency of one of Nigeria's most crucial road networks which was executed by Julius Berger Nigeria </w:t>
      </w:r>
      <w:proofErr w:type="spellStart"/>
      <w:r w:rsidRPr="0081455A">
        <w:rPr>
          <w:rFonts w:ascii="Times New Roman" w:eastAsia="TimesNewRomanPSMT" w:hAnsi="Times New Roman" w:cs="Times New Roman"/>
          <w:color w:val="000000"/>
          <w:spacing w:val="-10"/>
          <w:sz w:val="24"/>
          <w:szCs w:val="24"/>
        </w:rPr>
        <w:t>Plc</w:t>
      </w:r>
      <w:proofErr w:type="spellEnd"/>
      <w:r w:rsidRPr="0081455A">
        <w:rPr>
          <w:rFonts w:ascii="Times New Roman" w:eastAsia="TimesNewRomanPSMT" w:hAnsi="Times New Roman" w:cs="Times New Roman"/>
          <w:color w:val="000000"/>
          <w:spacing w:val="-10"/>
          <w:sz w:val="24"/>
          <w:szCs w:val="24"/>
        </w:rPr>
        <w:t xml:space="preserve"> (</w:t>
      </w:r>
      <w:proofErr w:type="spellStart"/>
      <w:r w:rsidRPr="0081455A">
        <w:rPr>
          <w:rFonts w:ascii="Times New Roman" w:eastAsia="TimesNewRomanPSMT" w:hAnsi="Times New Roman" w:cs="Times New Roman"/>
          <w:color w:val="000000"/>
          <w:spacing w:val="-10"/>
          <w:sz w:val="24"/>
          <w:szCs w:val="24"/>
        </w:rPr>
        <w:t>Ayegun</w:t>
      </w:r>
      <w:proofErr w:type="spellEnd"/>
      <w:r w:rsidRPr="0081455A">
        <w:rPr>
          <w:rFonts w:ascii="Times New Roman" w:eastAsia="TimesNewRomanPSMT" w:hAnsi="Times New Roman" w:cs="Times New Roman"/>
          <w:color w:val="000000"/>
          <w:spacing w:val="-10"/>
          <w:sz w:val="24"/>
          <w:szCs w:val="24"/>
        </w:rPr>
        <w:t xml:space="preserve"> &amp; </w:t>
      </w:r>
      <w:proofErr w:type="spellStart"/>
      <w:r w:rsidRPr="0081455A">
        <w:rPr>
          <w:rFonts w:ascii="Times New Roman" w:eastAsia="TimesNewRomanPSMT" w:hAnsi="Times New Roman" w:cs="Times New Roman"/>
          <w:color w:val="000000"/>
          <w:spacing w:val="-10"/>
          <w:sz w:val="24"/>
          <w:szCs w:val="24"/>
        </w:rPr>
        <w:t>Ogunbayo</w:t>
      </w:r>
      <w:proofErr w:type="spellEnd"/>
      <w:r w:rsidRPr="0081455A">
        <w:rPr>
          <w:rFonts w:ascii="Times New Roman" w:eastAsia="TimesNewRomanPSMT" w:hAnsi="Times New Roman" w:cs="Times New Roman"/>
          <w:color w:val="000000"/>
          <w:spacing w:val="-10"/>
          <w:sz w:val="24"/>
          <w:szCs w:val="24"/>
        </w:rPr>
        <w:t xml:space="preserve">, 2018). </w:t>
      </w:r>
    </w:p>
    <w:p w14:paraId="2CE4CF81" w14:textId="05120F6E" w:rsidR="00FC175B" w:rsidRPr="0081455A" w:rsidRDefault="0081455A" w:rsidP="0081455A">
      <w:pPr>
        <w:tabs>
          <w:tab w:val="left" w:pos="720"/>
        </w:tabs>
        <w:autoSpaceDE w:val="0"/>
        <w:autoSpaceDN w:val="0"/>
        <w:spacing w:after="0" w:line="480" w:lineRule="auto"/>
        <w:ind w:left="166"/>
        <w:rPr>
          <w:rFonts w:ascii="Times New Roman" w:hAnsi="Times New Roman" w:cs="Times New Roman"/>
          <w:sz w:val="24"/>
          <w:szCs w:val="24"/>
        </w:rPr>
      </w:pPr>
      <w:proofErr w:type="gramStart"/>
      <w:r w:rsidRPr="0081455A">
        <w:rPr>
          <w:rFonts w:ascii="Times New Roman" w:eastAsia="TimesNewRomanPSMT" w:hAnsi="Times New Roman" w:cs="Times New Roman"/>
          <w:color w:val="000000"/>
          <w:spacing w:val="-10"/>
          <w:sz w:val="24"/>
          <w:szCs w:val="24"/>
        </w:rPr>
        <w:lastRenderedPageBreak/>
        <w:t>ii</w:t>
      </w:r>
      <w:proofErr w:type="gramEnd"/>
      <w:r w:rsidRPr="0081455A">
        <w:rPr>
          <w:rFonts w:ascii="Times New Roman" w:eastAsia="TimesNewRomanPSMT" w:hAnsi="Times New Roman" w:cs="Times New Roman"/>
          <w:color w:val="000000"/>
          <w:spacing w:val="-10"/>
          <w:sz w:val="24"/>
          <w:szCs w:val="24"/>
        </w:rPr>
        <w:t>.</w:t>
      </w:r>
      <w:r w:rsidRPr="0081455A">
        <w:rPr>
          <w:rFonts w:ascii="Times New Roman" w:eastAsia="TimesNewRomanPSMT" w:hAnsi="Times New Roman" w:cs="Times New Roman"/>
          <w:color w:val="000000"/>
          <w:spacing w:val="-10"/>
          <w:sz w:val="24"/>
          <w:szCs w:val="24"/>
        </w:rPr>
        <w:tab/>
        <w:t xml:space="preserve">Second Niger Bridge project: The project aimed to alleviate traffic congestion and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improve connectivity between the eastern and western regions of Nigeria with a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significant distance across the Niger River. The project was executed by Julius Berger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Nigeria Plc in collaboration with Julius Berger International GmbH and others which met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the required precision and engineering standards, ensuring the creation of a vital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infrastructure link (Obiajulu &amp; Okolie, 2021). </w:t>
      </w:r>
    </w:p>
    <w:p w14:paraId="296CAA9C" w14:textId="77777777" w:rsidR="00FC175B" w:rsidRPr="0081455A" w:rsidRDefault="0081455A" w:rsidP="0081455A">
      <w:pPr>
        <w:tabs>
          <w:tab w:val="left" w:pos="720"/>
        </w:tabs>
        <w:autoSpaceDE w:val="0"/>
        <w:autoSpaceDN w:val="0"/>
        <w:spacing w:after="0" w:line="480" w:lineRule="auto"/>
        <w:ind w:left="102"/>
        <w:rPr>
          <w:rFonts w:ascii="Times New Roman" w:hAnsi="Times New Roman" w:cs="Times New Roman"/>
          <w:sz w:val="24"/>
          <w:szCs w:val="24"/>
        </w:rPr>
      </w:pPr>
      <w:proofErr w:type="gramStart"/>
      <w:r w:rsidRPr="0081455A">
        <w:rPr>
          <w:rFonts w:ascii="Times New Roman" w:eastAsia="TimesNewRomanPSMT" w:hAnsi="Times New Roman" w:cs="Times New Roman"/>
          <w:color w:val="000000"/>
          <w:spacing w:val="-10"/>
          <w:sz w:val="24"/>
          <w:szCs w:val="24"/>
        </w:rPr>
        <w:t>iii</w:t>
      </w:r>
      <w:proofErr w:type="gramEnd"/>
      <w:r w:rsidRPr="0081455A">
        <w:rPr>
          <w:rFonts w:ascii="Times New Roman" w:eastAsia="TimesNewRomanPSMT" w:hAnsi="Times New Roman" w:cs="Times New Roman"/>
          <w:color w:val="000000"/>
          <w:spacing w:val="-10"/>
          <w:sz w:val="24"/>
          <w:szCs w:val="24"/>
        </w:rPr>
        <w:t xml:space="preserve">.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East-West Road project: The project involved the construction and rehabilitation of a key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highway that links the Niger Delta region to other parts of the country. It was executed by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Setraco Nigeria Limited which covers a vast stretch of approximately 338 kilometers. </w:t>
      </w:r>
    </w:p>
    <w:p w14:paraId="48D9D912" w14:textId="77777777" w:rsidR="00FC175B" w:rsidRPr="0081455A" w:rsidRDefault="0081455A" w:rsidP="0081455A">
      <w:pPr>
        <w:autoSpaceDE w:val="0"/>
        <w:autoSpaceDN w:val="0"/>
        <w:spacing w:before="4" w:after="0" w:line="480" w:lineRule="auto"/>
        <w:ind w:left="720"/>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 xml:space="preserve">The project met precision standards, contributing to improved transport infrastructure along the East-West corridor (Jaja &amp; Oluoch, 2017). </w:t>
      </w:r>
    </w:p>
    <w:p w14:paraId="68695C6E" w14:textId="20E68F42" w:rsidR="00FC175B" w:rsidRPr="0081455A" w:rsidRDefault="0081455A" w:rsidP="0081455A">
      <w:pPr>
        <w:tabs>
          <w:tab w:val="left" w:pos="720"/>
        </w:tabs>
        <w:autoSpaceDE w:val="0"/>
        <w:autoSpaceDN w:val="0"/>
        <w:spacing w:before="2" w:after="0" w:line="480" w:lineRule="auto"/>
        <w:ind w:left="114"/>
        <w:rPr>
          <w:rFonts w:ascii="Times New Roman" w:hAnsi="Times New Roman" w:cs="Times New Roman"/>
          <w:sz w:val="24"/>
          <w:szCs w:val="24"/>
        </w:rPr>
      </w:pPr>
      <w:proofErr w:type="gramStart"/>
      <w:r w:rsidRPr="0081455A">
        <w:rPr>
          <w:rFonts w:ascii="Times New Roman" w:eastAsia="TimesNewRomanPSMT" w:hAnsi="Times New Roman" w:cs="Times New Roman"/>
          <w:color w:val="000000"/>
          <w:spacing w:val="-10"/>
          <w:sz w:val="24"/>
          <w:szCs w:val="24"/>
        </w:rPr>
        <w:t>iv</w:t>
      </w:r>
      <w:proofErr w:type="gramEnd"/>
      <w:r w:rsidRPr="0081455A">
        <w:rPr>
          <w:rFonts w:ascii="Times New Roman" w:eastAsia="TimesNewRomanPSMT" w:hAnsi="Times New Roman" w:cs="Times New Roman"/>
          <w:color w:val="000000"/>
          <w:spacing w:val="-10"/>
          <w:sz w:val="24"/>
          <w:szCs w:val="24"/>
        </w:rPr>
        <w:t xml:space="preserve">.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Abuja-Kaduna-Zaria-Kano Road Rehabilitation: The project involved the extensive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rehabilitation work covering over 375 kilometers which was executed by Dangote Group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in collaboration with other construction firms. The project achieved commendable </w:t>
      </w:r>
      <w:r w:rsidRPr="0081455A">
        <w:rPr>
          <w:rFonts w:ascii="Times New Roman" w:hAnsi="Times New Roman" w:cs="Times New Roman"/>
          <w:sz w:val="24"/>
          <w:szCs w:val="24"/>
        </w:rPr>
        <w:tab/>
      </w:r>
      <w:r w:rsidRPr="0081455A">
        <w:rPr>
          <w:rFonts w:ascii="Times New Roman" w:eastAsia="TimesNewRomanPSMT" w:hAnsi="Times New Roman" w:cs="Times New Roman"/>
          <w:color w:val="000000"/>
          <w:spacing w:val="-10"/>
          <w:sz w:val="24"/>
          <w:szCs w:val="24"/>
        </w:rPr>
        <w:t xml:space="preserve">precision in roadworks, contributing to enhanced road safety and longevity (Bashir &amp; Ahmed, 2019). </w:t>
      </w:r>
    </w:p>
    <w:p w14:paraId="2D0BE072" w14:textId="77777777" w:rsidR="00FC175B" w:rsidRPr="0081455A" w:rsidRDefault="0081455A" w:rsidP="0081455A">
      <w:pPr>
        <w:autoSpaceDE w:val="0"/>
        <w:autoSpaceDN w:val="0"/>
        <w:spacing w:before="280" w:after="0" w:line="480" w:lineRule="auto"/>
        <w:ind w:left="360" w:right="20" w:firstLine="360"/>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 xml:space="preserve">Outside Nigeria, various route surveying projects have been conducted to support transportation infrastructure development.In London, the Crossrail project involved detailed route surveying to integrate new rail lines with existing infrastructure. Advanced surveying techniques were used to map underground conditions and optimize station placements, significantly impacting urban mobility (Smith, &amp; Jones, 2023). Moreover, the development of the Madrid-Barcelona high-speed rail line employed extensive route surveying for precise alignment and infrastructure planning. The surveying included assessments of environmental and socio-economic factors, ensuring compliance with regulations and enhancing community support. (García, &amp; López, 2023). Additionally, Singapore's Land Transport Authority implemented route surveying for the development of autonomous vehicle corridors, the surveys focused on mapping current road networks and predicting traffic patterns, which are critical for integrating autonomous systems (Tan, &amp; Lim, 2023) </w:t>
      </w:r>
    </w:p>
    <w:p w14:paraId="7F95B3E0" w14:textId="77777777" w:rsidR="0081455A" w:rsidRPr="0081455A" w:rsidRDefault="0081455A" w:rsidP="0081455A">
      <w:pPr>
        <w:autoSpaceDE w:val="0"/>
        <w:autoSpaceDN w:val="0"/>
        <w:spacing w:before="282" w:after="0" w:line="480" w:lineRule="auto"/>
        <w:ind w:right="20"/>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lastRenderedPageBreak/>
        <w:t xml:space="preserve">These examples highlighted the critical role of route surveying in diverse transportation infrastructure projects, demonstrating its applications in optimizing design, enhancing safety, and ensuring sustainability both in Nigeria and internationally. The recent studies cited provided valuable insights into the methodologies and outcomes of effective route surveying practices </w:t>
      </w:r>
    </w:p>
    <w:p w14:paraId="29963D1D" w14:textId="2D229DAD" w:rsidR="00FC175B" w:rsidRPr="0081455A" w:rsidRDefault="0081455A" w:rsidP="0081455A">
      <w:pPr>
        <w:autoSpaceDE w:val="0"/>
        <w:autoSpaceDN w:val="0"/>
        <w:spacing w:before="282" w:after="0" w:line="480" w:lineRule="auto"/>
        <w:ind w:right="20"/>
        <w:rPr>
          <w:rFonts w:ascii="Times New Roman" w:hAnsi="Times New Roman" w:cs="Times New Roman"/>
          <w:sz w:val="24"/>
          <w:szCs w:val="24"/>
        </w:rPr>
      </w:pPr>
      <w:r w:rsidRPr="0081455A">
        <w:rPr>
          <w:rFonts w:ascii="Times New Roman" w:eastAsia="TimesNewRomanPSMT" w:hAnsi="Times New Roman" w:cs="Times New Roman"/>
          <w:color w:val="000000"/>
          <w:spacing w:val="-10"/>
          <w:sz w:val="24"/>
          <w:szCs w:val="24"/>
        </w:rPr>
        <w:t xml:space="preserve">Finally, route surveying played crucial role in the planning and execution of transportation infrastructure projects. </w:t>
      </w:r>
    </w:p>
    <w:p w14:paraId="10FF17FC" w14:textId="77777777" w:rsidR="00FC175B" w:rsidRPr="0081455A" w:rsidRDefault="00FC175B" w:rsidP="0081455A">
      <w:pPr>
        <w:spacing w:line="480" w:lineRule="auto"/>
        <w:rPr>
          <w:rFonts w:ascii="Times New Roman" w:hAnsi="Times New Roman" w:cs="Times New Roman"/>
          <w:sz w:val="24"/>
          <w:szCs w:val="24"/>
        </w:rPr>
        <w:sectPr w:rsidR="00FC175B" w:rsidRPr="0081455A">
          <w:pgSz w:w="12240" w:h="15840"/>
          <w:pgMar w:top="572" w:right="1358" w:bottom="100" w:left="1440" w:header="720" w:footer="720" w:gutter="0"/>
          <w:cols w:space="720"/>
          <w:docGrid w:linePitch="360"/>
        </w:sectPr>
      </w:pPr>
    </w:p>
    <w:p w14:paraId="5A1D903F" w14:textId="77777777" w:rsidR="00585E09" w:rsidRDefault="00585E09" w:rsidP="0081455A">
      <w:pPr>
        <w:spacing w:before="100" w:beforeAutospacing="1" w:after="100" w:afterAutospacing="1" w:line="480" w:lineRule="auto"/>
        <w:ind w:left="720"/>
        <w:jc w:val="center"/>
        <w:outlineLvl w:val="3"/>
        <w:rPr>
          <w:rFonts w:ascii="Times New Roman" w:eastAsia="Times New Roman" w:hAnsi="Times New Roman" w:cs="Times New Roman"/>
          <w:b/>
          <w:bCs/>
          <w:sz w:val="24"/>
          <w:szCs w:val="24"/>
        </w:rPr>
      </w:pPr>
    </w:p>
    <w:p w14:paraId="6C77B770" w14:textId="77777777" w:rsidR="0081455A" w:rsidRPr="0081455A" w:rsidRDefault="0081455A" w:rsidP="0081455A">
      <w:pPr>
        <w:spacing w:before="100" w:beforeAutospacing="1" w:after="100" w:afterAutospacing="1" w:line="480" w:lineRule="auto"/>
        <w:ind w:left="720"/>
        <w:jc w:val="center"/>
        <w:outlineLvl w:val="3"/>
        <w:rPr>
          <w:rFonts w:ascii="Times New Roman" w:eastAsia="Times New Roman" w:hAnsi="Times New Roman" w:cs="Times New Roman"/>
          <w:b/>
          <w:bCs/>
          <w:sz w:val="24"/>
          <w:szCs w:val="24"/>
        </w:rPr>
      </w:pPr>
      <w:r w:rsidRPr="0081455A">
        <w:rPr>
          <w:rFonts w:ascii="Times New Roman" w:eastAsia="Times New Roman" w:hAnsi="Times New Roman" w:cs="Times New Roman"/>
          <w:b/>
          <w:bCs/>
          <w:sz w:val="24"/>
          <w:szCs w:val="24"/>
        </w:rPr>
        <w:t>CHAPTER THREE</w:t>
      </w:r>
    </w:p>
    <w:p w14:paraId="47C53069" w14:textId="77777777" w:rsidR="0081455A" w:rsidRPr="0081455A" w:rsidRDefault="0081455A" w:rsidP="0081455A">
      <w:pPr>
        <w:spacing w:before="100" w:beforeAutospacing="1" w:after="100" w:afterAutospacing="1" w:line="480" w:lineRule="auto"/>
        <w:outlineLvl w:val="3"/>
        <w:rPr>
          <w:rFonts w:ascii="Times New Roman" w:eastAsia="Times New Roman" w:hAnsi="Times New Roman" w:cs="Times New Roman"/>
          <w:b/>
          <w:bCs/>
          <w:sz w:val="24"/>
          <w:szCs w:val="24"/>
        </w:rPr>
      </w:pPr>
      <w:r w:rsidRPr="0081455A">
        <w:rPr>
          <w:rFonts w:ascii="Times New Roman" w:eastAsia="Times New Roman" w:hAnsi="Times New Roman" w:cs="Times New Roman"/>
          <w:b/>
          <w:bCs/>
          <w:sz w:val="24"/>
          <w:szCs w:val="24"/>
        </w:rPr>
        <w:t>3.0.</w:t>
      </w:r>
      <w:r w:rsidRPr="0081455A">
        <w:rPr>
          <w:rFonts w:ascii="Times New Roman" w:eastAsia="Times New Roman" w:hAnsi="Times New Roman" w:cs="Times New Roman"/>
          <w:b/>
          <w:bCs/>
          <w:sz w:val="24"/>
          <w:szCs w:val="24"/>
        </w:rPr>
        <w:tab/>
        <w:t>METHODOLOGY</w:t>
      </w:r>
    </w:p>
    <w:p w14:paraId="72DEF532" w14:textId="77777777" w:rsidR="0081455A" w:rsidRPr="0081455A" w:rsidRDefault="0081455A" w:rsidP="0081455A">
      <w:pPr>
        <w:spacing w:before="100" w:beforeAutospacing="1" w:after="100" w:afterAutospacing="1" w:line="480" w:lineRule="auto"/>
        <w:ind w:left="720" w:firstLine="720"/>
        <w:outlineLvl w:val="3"/>
        <w:rPr>
          <w:rFonts w:ascii="Times New Roman" w:eastAsia="Times New Roman" w:hAnsi="Times New Roman" w:cs="Times New Roman"/>
          <w:bCs/>
          <w:sz w:val="24"/>
          <w:szCs w:val="24"/>
        </w:rPr>
      </w:pPr>
      <w:r w:rsidRPr="0081455A">
        <w:rPr>
          <w:rFonts w:ascii="Times New Roman" w:eastAsia="Times New Roman" w:hAnsi="Times New Roman" w:cs="Times New Roman"/>
          <w:bCs/>
          <w:sz w:val="24"/>
          <w:szCs w:val="24"/>
        </w:rPr>
        <w:t xml:space="preserve">Methodology is the set of methods and principles and instructions used to perform a particular activities or task. Its show the stages involved during the execution phase of the project research work. The methods involved in the execution of this project are includes traversing, detailing and contouring, processing and presentation. </w:t>
      </w:r>
      <w:r w:rsidRPr="0081455A">
        <w:rPr>
          <w:rFonts w:ascii="Times New Roman" w:hAnsi="Times New Roman" w:cs="Times New Roman"/>
          <w:sz w:val="24"/>
          <w:szCs w:val="24"/>
        </w:rPr>
        <w:t xml:space="preserve">According to </w:t>
      </w:r>
      <w:proofErr w:type="spellStart"/>
      <w:r w:rsidRPr="0081455A">
        <w:rPr>
          <w:rStyle w:val="Strong"/>
          <w:rFonts w:ascii="Times New Roman" w:hAnsi="Times New Roman" w:cs="Times New Roman"/>
          <w:sz w:val="24"/>
          <w:szCs w:val="24"/>
        </w:rPr>
        <w:t>Oloyede</w:t>
      </w:r>
      <w:proofErr w:type="spellEnd"/>
      <w:r w:rsidRPr="0081455A">
        <w:rPr>
          <w:rStyle w:val="Strong"/>
          <w:rFonts w:ascii="Times New Roman" w:hAnsi="Times New Roman" w:cs="Times New Roman"/>
          <w:sz w:val="24"/>
          <w:szCs w:val="24"/>
        </w:rPr>
        <w:t xml:space="preserve"> et al. (2017)</w:t>
      </w:r>
      <w:r w:rsidRPr="0081455A">
        <w:rPr>
          <w:rFonts w:ascii="Times New Roman" w:hAnsi="Times New Roman" w:cs="Times New Roman"/>
          <w:sz w:val="24"/>
          <w:szCs w:val="24"/>
        </w:rPr>
        <w:t>, Total stations and GPS equipment are commonly used in Nigerian route surveys, providing precise measurements of distance, angles, and elevations. These tools allow surveyors to collect data on the terrain, which is essential for designing roads and other infrastructure projects</w:t>
      </w:r>
    </w:p>
    <w:p w14:paraId="6E71832F" w14:textId="77777777" w:rsidR="0081455A" w:rsidRPr="0081455A" w:rsidRDefault="0081455A" w:rsidP="0081455A">
      <w:pPr>
        <w:spacing w:before="100" w:beforeAutospacing="1" w:after="100" w:afterAutospacing="1" w:line="480" w:lineRule="auto"/>
        <w:rPr>
          <w:rFonts w:ascii="Times New Roman" w:eastAsia="Times New Roman" w:hAnsi="Times New Roman" w:cs="Times New Roman"/>
          <w:sz w:val="24"/>
          <w:szCs w:val="24"/>
        </w:rPr>
      </w:pPr>
      <w:r w:rsidRPr="0081455A">
        <w:rPr>
          <w:rFonts w:ascii="Times New Roman" w:eastAsia="Times New Roman" w:hAnsi="Times New Roman" w:cs="Times New Roman"/>
          <w:b/>
          <w:bCs/>
          <w:sz w:val="24"/>
          <w:szCs w:val="24"/>
        </w:rPr>
        <w:t>3.1</w:t>
      </w:r>
      <w:r w:rsidRPr="0081455A">
        <w:rPr>
          <w:rFonts w:ascii="Times New Roman" w:eastAsia="Times New Roman" w:hAnsi="Times New Roman" w:cs="Times New Roman"/>
          <w:b/>
          <w:bCs/>
          <w:sz w:val="24"/>
          <w:szCs w:val="24"/>
        </w:rPr>
        <w:tab/>
        <w:t>Preliminary Planning and Preparation</w:t>
      </w:r>
      <w:r w:rsidRPr="0081455A">
        <w:rPr>
          <w:rFonts w:ascii="Times New Roman" w:eastAsia="Times New Roman" w:hAnsi="Times New Roman" w:cs="Times New Roman"/>
          <w:sz w:val="24"/>
          <w:szCs w:val="24"/>
        </w:rPr>
        <w:t>:</w:t>
      </w:r>
    </w:p>
    <w:p w14:paraId="13C2A461" w14:textId="77777777" w:rsidR="0081455A" w:rsidRPr="0081455A" w:rsidRDefault="0081455A" w:rsidP="00585E09">
      <w:pPr>
        <w:pStyle w:val="ListParagraph"/>
        <w:numPr>
          <w:ilvl w:val="0"/>
          <w:numId w:val="13"/>
        </w:numPr>
        <w:spacing w:before="100" w:beforeAutospacing="1" w:after="100" w:afterAutospacing="1" w:line="480" w:lineRule="auto"/>
        <w:rPr>
          <w:rFonts w:ascii="Times New Roman" w:eastAsia="Times New Roman" w:hAnsi="Times New Roman" w:cs="Times New Roman"/>
          <w:sz w:val="24"/>
          <w:szCs w:val="24"/>
        </w:rPr>
      </w:pPr>
      <w:r w:rsidRPr="0081455A">
        <w:rPr>
          <w:rFonts w:ascii="Times New Roman" w:eastAsia="Times New Roman" w:hAnsi="Times New Roman" w:cs="Times New Roman"/>
          <w:b/>
          <w:bCs/>
          <w:sz w:val="24"/>
          <w:szCs w:val="24"/>
        </w:rPr>
        <w:t>Route Selection</w:t>
      </w:r>
      <w:r w:rsidRPr="0081455A">
        <w:rPr>
          <w:rFonts w:ascii="Times New Roman" w:eastAsia="Times New Roman" w:hAnsi="Times New Roman" w:cs="Times New Roman"/>
          <w:sz w:val="24"/>
          <w:szCs w:val="24"/>
        </w:rPr>
        <w:t xml:space="preserve">: Based on preliminary maps and project requirements, a set of possible routes was identified and later the route from Michael </w:t>
      </w:r>
      <w:proofErr w:type="spellStart"/>
      <w:r w:rsidRPr="0081455A">
        <w:rPr>
          <w:rFonts w:ascii="Times New Roman" w:eastAsia="Times New Roman" w:hAnsi="Times New Roman" w:cs="Times New Roman"/>
          <w:sz w:val="24"/>
          <w:szCs w:val="24"/>
        </w:rPr>
        <w:t>Imodu</w:t>
      </w:r>
      <w:proofErr w:type="spellEnd"/>
      <w:r w:rsidRPr="0081455A">
        <w:rPr>
          <w:rFonts w:ascii="Times New Roman" w:eastAsia="Times New Roman" w:hAnsi="Times New Roman" w:cs="Times New Roman"/>
          <w:sz w:val="24"/>
          <w:szCs w:val="24"/>
        </w:rPr>
        <w:t xml:space="preserve"> to </w:t>
      </w:r>
      <w:proofErr w:type="spellStart"/>
      <w:r w:rsidRPr="0081455A">
        <w:rPr>
          <w:rFonts w:ascii="Times New Roman" w:eastAsia="Times New Roman" w:hAnsi="Times New Roman" w:cs="Times New Roman"/>
          <w:sz w:val="24"/>
          <w:szCs w:val="24"/>
        </w:rPr>
        <w:t>Oshin</w:t>
      </w:r>
      <w:proofErr w:type="spellEnd"/>
      <w:r w:rsidRPr="0081455A">
        <w:rPr>
          <w:rFonts w:ascii="Times New Roman" w:eastAsia="Times New Roman" w:hAnsi="Times New Roman" w:cs="Times New Roman"/>
          <w:sz w:val="24"/>
          <w:szCs w:val="24"/>
        </w:rPr>
        <w:t xml:space="preserve"> </w:t>
      </w:r>
      <w:proofErr w:type="spellStart"/>
      <w:r w:rsidRPr="0081455A">
        <w:rPr>
          <w:rFonts w:ascii="Times New Roman" w:eastAsia="Times New Roman" w:hAnsi="Times New Roman" w:cs="Times New Roman"/>
          <w:sz w:val="24"/>
          <w:szCs w:val="24"/>
        </w:rPr>
        <w:t>Olatunji</w:t>
      </w:r>
      <w:proofErr w:type="spellEnd"/>
      <w:r w:rsidRPr="0081455A">
        <w:rPr>
          <w:rFonts w:ascii="Times New Roman" w:eastAsia="Times New Roman" w:hAnsi="Times New Roman" w:cs="Times New Roman"/>
          <w:sz w:val="24"/>
          <w:szCs w:val="24"/>
        </w:rPr>
        <w:t xml:space="preserve"> was chosen. </w:t>
      </w:r>
    </w:p>
    <w:p w14:paraId="2D28CBEC" w14:textId="77777777" w:rsidR="0081455A" w:rsidRPr="0081455A" w:rsidRDefault="0081455A" w:rsidP="00585E09">
      <w:pPr>
        <w:pStyle w:val="ListParagraph"/>
        <w:numPr>
          <w:ilvl w:val="0"/>
          <w:numId w:val="13"/>
        </w:numPr>
        <w:spacing w:before="100" w:beforeAutospacing="1" w:after="100" w:afterAutospacing="1" w:line="480" w:lineRule="auto"/>
        <w:rPr>
          <w:rFonts w:ascii="Times New Roman" w:eastAsia="Times New Roman" w:hAnsi="Times New Roman" w:cs="Times New Roman"/>
          <w:sz w:val="24"/>
          <w:szCs w:val="24"/>
        </w:rPr>
      </w:pPr>
      <w:r w:rsidRPr="0081455A">
        <w:rPr>
          <w:rFonts w:ascii="Times New Roman" w:eastAsia="Times New Roman" w:hAnsi="Times New Roman" w:cs="Times New Roman"/>
          <w:b/>
          <w:bCs/>
          <w:sz w:val="24"/>
          <w:szCs w:val="24"/>
        </w:rPr>
        <w:t>Site Visit</w:t>
      </w:r>
      <w:r w:rsidRPr="0081455A">
        <w:rPr>
          <w:rFonts w:ascii="Times New Roman" w:eastAsia="Times New Roman" w:hAnsi="Times New Roman" w:cs="Times New Roman"/>
          <w:sz w:val="24"/>
          <w:szCs w:val="24"/>
        </w:rPr>
        <w:t>: All the team member of Surveyors crew and Engineers visited the potential sites to familiarize themselves with the terrain and environment.</w:t>
      </w:r>
    </w:p>
    <w:p w14:paraId="26E60E8F" w14:textId="44253F98" w:rsidR="0081455A" w:rsidRPr="0081455A" w:rsidRDefault="0081455A" w:rsidP="00585E09">
      <w:pPr>
        <w:pStyle w:val="ListParagraph"/>
        <w:numPr>
          <w:ilvl w:val="0"/>
          <w:numId w:val="13"/>
        </w:numPr>
        <w:spacing w:before="100" w:beforeAutospacing="1" w:after="100" w:afterAutospacing="1" w:line="480" w:lineRule="auto"/>
        <w:rPr>
          <w:rFonts w:ascii="Times New Roman" w:eastAsia="Times New Roman" w:hAnsi="Times New Roman" w:cs="Times New Roman"/>
          <w:sz w:val="24"/>
          <w:szCs w:val="24"/>
        </w:rPr>
      </w:pPr>
      <w:r w:rsidRPr="0081455A">
        <w:rPr>
          <w:rFonts w:ascii="Times New Roman" w:eastAsia="Times New Roman" w:hAnsi="Times New Roman" w:cs="Times New Roman"/>
          <w:b/>
          <w:bCs/>
          <w:sz w:val="24"/>
          <w:szCs w:val="24"/>
        </w:rPr>
        <w:t>Other</w:t>
      </w:r>
      <w:r w:rsidRPr="0081455A">
        <w:rPr>
          <w:rFonts w:ascii="Times New Roman" w:eastAsia="Times New Roman" w:hAnsi="Times New Roman" w:cs="Times New Roman"/>
          <w:sz w:val="24"/>
          <w:szCs w:val="24"/>
        </w:rPr>
        <w:t>: other preliminary activities was done in the office by the surveyor team. These activities are check the condition of the surveying equipment for the project execution and son costing activities.</w:t>
      </w:r>
    </w:p>
    <w:p w14:paraId="62C93A32" w14:textId="77777777" w:rsidR="0081455A" w:rsidRPr="0081455A" w:rsidRDefault="0081455A" w:rsidP="0081455A">
      <w:pPr>
        <w:spacing w:before="100" w:beforeAutospacing="1" w:after="100" w:afterAutospacing="1" w:line="480" w:lineRule="auto"/>
        <w:outlineLvl w:val="3"/>
        <w:rPr>
          <w:rFonts w:ascii="Times New Roman" w:eastAsia="Times New Roman" w:hAnsi="Times New Roman" w:cs="Times New Roman"/>
          <w:b/>
          <w:bCs/>
          <w:sz w:val="24"/>
          <w:szCs w:val="24"/>
        </w:rPr>
      </w:pPr>
      <w:r w:rsidRPr="0081455A">
        <w:rPr>
          <w:rFonts w:ascii="Times New Roman" w:eastAsia="Times New Roman" w:hAnsi="Times New Roman" w:cs="Times New Roman"/>
          <w:b/>
          <w:bCs/>
          <w:sz w:val="24"/>
          <w:szCs w:val="24"/>
        </w:rPr>
        <w:t>3.2.       RECONNAISSAINCE SURVEY</w:t>
      </w:r>
    </w:p>
    <w:p w14:paraId="5CCA7D7C" w14:textId="77777777" w:rsidR="0081455A" w:rsidRPr="0081455A" w:rsidRDefault="0081455A" w:rsidP="0081455A">
      <w:pPr>
        <w:spacing w:before="100" w:beforeAutospacing="1" w:after="100" w:afterAutospacing="1" w:line="480" w:lineRule="auto"/>
        <w:ind w:left="720" w:firstLine="720"/>
        <w:outlineLvl w:val="3"/>
        <w:rPr>
          <w:rFonts w:ascii="Times New Roman" w:eastAsia="Times New Roman" w:hAnsi="Times New Roman" w:cs="Times New Roman"/>
          <w:bCs/>
          <w:sz w:val="24"/>
          <w:szCs w:val="24"/>
        </w:rPr>
      </w:pPr>
      <w:r w:rsidRPr="0081455A">
        <w:rPr>
          <w:rFonts w:ascii="Times New Roman" w:eastAsia="Times New Roman" w:hAnsi="Times New Roman" w:cs="Times New Roman"/>
          <w:bCs/>
          <w:sz w:val="24"/>
          <w:szCs w:val="24"/>
        </w:rPr>
        <w:t xml:space="preserve">Reconnaissance Survey was carried out by the members of Group 5C, were the necessary information about the project area were gathered which are paramount to the successful execution of this project work. It is pre-requisite for any survey project to be </w:t>
      </w:r>
      <w:r w:rsidRPr="0081455A">
        <w:rPr>
          <w:rFonts w:ascii="Times New Roman" w:eastAsia="Times New Roman" w:hAnsi="Times New Roman" w:cs="Times New Roman"/>
          <w:bCs/>
          <w:sz w:val="24"/>
          <w:szCs w:val="24"/>
        </w:rPr>
        <w:lastRenderedPageBreak/>
        <w:t xml:space="preserve">carried out. During the Recce. Survey the group member visited the site in order to have a good view of the site location with other relevant information, the selection of the bench marks point, the tracking of the existing route using handheld GPS (Garmin 72) to know the length of the road, and checking of the available with. This was continue from the starting </w:t>
      </w:r>
      <w:proofErr w:type="spellStart"/>
      <w:r w:rsidRPr="0081455A">
        <w:rPr>
          <w:rFonts w:ascii="Times New Roman" w:eastAsia="Times New Roman" w:hAnsi="Times New Roman" w:cs="Times New Roman"/>
          <w:bCs/>
          <w:sz w:val="24"/>
          <w:szCs w:val="24"/>
        </w:rPr>
        <w:t>chainage</w:t>
      </w:r>
      <w:proofErr w:type="spellEnd"/>
      <w:r w:rsidRPr="0081455A">
        <w:rPr>
          <w:rFonts w:ascii="Times New Roman" w:eastAsia="Times New Roman" w:hAnsi="Times New Roman" w:cs="Times New Roman"/>
          <w:bCs/>
          <w:sz w:val="24"/>
          <w:szCs w:val="24"/>
        </w:rPr>
        <w:t xml:space="preserve"> to the end and at the end of the Recce. Survey activities the reconnaissance diagram was drawn as show on the figure below.</w:t>
      </w:r>
    </w:p>
    <w:p w14:paraId="5F3CD869" w14:textId="77777777" w:rsidR="0081455A" w:rsidRPr="0081455A" w:rsidRDefault="0081455A" w:rsidP="0081455A">
      <w:pPr>
        <w:spacing w:before="100" w:beforeAutospacing="1" w:after="100" w:afterAutospacing="1" w:line="480" w:lineRule="auto"/>
        <w:outlineLvl w:val="3"/>
        <w:rPr>
          <w:rFonts w:ascii="Times New Roman" w:eastAsia="Times New Roman" w:hAnsi="Times New Roman" w:cs="Times New Roman"/>
          <w:bCs/>
          <w:sz w:val="24"/>
          <w:szCs w:val="24"/>
        </w:rPr>
      </w:pPr>
      <w:r w:rsidRPr="0081455A">
        <w:rPr>
          <w:rFonts w:ascii="Times New Roman" w:eastAsia="Times New Roman" w:hAnsi="Times New Roman" w:cs="Times New Roman"/>
          <w:bCs/>
          <w:noProof/>
          <w:sz w:val="24"/>
          <w:szCs w:val="24"/>
        </w:rPr>
        <w:drawing>
          <wp:inline distT="0" distB="0" distL="0" distR="0" wp14:anchorId="0887BD16" wp14:editId="5A6DB4AE">
            <wp:extent cx="5923915" cy="3980604"/>
            <wp:effectExtent l="0" t="0" r="0" b="0"/>
            <wp:docPr id="1" name="Picture 1" descr="C:\Users\USER\AppData\Local\Microsoft\Windows\INetCache\Content.Word\IMG_20250514_092159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20250514_092159_1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8456" cy="3983655"/>
                    </a:xfrm>
                    <a:prstGeom prst="rect">
                      <a:avLst/>
                    </a:prstGeom>
                    <a:noFill/>
                    <a:ln>
                      <a:noFill/>
                    </a:ln>
                  </pic:spPr>
                </pic:pic>
              </a:graphicData>
            </a:graphic>
          </wp:inline>
        </w:drawing>
      </w:r>
      <w:r w:rsidRPr="0081455A">
        <w:rPr>
          <w:rFonts w:ascii="Times New Roman" w:eastAsia="Times New Roman" w:hAnsi="Times New Roman" w:cs="Times New Roman"/>
          <w:bCs/>
          <w:sz w:val="24"/>
          <w:szCs w:val="24"/>
        </w:rPr>
        <w:t>Fig.3.1: Recce Diagram of the project location (Not drawn to scale)</w:t>
      </w:r>
    </w:p>
    <w:p w14:paraId="3C47103B" w14:textId="77777777" w:rsidR="0081455A" w:rsidRPr="0081455A" w:rsidRDefault="0081455A" w:rsidP="0081455A">
      <w:pPr>
        <w:spacing w:before="100" w:beforeAutospacing="1" w:after="100" w:afterAutospacing="1" w:line="480" w:lineRule="auto"/>
        <w:outlineLvl w:val="3"/>
        <w:rPr>
          <w:rFonts w:ascii="Times New Roman" w:eastAsia="Times New Roman" w:hAnsi="Times New Roman" w:cs="Times New Roman"/>
          <w:b/>
          <w:bCs/>
          <w:sz w:val="24"/>
          <w:szCs w:val="24"/>
        </w:rPr>
      </w:pPr>
      <w:r w:rsidRPr="0081455A">
        <w:rPr>
          <w:rFonts w:ascii="Times New Roman" w:eastAsia="Times New Roman" w:hAnsi="Times New Roman" w:cs="Times New Roman"/>
          <w:b/>
          <w:bCs/>
          <w:sz w:val="24"/>
          <w:szCs w:val="24"/>
        </w:rPr>
        <w:t>3.3         OFFICE PLANNING</w:t>
      </w:r>
    </w:p>
    <w:p w14:paraId="0D468A58" w14:textId="77777777" w:rsidR="0081455A" w:rsidRPr="0081455A" w:rsidRDefault="0081455A" w:rsidP="0081455A">
      <w:pPr>
        <w:spacing w:before="100" w:beforeAutospacing="1" w:after="100" w:afterAutospacing="1" w:line="480" w:lineRule="auto"/>
        <w:ind w:left="720" w:firstLine="720"/>
        <w:outlineLvl w:val="3"/>
        <w:rPr>
          <w:rFonts w:ascii="Times New Roman" w:eastAsia="Times New Roman" w:hAnsi="Times New Roman" w:cs="Times New Roman"/>
          <w:bCs/>
          <w:sz w:val="24"/>
          <w:szCs w:val="24"/>
        </w:rPr>
      </w:pPr>
      <w:r w:rsidRPr="0081455A">
        <w:rPr>
          <w:rFonts w:ascii="Times New Roman" w:eastAsia="Times New Roman" w:hAnsi="Times New Roman" w:cs="Times New Roman"/>
          <w:bCs/>
          <w:sz w:val="24"/>
          <w:szCs w:val="24"/>
        </w:rPr>
        <w:t>Having completed the field recce survey, then office planning was followed on the next day. It involves chosen the type of instruments, purpose and accuracy required of the survey be carried out. The collection of equipment needed for the project and also test of the instrument, mission planning, assembling and studying of all available data project of the relevant to the project, the costing of the operation was also done in the office. In executing the project, necessary information related to the project given such as the coordinates of the control. The prefix number of the controls used and the bench marks.</w:t>
      </w:r>
    </w:p>
    <w:p w14:paraId="6635FC73"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b/>
          <w:sz w:val="24"/>
          <w:szCs w:val="24"/>
        </w:rPr>
        <w:lastRenderedPageBreak/>
        <w:t>Table 3.1 shows the list of coordinates of existing control points</w:t>
      </w: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171"/>
        <w:gridCol w:w="1897"/>
        <w:gridCol w:w="1772"/>
        <w:gridCol w:w="1741"/>
      </w:tblGrid>
      <w:tr w:rsidR="0081455A" w:rsidRPr="0081455A" w14:paraId="06061DD9" w14:textId="77777777" w:rsidTr="0081455A">
        <w:tc>
          <w:tcPr>
            <w:tcW w:w="1890" w:type="dxa"/>
            <w:tcBorders>
              <w:top w:val="single" w:sz="4" w:space="0" w:color="auto"/>
              <w:left w:val="single" w:sz="4" w:space="0" w:color="auto"/>
              <w:bottom w:val="single" w:sz="4" w:space="0" w:color="auto"/>
              <w:right w:val="single" w:sz="4" w:space="0" w:color="auto"/>
            </w:tcBorders>
            <w:hideMark/>
          </w:tcPr>
          <w:p w14:paraId="4022C79B"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BEACON NO.</w:t>
            </w:r>
          </w:p>
        </w:tc>
        <w:tc>
          <w:tcPr>
            <w:tcW w:w="2171" w:type="dxa"/>
            <w:tcBorders>
              <w:top w:val="single" w:sz="4" w:space="0" w:color="auto"/>
              <w:left w:val="single" w:sz="4" w:space="0" w:color="auto"/>
              <w:bottom w:val="single" w:sz="4" w:space="0" w:color="auto"/>
              <w:right w:val="single" w:sz="4" w:space="0" w:color="auto"/>
            </w:tcBorders>
            <w:hideMark/>
          </w:tcPr>
          <w:p w14:paraId="11505A81"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NORTHING(m)</w:t>
            </w:r>
          </w:p>
        </w:tc>
        <w:tc>
          <w:tcPr>
            <w:tcW w:w="1897" w:type="dxa"/>
            <w:tcBorders>
              <w:top w:val="single" w:sz="4" w:space="0" w:color="auto"/>
              <w:left w:val="single" w:sz="4" w:space="0" w:color="auto"/>
              <w:bottom w:val="single" w:sz="4" w:space="0" w:color="auto"/>
              <w:right w:val="single" w:sz="4" w:space="0" w:color="auto"/>
            </w:tcBorders>
            <w:hideMark/>
          </w:tcPr>
          <w:p w14:paraId="52ACCE7E"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EASTING(m)</w:t>
            </w:r>
          </w:p>
        </w:tc>
        <w:tc>
          <w:tcPr>
            <w:tcW w:w="1772" w:type="dxa"/>
            <w:tcBorders>
              <w:top w:val="single" w:sz="4" w:space="0" w:color="auto"/>
              <w:left w:val="single" w:sz="4" w:space="0" w:color="auto"/>
              <w:bottom w:val="single" w:sz="4" w:space="0" w:color="auto"/>
              <w:right w:val="single" w:sz="4" w:space="0" w:color="auto"/>
            </w:tcBorders>
            <w:hideMark/>
          </w:tcPr>
          <w:p w14:paraId="4A7AAA7D"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HEIGHT(m)</w:t>
            </w:r>
          </w:p>
        </w:tc>
        <w:tc>
          <w:tcPr>
            <w:tcW w:w="1741" w:type="dxa"/>
            <w:tcBorders>
              <w:top w:val="single" w:sz="4" w:space="0" w:color="auto"/>
              <w:left w:val="single" w:sz="4" w:space="0" w:color="auto"/>
              <w:bottom w:val="single" w:sz="4" w:space="0" w:color="auto"/>
              <w:right w:val="single" w:sz="4" w:space="0" w:color="auto"/>
            </w:tcBorders>
            <w:hideMark/>
          </w:tcPr>
          <w:p w14:paraId="5EEB5AC5"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LOCATION</w:t>
            </w:r>
          </w:p>
        </w:tc>
      </w:tr>
      <w:tr w:rsidR="0081455A" w:rsidRPr="0081455A" w14:paraId="6B0BD50A" w14:textId="77777777" w:rsidTr="0081455A">
        <w:tc>
          <w:tcPr>
            <w:tcW w:w="1890" w:type="dxa"/>
            <w:tcBorders>
              <w:top w:val="single" w:sz="4" w:space="0" w:color="auto"/>
              <w:left w:val="single" w:sz="4" w:space="0" w:color="auto"/>
              <w:bottom w:val="single" w:sz="4" w:space="0" w:color="auto"/>
              <w:right w:val="single" w:sz="4" w:space="0" w:color="auto"/>
            </w:tcBorders>
            <w:hideMark/>
          </w:tcPr>
          <w:p w14:paraId="33B3BEFC" w14:textId="77777777" w:rsidR="0081455A" w:rsidRPr="0081455A" w:rsidRDefault="0081455A" w:rsidP="0081455A">
            <w:pPr>
              <w:tabs>
                <w:tab w:val="right" w:pos="1764"/>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BM.01</w:t>
            </w:r>
            <w:r w:rsidRPr="0081455A">
              <w:rPr>
                <w:rFonts w:ascii="Times New Roman" w:hAnsi="Times New Roman" w:cs="Times New Roman"/>
                <w:sz w:val="24"/>
                <w:szCs w:val="24"/>
              </w:rPr>
              <w:tab/>
            </w:r>
          </w:p>
        </w:tc>
        <w:tc>
          <w:tcPr>
            <w:tcW w:w="2171" w:type="dxa"/>
            <w:tcBorders>
              <w:top w:val="single" w:sz="4" w:space="0" w:color="auto"/>
              <w:left w:val="single" w:sz="4" w:space="0" w:color="auto"/>
              <w:bottom w:val="single" w:sz="4" w:space="0" w:color="auto"/>
              <w:right w:val="single" w:sz="4" w:space="0" w:color="auto"/>
            </w:tcBorders>
            <w:vAlign w:val="center"/>
            <w:hideMark/>
          </w:tcPr>
          <w:p w14:paraId="11B2A962"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932229.902</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E18D44B"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675261.302</w:t>
            </w:r>
          </w:p>
        </w:tc>
        <w:tc>
          <w:tcPr>
            <w:tcW w:w="1772" w:type="dxa"/>
            <w:tcBorders>
              <w:top w:val="single" w:sz="4" w:space="0" w:color="auto"/>
              <w:left w:val="single" w:sz="4" w:space="0" w:color="auto"/>
              <w:bottom w:val="single" w:sz="4" w:space="0" w:color="auto"/>
              <w:right w:val="single" w:sz="4" w:space="0" w:color="auto"/>
            </w:tcBorders>
            <w:vAlign w:val="center"/>
            <w:hideMark/>
          </w:tcPr>
          <w:p w14:paraId="699503DB"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color w:val="000000"/>
                <w:sz w:val="24"/>
                <w:szCs w:val="24"/>
              </w:rPr>
              <w:t>312.39</w:t>
            </w:r>
          </w:p>
        </w:tc>
        <w:tc>
          <w:tcPr>
            <w:tcW w:w="1741" w:type="dxa"/>
            <w:tcBorders>
              <w:top w:val="single" w:sz="4" w:space="0" w:color="auto"/>
              <w:left w:val="single" w:sz="4" w:space="0" w:color="auto"/>
              <w:bottom w:val="single" w:sz="4" w:space="0" w:color="auto"/>
              <w:right w:val="single" w:sz="4" w:space="0" w:color="auto"/>
            </w:tcBorders>
            <w:hideMark/>
          </w:tcPr>
          <w:p w14:paraId="14C1D4C2"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Ilorin</w:t>
            </w:r>
          </w:p>
        </w:tc>
      </w:tr>
      <w:tr w:rsidR="0081455A" w:rsidRPr="0081455A" w14:paraId="4517A68B" w14:textId="77777777" w:rsidTr="0081455A">
        <w:tc>
          <w:tcPr>
            <w:tcW w:w="1890" w:type="dxa"/>
            <w:tcBorders>
              <w:top w:val="single" w:sz="4" w:space="0" w:color="auto"/>
              <w:left w:val="single" w:sz="4" w:space="0" w:color="auto"/>
              <w:bottom w:val="single" w:sz="4" w:space="0" w:color="auto"/>
              <w:right w:val="single" w:sz="4" w:space="0" w:color="auto"/>
            </w:tcBorders>
            <w:hideMark/>
          </w:tcPr>
          <w:p w14:paraId="3FF8D42C"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BM.02</w:t>
            </w:r>
          </w:p>
        </w:tc>
        <w:tc>
          <w:tcPr>
            <w:tcW w:w="2171" w:type="dxa"/>
            <w:tcBorders>
              <w:top w:val="single" w:sz="4" w:space="0" w:color="auto"/>
              <w:left w:val="single" w:sz="4" w:space="0" w:color="auto"/>
              <w:bottom w:val="single" w:sz="4" w:space="0" w:color="auto"/>
              <w:right w:val="single" w:sz="4" w:space="0" w:color="auto"/>
            </w:tcBorders>
            <w:vAlign w:val="bottom"/>
            <w:hideMark/>
          </w:tcPr>
          <w:p w14:paraId="47F0796B"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932225.637</w:t>
            </w:r>
          </w:p>
        </w:tc>
        <w:tc>
          <w:tcPr>
            <w:tcW w:w="1897" w:type="dxa"/>
            <w:tcBorders>
              <w:top w:val="single" w:sz="4" w:space="0" w:color="auto"/>
              <w:left w:val="single" w:sz="4" w:space="0" w:color="auto"/>
              <w:bottom w:val="single" w:sz="4" w:space="0" w:color="auto"/>
              <w:right w:val="single" w:sz="4" w:space="0" w:color="auto"/>
            </w:tcBorders>
            <w:vAlign w:val="bottom"/>
            <w:hideMark/>
          </w:tcPr>
          <w:p w14:paraId="6F6EEB1D"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675284.873</w:t>
            </w:r>
          </w:p>
        </w:tc>
        <w:tc>
          <w:tcPr>
            <w:tcW w:w="1772" w:type="dxa"/>
            <w:tcBorders>
              <w:top w:val="single" w:sz="4" w:space="0" w:color="auto"/>
              <w:left w:val="single" w:sz="4" w:space="0" w:color="auto"/>
              <w:bottom w:val="single" w:sz="4" w:space="0" w:color="auto"/>
              <w:right w:val="single" w:sz="4" w:space="0" w:color="auto"/>
            </w:tcBorders>
            <w:vAlign w:val="bottom"/>
            <w:hideMark/>
          </w:tcPr>
          <w:p w14:paraId="0D3EB14C"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color w:val="000000"/>
                <w:sz w:val="24"/>
                <w:szCs w:val="24"/>
              </w:rPr>
              <w:t>313.04</w:t>
            </w:r>
          </w:p>
        </w:tc>
        <w:tc>
          <w:tcPr>
            <w:tcW w:w="1741" w:type="dxa"/>
            <w:tcBorders>
              <w:top w:val="single" w:sz="4" w:space="0" w:color="auto"/>
              <w:left w:val="single" w:sz="4" w:space="0" w:color="auto"/>
              <w:bottom w:val="single" w:sz="4" w:space="0" w:color="auto"/>
              <w:right w:val="single" w:sz="4" w:space="0" w:color="auto"/>
            </w:tcBorders>
            <w:hideMark/>
          </w:tcPr>
          <w:p w14:paraId="39246A88"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Ilorin</w:t>
            </w:r>
          </w:p>
        </w:tc>
      </w:tr>
      <w:tr w:rsidR="0081455A" w:rsidRPr="0081455A" w14:paraId="0D1344AD" w14:textId="77777777" w:rsidTr="0081455A">
        <w:tc>
          <w:tcPr>
            <w:tcW w:w="1890" w:type="dxa"/>
            <w:tcBorders>
              <w:top w:val="single" w:sz="4" w:space="0" w:color="auto"/>
              <w:left w:val="single" w:sz="4" w:space="0" w:color="auto"/>
              <w:bottom w:val="single" w:sz="4" w:space="0" w:color="auto"/>
              <w:right w:val="single" w:sz="4" w:space="0" w:color="auto"/>
            </w:tcBorders>
            <w:hideMark/>
          </w:tcPr>
          <w:p w14:paraId="375CF2BF"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BM.03</w:t>
            </w:r>
          </w:p>
        </w:tc>
        <w:tc>
          <w:tcPr>
            <w:tcW w:w="2171" w:type="dxa"/>
            <w:tcBorders>
              <w:top w:val="single" w:sz="4" w:space="0" w:color="auto"/>
              <w:left w:val="single" w:sz="4" w:space="0" w:color="auto"/>
              <w:bottom w:val="single" w:sz="4" w:space="0" w:color="auto"/>
              <w:right w:val="single" w:sz="4" w:space="0" w:color="auto"/>
            </w:tcBorders>
            <w:vAlign w:val="bottom"/>
            <w:hideMark/>
          </w:tcPr>
          <w:p w14:paraId="03D95179"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932207.160</w:t>
            </w:r>
          </w:p>
        </w:tc>
        <w:tc>
          <w:tcPr>
            <w:tcW w:w="1897" w:type="dxa"/>
            <w:tcBorders>
              <w:top w:val="single" w:sz="4" w:space="0" w:color="auto"/>
              <w:left w:val="single" w:sz="4" w:space="0" w:color="auto"/>
              <w:bottom w:val="single" w:sz="4" w:space="0" w:color="auto"/>
              <w:right w:val="single" w:sz="4" w:space="0" w:color="auto"/>
            </w:tcBorders>
            <w:vAlign w:val="bottom"/>
            <w:hideMark/>
          </w:tcPr>
          <w:p w14:paraId="43173864"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675272.022</w:t>
            </w:r>
          </w:p>
        </w:tc>
        <w:tc>
          <w:tcPr>
            <w:tcW w:w="1772" w:type="dxa"/>
            <w:tcBorders>
              <w:top w:val="single" w:sz="4" w:space="0" w:color="auto"/>
              <w:left w:val="single" w:sz="4" w:space="0" w:color="auto"/>
              <w:bottom w:val="single" w:sz="4" w:space="0" w:color="auto"/>
              <w:right w:val="single" w:sz="4" w:space="0" w:color="auto"/>
            </w:tcBorders>
            <w:vAlign w:val="bottom"/>
            <w:hideMark/>
          </w:tcPr>
          <w:p w14:paraId="6CDB3F53"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color w:val="000000"/>
                <w:sz w:val="24"/>
                <w:szCs w:val="24"/>
              </w:rPr>
              <w:t>312.97</w:t>
            </w:r>
          </w:p>
        </w:tc>
        <w:tc>
          <w:tcPr>
            <w:tcW w:w="1741" w:type="dxa"/>
            <w:tcBorders>
              <w:top w:val="single" w:sz="4" w:space="0" w:color="auto"/>
              <w:left w:val="single" w:sz="4" w:space="0" w:color="auto"/>
              <w:bottom w:val="single" w:sz="4" w:space="0" w:color="auto"/>
              <w:right w:val="single" w:sz="4" w:space="0" w:color="auto"/>
            </w:tcBorders>
            <w:hideMark/>
          </w:tcPr>
          <w:p w14:paraId="32193BAE"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Ilorin </w:t>
            </w:r>
          </w:p>
        </w:tc>
      </w:tr>
    </w:tbl>
    <w:p w14:paraId="373E58BF" w14:textId="77777777" w:rsidR="0081455A" w:rsidRPr="0081455A" w:rsidRDefault="0081455A" w:rsidP="0081455A">
      <w:pPr>
        <w:spacing w:after="0" w:line="480" w:lineRule="auto"/>
        <w:rPr>
          <w:rFonts w:ascii="Times New Roman" w:hAnsi="Times New Roman" w:cs="Times New Roman"/>
          <w:i/>
          <w:sz w:val="24"/>
          <w:szCs w:val="24"/>
        </w:rPr>
      </w:pPr>
      <w:r w:rsidRPr="0081455A">
        <w:rPr>
          <w:rFonts w:ascii="Times New Roman" w:hAnsi="Times New Roman" w:cs="Times New Roman"/>
          <w:i/>
          <w:sz w:val="24"/>
          <w:szCs w:val="24"/>
        </w:rPr>
        <w:t xml:space="preserve">Source: Author, 2025. </w:t>
      </w:r>
    </w:p>
    <w:p w14:paraId="6DDF5E31"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3.4.</w:t>
      </w:r>
      <w:r w:rsidRPr="0081455A">
        <w:rPr>
          <w:rFonts w:ascii="Times New Roman" w:hAnsi="Times New Roman" w:cs="Times New Roman"/>
          <w:b/>
          <w:sz w:val="24"/>
          <w:szCs w:val="24"/>
        </w:rPr>
        <w:tab/>
        <w:t>SELECTION OF THE EQUIPMENT AND SOFTWARE</w:t>
      </w:r>
    </w:p>
    <w:p w14:paraId="2D2D7098" w14:textId="77777777" w:rsidR="0081455A" w:rsidRPr="0081455A" w:rsidRDefault="0081455A" w:rsidP="0081455A">
      <w:pPr>
        <w:spacing w:after="0" w:line="480" w:lineRule="auto"/>
        <w:ind w:left="720" w:firstLine="720"/>
        <w:rPr>
          <w:rFonts w:ascii="Times New Roman" w:hAnsi="Times New Roman" w:cs="Times New Roman"/>
          <w:sz w:val="24"/>
          <w:szCs w:val="24"/>
        </w:rPr>
      </w:pPr>
      <w:r w:rsidRPr="0081455A">
        <w:rPr>
          <w:rFonts w:ascii="Times New Roman" w:hAnsi="Times New Roman" w:cs="Times New Roman"/>
          <w:sz w:val="24"/>
          <w:szCs w:val="24"/>
        </w:rPr>
        <w:t>The equipment, tools and software used for this project were grouped into two categories and they are:</w:t>
      </w:r>
    </w:p>
    <w:p w14:paraId="4345352F" w14:textId="77777777" w:rsidR="0081455A" w:rsidRPr="0081455A" w:rsidRDefault="0081455A" w:rsidP="00585E09">
      <w:pPr>
        <w:pStyle w:val="ListParagraph"/>
        <w:numPr>
          <w:ilvl w:val="0"/>
          <w:numId w:val="14"/>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Hardware</w:t>
      </w:r>
    </w:p>
    <w:p w14:paraId="5F2F8FAD" w14:textId="7CB7A3FC" w:rsidR="0081455A" w:rsidRPr="0081455A" w:rsidRDefault="0081455A" w:rsidP="00585E09">
      <w:pPr>
        <w:pStyle w:val="ListParagraph"/>
        <w:numPr>
          <w:ilvl w:val="0"/>
          <w:numId w:val="14"/>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Software</w:t>
      </w:r>
    </w:p>
    <w:p w14:paraId="3EA7CAB2"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3.4.1</w:t>
      </w:r>
      <w:r w:rsidRPr="0081455A">
        <w:rPr>
          <w:rFonts w:ascii="Times New Roman" w:hAnsi="Times New Roman" w:cs="Times New Roman"/>
          <w:b/>
          <w:sz w:val="24"/>
          <w:szCs w:val="24"/>
        </w:rPr>
        <w:tab/>
        <w:t>Hardware Used</w:t>
      </w:r>
    </w:p>
    <w:p w14:paraId="4617E941" w14:textId="77777777" w:rsidR="0081455A" w:rsidRPr="0081455A" w:rsidRDefault="0081455A" w:rsidP="00585E09">
      <w:pPr>
        <w:pStyle w:val="ListParagraph"/>
        <w:numPr>
          <w:ilvl w:val="0"/>
          <w:numId w:val="15"/>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Sokkia (CX105) Total Station</w:t>
      </w:r>
      <w:r w:rsidRPr="0081455A">
        <w:rPr>
          <w:rFonts w:ascii="Times New Roman" w:hAnsi="Times New Roman" w:cs="Times New Roman"/>
          <w:sz w:val="24"/>
          <w:szCs w:val="24"/>
        </w:rPr>
        <w:tab/>
        <w:t>1 No.</w:t>
      </w:r>
    </w:p>
    <w:p w14:paraId="1E5C2D3F" w14:textId="77777777" w:rsidR="0081455A" w:rsidRPr="0081455A" w:rsidRDefault="0081455A" w:rsidP="00585E09">
      <w:pPr>
        <w:pStyle w:val="ListParagraph"/>
        <w:numPr>
          <w:ilvl w:val="0"/>
          <w:numId w:val="15"/>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Hand held GPS receiver</w:t>
      </w:r>
      <w:r w:rsidRPr="0081455A">
        <w:rPr>
          <w:rFonts w:ascii="Times New Roman" w:hAnsi="Times New Roman" w:cs="Times New Roman"/>
          <w:sz w:val="24"/>
          <w:szCs w:val="24"/>
        </w:rPr>
        <w:tab/>
      </w:r>
      <w:r w:rsidRPr="0081455A">
        <w:rPr>
          <w:rFonts w:ascii="Times New Roman" w:hAnsi="Times New Roman" w:cs="Times New Roman"/>
          <w:sz w:val="24"/>
          <w:szCs w:val="24"/>
        </w:rPr>
        <w:tab/>
        <w:t>1 No.</w:t>
      </w:r>
    </w:p>
    <w:p w14:paraId="51407A11" w14:textId="77777777" w:rsidR="0081455A" w:rsidRPr="0081455A" w:rsidRDefault="0081455A" w:rsidP="00585E09">
      <w:pPr>
        <w:pStyle w:val="ListParagraph"/>
        <w:numPr>
          <w:ilvl w:val="0"/>
          <w:numId w:val="15"/>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HP Design jet 7100 series</w:t>
      </w:r>
      <w:r w:rsidRPr="0081455A">
        <w:rPr>
          <w:rFonts w:ascii="Times New Roman" w:hAnsi="Times New Roman" w:cs="Times New Roman"/>
          <w:sz w:val="24"/>
          <w:szCs w:val="24"/>
        </w:rPr>
        <w:tab/>
      </w:r>
      <w:r w:rsidRPr="0081455A">
        <w:rPr>
          <w:rFonts w:ascii="Times New Roman" w:hAnsi="Times New Roman" w:cs="Times New Roman"/>
          <w:sz w:val="24"/>
          <w:szCs w:val="24"/>
        </w:rPr>
        <w:tab/>
        <w:t>1 No.</w:t>
      </w:r>
    </w:p>
    <w:p w14:paraId="3197B026" w14:textId="77777777" w:rsidR="0081455A" w:rsidRPr="0081455A" w:rsidRDefault="0081455A" w:rsidP="00585E09">
      <w:pPr>
        <w:pStyle w:val="ListParagraph"/>
        <w:numPr>
          <w:ilvl w:val="0"/>
          <w:numId w:val="15"/>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HP Gateway laptop</w:t>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t>1 No.</w:t>
      </w:r>
    </w:p>
    <w:p w14:paraId="234D70B5" w14:textId="77777777" w:rsidR="0081455A" w:rsidRPr="0081455A" w:rsidRDefault="0081455A" w:rsidP="00585E09">
      <w:pPr>
        <w:pStyle w:val="ListParagraph"/>
        <w:numPr>
          <w:ilvl w:val="0"/>
          <w:numId w:val="15"/>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Tracking rod</w:t>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t>1No.</w:t>
      </w:r>
    </w:p>
    <w:p w14:paraId="6CE98D7E" w14:textId="77777777" w:rsidR="0081455A" w:rsidRPr="0081455A" w:rsidRDefault="0081455A" w:rsidP="00585E09">
      <w:pPr>
        <w:pStyle w:val="ListParagraph"/>
        <w:numPr>
          <w:ilvl w:val="0"/>
          <w:numId w:val="15"/>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Tripod</w:t>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t>1 No.</w:t>
      </w:r>
    </w:p>
    <w:p w14:paraId="56E60E63" w14:textId="77777777" w:rsidR="0081455A" w:rsidRPr="0081455A" w:rsidRDefault="0081455A" w:rsidP="00585E09">
      <w:pPr>
        <w:pStyle w:val="ListParagraph"/>
        <w:numPr>
          <w:ilvl w:val="0"/>
          <w:numId w:val="15"/>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Linear tape (50m)</w:t>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t>1 No.</w:t>
      </w:r>
    </w:p>
    <w:p w14:paraId="52C2D04B"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3.4.2      Software Used</w:t>
      </w:r>
    </w:p>
    <w:p w14:paraId="16BDAF68" w14:textId="77777777" w:rsidR="0081455A" w:rsidRPr="0081455A" w:rsidRDefault="0081455A" w:rsidP="00585E09">
      <w:pPr>
        <w:pStyle w:val="ListParagraph"/>
        <w:numPr>
          <w:ilvl w:val="0"/>
          <w:numId w:val="16"/>
        </w:numPr>
        <w:spacing w:after="0" w:line="480" w:lineRule="auto"/>
        <w:rPr>
          <w:rFonts w:ascii="Times New Roman" w:hAnsi="Times New Roman" w:cs="Times New Roman"/>
          <w:sz w:val="24"/>
          <w:szCs w:val="24"/>
        </w:rPr>
      </w:pPr>
      <w:proofErr w:type="spellStart"/>
      <w:r w:rsidRPr="0081455A">
        <w:rPr>
          <w:rFonts w:ascii="Times New Roman" w:hAnsi="Times New Roman" w:cs="Times New Roman"/>
          <w:sz w:val="24"/>
          <w:szCs w:val="24"/>
        </w:rPr>
        <w:t>Ts</w:t>
      </w:r>
      <w:proofErr w:type="spellEnd"/>
      <w:r w:rsidRPr="0081455A">
        <w:rPr>
          <w:rFonts w:ascii="Times New Roman" w:hAnsi="Times New Roman" w:cs="Times New Roman"/>
          <w:sz w:val="24"/>
          <w:szCs w:val="24"/>
        </w:rPr>
        <w:t>-link for  (CX105) Total Station downloading software</w:t>
      </w:r>
    </w:p>
    <w:p w14:paraId="05FEDA50" w14:textId="77777777" w:rsidR="0081455A" w:rsidRPr="0081455A" w:rsidRDefault="0081455A" w:rsidP="00585E09">
      <w:pPr>
        <w:pStyle w:val="ListParagraph"/>
        <w:numPr>
          <w:ilvl w:val="0"/>
          <w:numId w:val="16"/>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AutoCAD 2007</w:t>
      </w:r>
    </w:p>
    <w:p w14:paraId="1D09E503" w14:textId="77777777" w:rsidR="0081455A" w:rsidRPr="0081455A" w:rsidRDefault="0081455A" w:rsidP="00585E09">
      <w:pPr>
        <w:pStyle w:val="ListParagraph"/>
        <w:numPr>
          <w:ilvl w:val="0"/>
          <w:numId w:val="16"/>
        </w:numPr>
        <w:spacing w:after="0" w:line="480" w:lineRule="auto"/>
        <w:rPr>
          <w:rFonts w:ascii="Times New Roman" w:hAnsi="Times New Roman" w:cs="Times New Roman"/>
          <w:sz w:val="24"/>
          <w:szCs w:val="24"/>
        </w:rPr>
      </w:pPr>
      <w:proofErr w:type="spellStart"/>
      <w:r w:rsidRPr="0081455A">
        <w:rPr>
          <w:rFonts w:ascii="Times New Roman" w:hAnsi="Times New Roman" w:cs="Times New Roman"/>
          <w:sz w:val="24"/>
          <w:szCs w:val="24"/>
        </w:rPr>
        <w:t>CivilCAD</w:t>
      </w:r>
      <w:proofErr w:type="spellEnd"/>
      <w:r w:rsidRPr="0081455A">
        <w:rPr>
          <w:rFonts w:ascii="Times New Roman" w:hAnsi="Times New Roman" w:cs="Times New Roman"/>
          <w:sz w:val="24"/>
          <w:szCs w:val="24"/>
        </w:rPr>
        <w:t xml:space="preserve"> 2014</w:t>
      </w:r>
    </w:p>
    <w:p w14:paraId="1FA3758A" w14:textId="77777777" w:rsidR="0081455A" w:rsidRPr="0081455A" w:rsidRDefault="0081455A" w:rsidP="00585E09">
      <w:pPr>
        <w:pStyle w:val="ListParagraph"/>
        <w:numPr>
          <w:ilvl w:val="0"/>
          <w:numId w:val="16"/>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Note pad</w:t>
      </w:r>
    </w:p>
    <w:p w14:paraId="5CE0F39E" w14:textId="2412127B" w:rsidR="0081455A" w:rsidRDefault="0081455A" w:rsidP="00585E09">
      <w:pPr>
        <w:pStyle w:val="ListParagraph"/>
        <w:numPr>
          <w:ilvl w:val="0"/>
          <w:numId w:val="16"/>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Microsoft Office package (Word and Excel)</w:t>
      </w:r>
      <w:r>
        <w:rPr>
          <w:rFonts w:ascii="Times New Roman" w:hAnsi="Times New Roman" w:cs="Times New Roman"/>
          <w:sz w:val="24"/>
          <w:szCs w:val="24"/>
        </w:rPr>
        <w:t>.</w:t>
      </w:r>
    </w:p>
    <w:p w14:paraId="2C1B0817" w14:textId="77777777" w:rsidR="0081455A" w:rsidRDefault="0081455A" w:rsidP="0081455A">
      <w:pPr>
        <w:pStyle w:val="ListParagraph"/>
        <w:spacing w:after="0" w:line="480" w:lineRule="auto"/>
        <w:rPr>
          <w:rFonts w:ascii="Times New Roman" w:hAnsi="Times New Roman" w:cs="Times New Roman"/>
          <w:sz w:val="24"/>
          <w:szCs w:val="24"/>
        </w:rPr>
      </w:pPr>
    </w:p>
    <w:p w14:paraId="645BAE08" w14:textId="77777777" w:rsidR="0081455A" w:rsidRPr="0081455A" w:rsidRDefault="0081455A" w:rsidP="0081455A">
      <w:pPr>
        <w:pStyle w:val="ListParagraph"/>
        <w:spacing w:after="0" w:line="480" w:lineRule="auto"/>
        <w:rPr>
          <w:rFonts w:ascii="Times New Roman" w:hAnsi="Times New Roman" w:cs="Times New Roman"/>
          <w:sz w:val="24"/>
          <w:szCs w:val="24"/>
        </w:rPr>
      </w:pPr>
    </w:p>
    <w:p w14:paraId="3CEECEFD"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lastRenderedPageBreak/>
        <w:t>3.5.</w:t>
      </w:r>
      <w:r w:rsidRPr="0081455A">
        <w:rPr>
          <w:rFonts w:ascii="Times New Roman" w:hAnsi="Times New Roman" w:cs="Times New Roman"/>
          <w:b/>
          <w:sz w:val="24"/>
          <w:szCs w:val="24"/>
        </w:rPr>
        <w:tab/>
        <w:t>BENCH MARKS ESTABLISHMENT, CAPPING AND LABEL</w:t>
      </w:r>
    </w:p>
    <w:p w14:paraId="30878A8A" w14:textId="77777777" w:rsidR="0081455A" w:rsidRPr="0081455A" w:rsidRDefault="0081455A" w:rsidP="00585E09">
      <w:pPr>
        <w:pStyle w:val="ListParagraph"/>
        <w:numPr>
          <w:ilvl w:val="0"/>
          <w:numId w:val="17"/>
        </w:numPr>
        <w:spacing w:after="0" w:line="480" w:lineRule="auto"/>
        <w:ind w:left="720"/>
        <w:rPr>
          <w:rFonts w:ascii="Times New Roman" w:hAnsi="Times New Roman" w:cs="Times New Roman"/>
          <w:sz w:val="24"/>
          <w:szCs w:val="24"/>
        </w:rPr>
      </w:pPr>
      <w:r w:rsidRPr="0081455A">
        <w:rPr>
          <w:rFonts w:ascii="Times New Roman" w:hAnsi="Times New Roman" w:cs="Times New Roman"/>
          <w:sz w:val="24"/>
          <w:szCs w:val="24"/>
        </w:rPr>
        <w:t xml:space="preserve">Temporary bench marks (TBM) were established and coordinated along the entire route of the project, which were meant to serve as a check for data acquisition and controls for establishing centerlines </w:t>
      </w:r>
      <w:proofErr w:type="spellStart"/>
      <w:r w:rsidRPr="0081455A">
        <w:rPr>
          <w:rFonts w:ascii="Times New Roman" w:hAnsi="Times New Roman" w:cs="Times New Roman"/>
          <w:sz w:val="24"/>
          <w:szCs w:val="24"/>
        </w:rPr>
        <w:t>chainages</w:t>
      </w:r>
      <w:proofErr w:type="spellEnd"/>
      <w:r w:rsidRPr="0081455A">
        <w:rPr>
          <w:rFonts w:ascii="Times New Roman" w:hAnsi="Times New Roman" w:cs="Times New Roman"/>
          <w:sz w:val="24"/>
          <w:szCs w:val="24"/>
        </w:rPr>
        <w:t xml:space="preserve">, setting out of curves and other road features during the actual construction. </w:t>
      </w:r>
    </w:p>
    <w:p w14:paraId="5ADAA6AC" w14:textId="77777777" w:rsidR="0081455A" w:rsidRPr="0081455A" w:rsidRDefault="0081455A" w:rsidP="00585E09">
      <w:pPr>
        <w:pStyle w:val="ListParagraph"/>
        <w:numPr>
          <w:ilvl w:val="0"/>
          <w:numId w:val="17"/>
        </w:numPr>
        <w:spacing w:after="0" w:line="480" w:lineRule="auto"/>
        <w:ind w:left="720"/>
        <w:rPr>
          <w:rFonts w:ascii="Times New Roman" w:hAnsi="Times New Roman" w:cs="Times New Roman"/>
          <w:sz w:val="24"/>
          <w:szCs w:val="24"/>
        </w:rPr>
      </w:pPr>
      <w:r w:rsidRPr="0081455A">
        <w:rPr>
          <w:rFonts w:ascii="Times New Roman" w:hAnsi="Times New Roman" w:cs="Times New Roman"/>
          <w:sz w:val="24"/>
          <w:szCs w:val="24"/>
        </w:rPr>
        <w:t xml:space="preserve">The positions of these beacons (TBMs) were selected and established at certain distances part not above 500m interval in such a way that they are inter-visible to each other, not too far from the proposed road and considerable number of centerline </w:t>
      </w:r>
      <w:proofErr w:type="spellStart"/>
      <w:r w:rsidRPr="0081455A">
        <w:rPr>
          <w:rFonts w:ascii="Times New Roman" w:hAnsi="Times New Roman" w:cs="Times New Roman"/>
          <w:sz w:val="24"/>
          <w:szCs w:val="24"/>
        </w:rPr>
        <w:t>chainages</w:t>
      </w:r>
      <w:proofErr w:type="spellEnd"/>
      <w:r w:rsidRPr="0081455A">
        <w:rPr>
          <w:rFonts w:ascii="Times New Roman" w:hAnsi="Times New Roman" w:cs="Times New Roman"/>
          <w:sz w:val="24"/>
          <w:szCs w:val="24"/>
        </w:rPr>
        <w:t xml:space="preserve"> can be set out from them.</w:t>
      </w:r>
    </w:p>
    <w:p w14:paraId="11390CD3" w14:textId="77777777" w:rsidR="0081455A" w:rsidRPr="0081455A" w:rsidRDefault="0081455A" w:rsidP="00585E09">
      <w:pPr>
        <w:pStyle w:val="ListParagraph"/>
        <w:numPr>
          <w:ilvl w:val="0"/>
          <w:numId w:val="17"/>
        </w:numPr>
        <w:spacing w:after="0" w:line="480" w:lineRule="auto"/>
        <w:ind w:left="720"/>
        <w:rPr>
          <w:rFonts w:ascii="Times New Roman" w:hAnsi="Times New Roman" w:cs="Times New Roman"/>
          <w:sz w:val="24"/>
          <w:szCs w:val="24"/>
        </w:rPr>
      </w:pPr>
      <w:r w:rsidRPr="0081455A">
        <w:rPr>
          <w:rFonts w:ascii="Times New Roman" w:hAnsi="Times New Roman" w:cs="Times New Roman"/>
          <w:sz w:val="24"/>
          <w:szCs w:val="24"/>
        </w:rPr>
        <w:t xml:space="preserve">The property beacons used were precast with dimensions 18cm x 18cm x 75cm in length. Sixty five centimeters (65cm) of the precast beacon was buried beneath the surface and ten centimeters (10cm) above as shown in fig. 2.3. </w:t>
      </w:r>
    </w:p>
    <w:p w14:paraId="54ADA330" w14:textId="77777777" w:rsidR="0081455A" w:rsidRPr="0081455A" w:rsidRDefault="0081455A" w:rsidP="00585E09">
      <w:pPr>
        <w:pStyle w:val="ListParagraph"/>
        <w:numPr>
          <w:ilvl w:val="0"/>
          <w:numId w:val="17"/>
        </w:numPr>
        <w:spacing w:after="0" w:line="480" w:lineRule="auto"/>
        <w:ind w:left="720"/>
        <w:rPr>
          <w:rFonts w:ascii="Times New Roman" w:hAnsi="Times New Roman" w:cs="Times New Roman"/>
          <w:sz w:val="24"/>
          <w:szCs w:val="24"/>
        </w:rPr>
      </w:pPr>
      <w:r w:rsidRPr="0081455A">
        <w:rPr>
          <w:rFonts w:ascii="Times New Roman" w:hAnsi="Times New Roman" w:cs="Times New Roman"/>
          <w:sz w:val="24"/>
          <w:szCs w:val="24"/>
        </w:rPr>
        <w:t>The numbering was done serially from the beginning to the end of the proposed road and was prefixed with identification number BM01, BM02, BM03 and so on. The values of those TBMs were shown on appendix</w:t>
      </w:r>
    </w:p>
    <w:p w14:paraId="245A4C8B" w14:textId="5F4BB678" w:rsidR="0081455A" w:rsidRPr="0081455A" w:rsidRDefault="0081455A" w:rsidP="0081455A">
      <w:pPr>
        <w:pStyle w:val="ListParagraph"/>
        <w:spacing w:after="0" w:line="480" w:lineRule="auto"/>
        <w:ind w:left="1080"/>
        <w:rPr>
          <w:rFonts w:ascii="Times New Roman" w:hAnsi="Times New Roman" w:cs="Times New Roman"/>
          <w:sz w:val="24"/>
          <w:szCs w:val="24"/>
        </w:rPr>
      </w:pPr>
      <w:r w:rsidRPr="0081455A">
        <w:rPr>
          <w:rFonts w:ascii="Times New Roman" w:hAnsi="Times New Roman" w:cs="Times New Roman"/>
          <w:noProof/>
          <w:sz w:val="24"/>
          <w:szCs w:val="24"/>
        </w:rPr>
        <mc:AlternateContent>
          <mc:Choice Requires="wpg">
            <w:drawing>
              <wp:anchor distT="0" distB="0" distL="114300" distR="114300" simplePos="0" relativeHeight="251631616" behindDoc="0" locked="0" layoutInCell="1" allowOverlap="1" wp14:anchorId="290EA2A3" wp14:editId="3ACCD672">
                <wp:simplePos x="0" y="0"/>
                <wp:positionH relativeFrom="column">
                  <wp:posOffset>927735</wp:posOffset>
                </wp:positionH>
                <wp:positionV relativeFrom="paragraph">
                  <wp:posOffset>258445</wp:posOffset>
                </wp:positionV>
                <wp:extent cx="4763770" cy="2437765"/>
                <wp:effectExtent l="13335" t="0" r="4445" b="2032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2437765"/>
                          <a:chOff x="2901" y="1847"/>
                          <a:chExt cx="7502" cy="3839"/>
                        </a:xfrm>
                      </wpg:grpSpPr>
                      <wps:wsp>
                        <wps:cNvPr id="53" name="AutoShape 36"/>
                        <wps:cNvCnPr>
                          <a:cxnSpLocks noChangeShapeType="1"/>
                        </wps:cNvCnPr>
                        <wps:spPr bwMode="auto">
                          <a:xfrm flipH="1">
                            <a:off x="4471" y="3190"/>
                            <a:ext cx="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37"/>
                        <wps:cNvCnPr>
                          <a:cxnSpLocks noChangeShapeType="1"/>
                        </wps:cNvCnPr>
                        <wps:spPr bwMode="auto">
                          <a:xfrm flipH="1">
                            <a:off x="4786" y="2845"/>
                            <a:ext cx="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38"/>
                        <wps:cNvCnPr>
                          <a:cxnSpLocks noChangeShapeType="1"/>
                        </wps:cNvCnPr>
                        <wps:spPr bwMode="auto">
                          <a:xfrm flipV="1">
                            <a:off x="4733" y="2845"/>
                            <a:ext cx="338" cy="3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56" name="Group 39"/>
                        <wpg:cNvGrpSpPr>
                          <a:grpSpLocks/>
                        </wpg:cNvGrpSpPr>
                        <wpg:grpSpPr bwMode="auto">
                          <a:xfrm>
                            <a:off x="2901" y="1847"/>
                            <a:ext cx="7502" cy="3839"/>
                            <a:chOff x="2124" y="10204"/>
                            <a:chExt cx="7502" cy="3839"/>
                          </a:xfrm>
                        </wpg:grpSpPr>
                        <wpg:grpSp>
                          <wpg:cNvPr id="57" name="Group 40"/>
                          <wpg:cNvGrpSpPr>
                            <a:grpSpLocks/>
                          </wpg:cNvGrpSpPr>
                          <wpg:grpSpPr bwMode="auto">
                            <a:xfrm>
                              <a:off x="3288" y="11079"/>
                              <a:ext cx="5112" cy="2174"/>
                              <a:chOff x="3288" y="11079"/>
                              <a:chExt cx="5112" cy="2174"/>
                            </a:xfrm>
                          </wpg:grpSpPr>
                          <wps:wsp>
                            <wps:cNvPr id="58" name="Text Box 41"/>
                            <wps:cNvSpPr txBox="1">
                              <a:spLocks noChangeArrowheads="1"/>
                            </wps:cNvSpPr>
                            <wps:spPr bwMode="auto">
                              <a:xfrm>
                                <a:off x="6168" y="11345"/>
                                <a:ext cx="87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AEFB5" w14:textId="77777777" w:rsidR="0081455A" w:rsidRDefault="0081455A" w:rsidP="0081455A">
                                  <w:pPr>
                                    <w:rPr>
                                      <w:b/>
                                    </w:rPr>
                                  </w:pPr>
                                  <w:r>
                                    <w:rPr>
                                      <w:b/>
                                    </w:rPr>
                                    <w:t>10cm</w:t>
                                  </w:r>
                                </w:p>
                              </w:txbxContent>
                            </wps:txbx>
                            <wps:bodyPr rot="0" vert="horz" wrap="square" lIns="91440" tIns="45720" rIns="91440" bIns="45720" anchor="t" anchorCtr="0" upright="1">
                              <a:noAutofit/>
                            </wps:bodyPr>
                          </wps:wsp>
                          <wps:wsp>
                            <wps:cNvPr id="59" name="Text Box 42"/>
                            <wps:cNvSpPr txBox="1">
                              <a:spLocks noChangeArrowheads="1"/>
                            </wps:cNvSpPr>
                            <wps:spPr bwMode="auto">
                              <a:xfrm>
                                <a:off x="3288" y="12785"/>
                                <a:ext cx="87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193BA" w14:textId="77777777" w:rsidR="0081455A" w:rsidRDefault="0081455A" w:rsidP="0081455A">
                                  <w:pPr>
                                    <w:rPr>
                                      <w:b/>
                                    </w:rPr>
                                  </w:pPr>
                                  <w:r>
                                    <w:rPr>
                                      <w:b/>
                                    </w:rPr>
                                    <w:t>65cm</w:t>
                                  </w:r>
                                </w:p>
                              </w:txbxContent>
                            </wps:txbx>
                            <wps:bodyPr rot="0" vert="horz" wrap="square" lIns="91440" tIns="45720" rIns="91440" bIns="45720" anchor="t" anchorCtr="0" upright="1">
                              <a:noAutofit/>
                            </wps:bodyPr>
                          </wps:wsp>
                          <wps:wsp>
                            <wps:cNvPr id="60" name="Text Box 43"/>
                            <wps:cNvSpPr txBox="1">
                              <a:spLocks noChangeArrowheads="1"/>
                            </wps:cNvSpPr>
                            <wps:spPr bwMode="auto">
                              <a:xfrm>
                                <a:off x="6888" y="11860"/>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0CC65" w14:textId="77777777" w:rsidR="0081455A" w:rsidRDefault="0081455A" w:rsidP="0081455A">
                                  <w:pPr>
                                    <w:rPr>
                                      <w:b/>
                                    </w:rPr>
                                  </w:pPr>
                                  <w:r>
                                    <w:rPr>
                                      <w:b/>
                                    </w:rPr>
                                    <w:t>Ground level</w:t>
                                  </w:r>
                                </w:p>
                              </w:txbxContent>
                            </wps:txbx>
                            <wps:bodyPr rot="0" vert="horz" wrap="square" lIns="91440" tIns="45720" rIns="91440" bIns="45720" anchor="t" anchorCtr="0" upright="1">
                              <a:noAutofit/>
                            </wps:bodyPr>
                          </wps:wsp>
                          <wps:wsp>
                            <wps:cNvPr id="61" name="Text Box 44"/>
                            <wps:cNvSpPr txBox="1">
                              <a:spLocks noChangeArrowheads="1"/>
                            </wps:cNvSpPr>
                            <wps:spPr bwMode="auto">
                              <a:xfrm>
                                <a:off x="3423" y="11079"/>
                                <a:ext cx="87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357E1" w14:textId="77777777" w:rsidR="0081455A" w:rsidRDefault="0081455A" w:rsidP="0081455A">
                                  <w:pPr>
                                    <w:rPr>
                                      <w:b/>
                                    </w:rPr>
                                  </w:pPr>
                                  <w:r>
                                    <w:rPr>
                                      <w:b/>
                                    </w:rPr>
                                    <w:t>18cm</w:t>
                                  </w:r>
                                </w:p>
                              </w:txbxContent>
                            </wps:txbx>
                            <wps:bodyPr rot="0" vert="horz" wrap="square" lIns="91440" tIns="45720" rIns="91440" bIns="45720" anchor="t" anchorCtr="0" upright="1">
                              <a:noAutofit/>
                            </wps:bodyPr>
                          </wps:wsp>
                        </wpg:grpSp>
                        <wpg:grpSp>
                          <wpg:cNvPr id="62" name="Group 45"/>
                          <wpg:cNvGrpSpPr>
                            <a:grpSpLocks/>
                          </wpg:cNvGrpSpPr>
                          <wpg:grpSpPr bwMode="auto">
                            <a:xfrm>
                              <a:off x="2124" y="10204"/>
                              <a:ext cx="7502" cy="3839"/>
                              <a:chOff x="2124" y="10204"/>
                              <a:chExt cx="7502" cy="3839"/>
                            </a:xfrm>
                          </wpg:grpSpPr>
                          <wpg:grpSp>
                            <wpg:cNvPr id="63" name="Group 46"/>
                            <wpg:cNvGrpSpPr>
                              <a:grpSpLocks/>
                            </wpg:cNvGrpSpPr>
                            <wpg:grpSpPr bwMode="auto">
                              <a:xfrm>
                                <a:off x="2124" y="10204"/>
                                <a:ext cx="4915" cy="3839"/>
                                <a:chOff x="2124" y="10204"/>
                                <a:chExt cx="4915" cy="3839"/>
                              </a:xfrm>
                            </wpg:grpSpPr>
                            <wpg:grpSp>
                              <wpg:cNvPr id="64" name="Group 47"/>
                              <wpg:cNvGrpSpPr>
                                <a:grpSpLocks/>
                              </wpg:cNvGrpSpPr>
                              <wpg:grpSpPr bwMode="auto">
                                <a:xfrm>
                                  <a:off x="2124" y="10743"/>
                                  <a:ext cx="4915" cy="3300"/>
                                  <a:chOff x="1290" y="10584"/>
                                  <a:chExt cx="4915" cy="3300"/>
                                </a:xfrm>
                              </wpg:grpSpPr>
                              <wpg:grpSp>
                                <wpg:cNvPr id="65" name="Group 120"/>
                                <wpg:cNvGrpSpPr>
                                  <a:grpSpLocks/>
                                </wpg:cNvGrpSpPr>
                                <wpg:grpSpPr bwMode="auto">
                                  <a:xfrm>
                                    <a:off x="1290" y="11814"/>
                                    <a:ext cx="4915" cy="520"/>
                                    <a:chOff x="0" y="0"/>
                                    <a:chExt cx="31208" cy="3302"/>
                                  </a:xfrm>
                                </wpg:grpSpPr>
                                <wps:wsp>
                                  <wps:cNvPr id="66" name="Freeform 135"/>
                                  <wps:cNvSpPr>
                                    <a:spLocks/>
                                  </wps:cNvSpPr>
                                  <wps:spPr bwMode="auto">
                                    <a:xfrm>
                                      <a:off x="0" y="0"/>
                                      <a:ext cx="31208" cy="1918"/>
                                    </a:xfrm>
                                    <a:custGeom>
                                      <a:avLst/>
                                      <a:gdLst>
                                        <a:gd name="T0" fmla="*/ 0 w 3120887"/>
                                        <a:gd name="T1" fmla="*/ 1403 h 191837"/>
                                        <a:gd name="T2" fmla="*/ 3976 w 3120887"/>
                                        <a:gd name="T3" fmla="*/ 708 h 191837"/>
                                        <a:gd name="T4" fmla="*/ 5765 w 3120887"/>
                                        <a:gd name="T5" fmla="*/ 1900 h 191837"/>
                                        <a:gd name="T6" fmla="*/ 7653 w 3120887"/>
                                        <a:gd name="T7" fmla="*/ 708 h 191837"/>
                                        <a:gd name="T8" fmla="*/ 10436 w 3120887"/>
                                        <a:gd name="T9" fmla="*/ 1900 h 191837"/>
                                        <a:gd name="T10" fmla="*/ 12026 w 3120887"/>
                                        <a:gd name="T11" fmla="*/ 1304 h 191837"/>
                                        <a:gd name="T12" fmla="*/ 13716 w 3120887"/>
                                        <a:gd name="T13" fmla="*/ 608 h 191837"/>
                                        <a:gd name="T14" fmla="*/ 16399 w 3120887"/>
                                        <a:gd name="T15" fmla="*/ 1900 h 191837"/>
                                        <a:gd name="T16" fmla="*/ 18586 w 3120887"/>
                                        <a:gd name="T17" fmla="*/ 1304 h 191837"/>
                                        <a:gd name="T18" fmla="*/ 20076 w 3120887"/>
                                        <a:gd name="T19" fmla="*/ 509 h 191837"/>
                                        <a:gd name="T20" fmla="*/ 20673 w 3120887"/>
                                        <a:gd name="T21" fmla="*/ 1602 h 191837"/>
                                        <a:gd name="T22" fmla="*/ 23953 w 3120887"/>
                                        <a:gd name="T23" fmla="*/ 906 h 191837"/>
                                        <a:gd name="T24" fmla="*/ 26040 w 3120887"/>
                                        <a:gd name="T25" fmla="*/ 12 h 191837"/>
                                        <a:gd name="T26" fmla="*/ 27829 w 3120887"/>
                                        <a:gd name="T27" fmla="*/ 1602 h 191837"/>
                                        <a:gd name="T28" fmla="*/ 30214 w 3120887"/>
                                        <a:gd name="T29" fmla="*/ 410 h 191837"/>
                                        <a:gd name="T30" fmla="*/ 31208 w 3120887"/>
                                        <a:gd name="T31" fmla="*/ 807 h 19183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120887" h="191837">
                                          <a:moveTo>
                                            <a:pt x="0" y="140363"/>
                                          </a:moveTo>
                                          <a:cubicBezTo>
                                            <a:pt x="150743" y="101434"/>
                                            <a:pt x="301487" y="62506"/>
                                            <a:pt x="397565" y="70789"/>
                                          </a:cubicBezTo>
                                          <a:cubicBezTo>
                                            <a:pt x="493643" y="79072"/>
                                            <a:pt x="515178" y="190059"/>
                                            <a:pt x="576469" y="190059"/>
                                          </a:cubicBezTo>
                                          <a:cubicBezTo>
                                            <a:pt x="637760" y="190059"/>
                                            <a:pt x="687457" y="70789"/>
                                            <a:pt x="765313" y="70789"/>
                                          </a:cubicBezTo>
                                          <a:cubicBezTo>
                                            <a:pt x="843169" y="70789"/>
                                            <a:pt x="970721" y="180120"/>
                                            <a:pt x="1043608" y="190059"/>
                                          </a:cubicBezTo>
                                          <a:cubicBezTo>
                                            <a:pt x="1116495" y="199998"/>
                                            <a:pt x="1147969" y="151959"/>
                                            <a:pt x="1202634" y="130424"/>
                                          </a:cubicBezTo>
                                          <a:cubicBezTo>
                                            <a:pt x="1257299" y="108889"/>
                                            <a:pt x="1298713" y="50911"/>
                                            <a:pt x="1371600" y="60850"/>
                                          </a:cubicBezTo>
                                          <a:cubicBezTo>
                                            <a:pt x="1444487" y="70789"/>
                                            <a:pt x="1558787" y="178463"/>
                                            <a:pt x="1639956" y="190059"/>
                                          </a:cubicBezTo>
                                          <a:cubicBezTo>
                                            <a:pt x="1721125" y="201655"/>
                                            <a:pt x="1797326" y="153615"/>
                                            <a:pt x="1858617" y="130424"/>
                                          </a:cubicBezTo>
                                          <a:cubicBezTo>
                                            <a:pt x="1919908" y="107233"/>
                                            <a:pt x="1972917" y="45941"/>
                                            <a:pt x="2007704" y="50911"/>
                                          </a:cubicBezTo>
                                          <a:cubicBezTo>
                                            <a:pt x="2042491" y="55881"/>
                                            <a:pt x="2002735" y="153615"/>
                                            <a:pt x="2067339" y="160241"/>
                                          </a:cubicBezTo>
                                          <a:cubicBezTo>
                                            <a:pt x="2131943" y="166867"/>
                                            <a:pt x="2305878" y="117171"/>
                                            <a:pt x="2395330" y="90667"/>
                                          </a:cubicBezTo>
                                          <a:cubicBezTo>
                                            <a:pt x="2484782" y="64163"/>
                                            <a:pt x="2539448" y="-10381"/>
                                            <a:pt x="2604052" y="1215"/>
                                          </a:cubicBezTo>
                                          <a:cubicBezTo>
                                            <a:pt x="2668656" y="12811"/>
                                            <a:pt x="2713382" y="153615"/>
                                            <a:pt x="2782956" y="160241"/>
                                          </a:cubicBezTo>
                                          <a:cubicBezTo>
                                            <a:pt x="2852530" y="166867"/>
                                            <a:pt x="2965173" y="54224"/>
                                            <a:pt x="3021495" y="40972"/>
                                          </a:cubicBezTo>
                                          <a:cubicBezTo>
                                            <a:pt x="3077817" y="27720"/>
                                            <a:pt x="3071191" y="98950"/>
                                            <a:pt x="3120887" y="8072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 name="Straight Connector 136"/>
                                  <wps:cNvCnPr>
                                    <a:cxnSpLocks noChangeShapeType="1"/>
                                  </wps:cNvCnPr>
                                  <wps:spPr bwMode="auto">
                                    <a:xfrm flipH="1">
                                      <a:off x="0" y="1238"/>
                                      <a:ext cx="1588" cy="1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Straight Connector 137"/>
                                  <wps:cNvCnPr>
                                    <a:cxnSpLocks noChangeShapeType="1"/>
                                  </wps:cNvCnPr>
                                  <wps:spPr bwMode="auto">
                                    <a:xfrm flipH="1">
                                      <a:off x="1809" y="857"/>
                                      <a:ext cx="1588" cy="15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Straight Connector 138"/>
                                  <wps:cNvCnPr>
                                    <a:cxnSpLocks noChangeShapeType="1"/>
                                  </wps:cNvCnPr>
                                  <wps:spPr bwMode="auto">
                                    <a:xfrm flipH="1">
                                      <a:off x="3048" y="1238"/>
                                      <a:ext cx="1587" cy="15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Straight Connector 139"/>
                                  <wps:cNvCnPr>
                                    <a:cxnSpLocks noChangeShapeType="1"/>
                                  </wps:cNvCnPr>
                                  <wps:spPr bwMode="auto">
                                    <a:xfrm flipH="1">
                                      <a:off x="5238" y="1238"/>
                                      <a:ext cx="1588" cy="15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Straight Connector 140"/>
                                  <wps:cNvCnPr>
                                    <a:cxnSpLocks noChangeShapeType="1"/>
                                  </wps:cNvCnPr>
                                  <wps:spPr bwMode="auto">
                                    <a:xfrm flipH="1">
                                      <a:off x="7048" y="1238"/>
                                      <a:ext cx="1588" cy="15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Straight Connector 141"/>
                                  <wps:cNvCnPr>
                                    <a:cxnSpLocks noChangeShapeType="1"/>
                                  </wps:cNvCnPr>
                                  <wps:spPr bwMode="auto">
                                    <a:xfrm flipH="1">
                                      <a:off x="8667" y="1714"/>
                                      <a:ext cx="1588"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Straight Connector 142"/>
                                  <wps:cNvCnPr>
                                    <a:cxnSpLocks noChangeShapeType="1"/>
                                  </wps:cNvCnPr>
                                  <wps:spPr bwMode="auto">
                                    <a:xfrm flipH="1">
                                      <a:off x="10287" y="1428"/>
                                      <a:ext cx="1587"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Straight Connector 143"/>
                                  <wps:cNvCnPr>
                                    <a:cxnSpLocks noChangeShapeType="1"/>
                                  </wps:cNvCnPr>
                                  <wps:spPr bwMode="auto">
                                    <a:xfrm flipH="1">
                                      <a:off x="24098" y="476"/>
                                      <a:ext cx="895" cy="15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Straight Connector 144"/>
                                  <wps:cNvCnPr>
                                    <a:cxnSpLocks noChangeShapeType="1"/>
                                  </wps:cNvCnPr>
                                  <wps:spPr bwMode="auto">
                                    <a:xfrm flipH="1">
                                      <a:off x="25717" y="476"/>
                                      <a:ext cx="991" cy="19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Straight Connector 145"/>
                                  <wps:cNvCnPr>
                                    <a:cxnSpLocks noChangeShapeType="1"/>
                                  </wps:cNvCnPr>
                                  <wps:spPr bwMode="auto">
                                    <a:xfrm flipH="1">
                                      <a:off x="27051" y="1524"/>
                                      <a:ext cx="990" cy="15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Straight Connector 147"/>
                                  <wps:cNvCnPr>
                                    <a:cxnSpLocks noChangeShapeType="1"/>
                                  </wps:cNvCnPr>
                                  <wps:spPr bwMode="auto">
                                    <a:xfrm flipH="1">
                                      <a:off x="29908" y="857"/>
                                      <a:ext cx="692" cy="2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Straight Connector 148"/>
                                  <wps:cNvCnPr>
                                    <a:cxnSpLocks noChangeShapeType="1"/>
                                  </wps:cNvCnPr>
                                  <wps:spPr bwMode="auto">
                                    <a:xfrm flipH="1">
                                      <a:off x="12192" y="857"/>
                                      <a:ext cx="1587" cy="15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9" name="Straight Connector 151"/>
                                <wps:cNvCnPr>
                                  <a:cxnSpLocks noChangeShapeType="1"/>
                                </wps:cNvCnPr>
                                <wps:spPr bwMode="auto">
                                  <a:xfrm>
                                    <a:off x="2883" y="13883"/>
                                    <a:ext cx="594"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80" name="Straight Arrow Connector 153"/>
                                <wps:cNvCnPr>
                                  <a:cxnSpLocks noChangeShapeType="1"/>
                                </wps:cNvCnPr>
                                <wps:spPr bwMode="auto">
                                  <a:xfrm>
                                    <a:off x="3311" y="12038"/>
                                    <a:ext cx="0" cy="184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81" name="Group 119"/>
                                <wpg:cNvGrpSpPr>
                                  <a:grpSpLocks/>
                                </wpg:cNvGrpSpPr>
                                <wpg:grpSpPr bwMode="auto">
                                  <a:xfrm>
                                    <a:off x="3498" y="11102"/>
                                    <a:ext cx="1410" cy="2580"/>
                                    <a:chOff x="5745" y="11550"/>
                                    <a:chExt cx="1410" cy="2580"/>
                                  </a:xfrm>
                                </wpg:grpSpPr>
                                <wps:wsp>
                                  <wps:cNvPr id="82" name="AutoShape 3"/>
                                  <wps:cNvSpPr>
                                    <a:spLocks noChangeArrowheads="1"/>
                                  </wps:cNvSpPr>
                                  <wps:spPr bwMode="auto">
                                    <a:xfrm>
                                      <a:off x="5745" y="11550"/>
                                      <a:ext cx="1410" cy="25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83" name="Group 4"/>
                                  <wpg:cNvGrpSpPr>
                                    <a:grpSpLocks/>
                                  </wpg:cNvGrpSpPr>
                                  <wpg:grpSpPr bwMode="auto">
                                    <a:xfrm>
                                      <a:off x="5745" y="11550"/>
                                      <a:ext cx="1410" cy="360"/>
                                      <a:chOff x="5745" y="11550"/>
                                      <a:chExt cx="1410" cy="360"/>
                                    </a:xfrm>
                                  </wpg:grpSpPr>
                                  <wps:wsp>
                                    <wps:cNvPr id="84" name="AutoShape 5"/>
                                    <wps:cNvCnPr>
                                      <a:cxnSpLocks noChangeShapeType="1"/>
                                    </wps:cNvCnPr>
                                    <wps:spPr bwMode="auto">
                                      <a:xfrm>
                                        <a:off x="6105" y="11550"/>
                                        <a:ext cx="69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6"/>
                                    <wps:cNvCnPr>
                                      <a:cxnSpLocks noChangeShapeType="1"/>
                                    </wps:cNvCnPr>
                                    <wps:spPr bwMode="auto">
                                      <a:xfrm flipH="1">
                                        <a:off x="5745" y="11550"/>
                                        <a:ext cx="141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6" name="Straight Arrow Connector 133"/>
                                <wps:cNvCnPr>
                                  <a:cxnSpLocks noChangeShapeType="1"/>
                                </wps:cNvCnPr>
                                <wps:spPr bwMode="auto">
                                  <a:xfrm>
                                    <a:off x="4210" y="10584"/>
                                    <a:ext cx="0" cy="59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7" name="AutoShape 70"/>
                                <wps:cNvCnPr>
                                  <a:cxnSpLocks noChangeShapeType="1"/>
                                </wps:cNvCnPr>
                                <wps:spPr bwMode="auto">
                                  <a:xfrm rot="5400000">
                                    <a:off x="4920" y="11501"/>
                                    <a:ext cx="739"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8" name="AutoShape 71"/>
                                <wps:cNvCnPr>
                                  <a:cxnSpLocks noChangeShapeType="1"/>
                                </wps:cNvCnPr>
                                <wps:spPr bwMode="auto">
                                  <a:xfrm>
                                    <a:off x="4885" y="11105"/>
                                    <a:ext cx="47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89" name="Text Box 72"/>
                              <wps:cNvSpPr txBox="1">
                                <a:spLocks noChangeArrowheads="1"/>
                              </wps:cNvSpPr>
                              <wps:spPr bwMode="auto">
                                <a:xfrm>
                                  <a:off x="4167" y="10204"/>
                                  <a:ext cx="1728"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2F255" w14:textId="77777777" w:rsidR="0081455A" w:rsidRDefault="0081455A" w:rsidP="0081455A">
                                    <w:pPr>
                                      <w:pStyle w:val="NoSpacing"/>
                                      <w:jc w:val="center"/>
                                      <w:rPr>
                                        <w:b/>
                                        <w:sz w:val="24"/>
                                        <w:szCs w:val="24"/>
                                      </w:rPr>
                                    </w:pPr>
                                    <w:r>
                                      <w:rPr>
                                        <w:b/>
                                        <w:sz w:val="24"/>
                                        <w:szCs w:val="24"/>
                                      </w:rPr>
                                      <w:t>BM</w:t>
                                    </w:r>
                                  </w:p>
                                  <w:p w14:paraId="4A2783F1" w14:textId="77777777" w:rsidR="0081455A" w:rsidRDefault="0081455A" w:rsidP="0081455A">
                                    <w:pPr>
                                      <w:pStyle w:val="NoSpacing"/>
                                      <w:jc w:val="center"/>
                                      <w:rPr>
                                        <w:b/>
                                        <w:sz w:val="24"/>
                                        <w:szCs w:val="24"/>
                                      </w:rPr>
                                    </w:pPr>
                                    <w:r>
                                      <w:rPr>
                                        <w:b/>
                                        <w:sz w:val="24"/>
                                        <w:szCs w:val="24"/>
                                      </w:rPr>
                                      <w:t>01</w:t>
                                    </w:r>
                                  </w:p>
                                </w:txbxContent>
                              </wps:txbx>
                              <wps:bodyPr rot="0" vert="horz" wrap="square" lIns="91440" tIns="45720" rIns="91440" bIns="45720" anchor="t" anchorCtr="0" upright="1">
                                <a:noAutofit/>
                              </wps:bodyPr>
                            </wps:wsp>
                          </wpg:grpSp>
                          <wps:wsp>
                            <wps:cNvPr id="90" name="Rectangle 73"/>
                            <wps:cNvSpPr>
                              <a:spLocks noChangeArrowheads="1"/>
                            </wps:cNvSpPr>
                            <wps:spPr bwMode="auto">
                              <a:xfrm>
                                <a:off x="7293" y="12551"/>
                                <a:ext cx="1564" cy="14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AutoShape 74"/>
                            <wps:cNvCnPr>
                              <a:cxnSpLocks noChangeShapeType="1"/>
                            </wps:cNvCnPr>
                            <wps:spPr bwMode="auto">
                              <a:xfrm flipH="1">
                                <a:off x="7293" y="12551"/>
                                <a:ext cx="1564" cy="14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75"/>
                            <wps:cNvCnPr>
                              <a:cxnSpLocks noChangeShapeType="1"/>
                            </wps:cNvCnPr>
                            <wps:spPr bwMode="auto">
                              <a:xfrm>
                                <a:off x="7293" y="12551"/>
                                <a:ext cx="1564" cy="14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Text Box 76"/>
                            <wps:cNvSpPr txBox="1">
                              <a:spLocks noChangeArrowheads="1"/>
                            </wps:cNvSpPr>
                            <wps:spPr bwMode="auto">
                              <a:xfrm>
                                <a:off x="7621" y="12222"/>
                                <a:ext cx="87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C3EA4" w14:textId="77777777" w:rsidR="0081455A" w:rsidRDefault="0081455A" w:rsidP="0081455A">
                                  <w:pPr>
                                    <w:rPr>
                                      <w:b/>
                                    </w:rPr>
                                  </w:pPr>
                                  <w:r>
                                    <w:rPr>
                                      <w:b/>
                                    </w:rPr>
                                    <w:t>18cm</w:t>
                                  </w:r>
                                </w:p>
                              </w:txbxContent>
                            </wps:txbx>
                            <wps:bodyPr rot="0" vert="horz" wrap="square" lIns="91440" tIns="45720" rIns="91440" bIns="45720" anchor="t" anchorCtr="0" upright="1">
                              <a:noAutofit/>
                            </wps:bodyPr>
                          </wps:wsp>
                          <wps:wsp>
                            <wps:cNvPr id="94" name="Text Box 77"/>
                            <wps:cNvSpPr txBox="1">
                              <a:spLocks noChangeArrowheads="1"/>
                            </wps:cNvSpPr>
                            <wps:spPr bwMode="auto">
                              <a:xfrm>
                                <a:off x="8755" y="12996"/>
                                <a:ext cx="87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299C8" w14:textId="77777777" w:rsidR="0081455A" w:rsidRDefault="0081455A" w:rsidP="0081455A">
                                  <w:pPr>
                                    <w:rPr>
                                      <w:b/>
                                    </w:rPr>
                                  </w:pPr>
                                  <w:r>
                                    <w:rPr>
                                      <w:b/>
                                    </w:rPr>
                                    <w:t>18cm</w:t>
                                  </w:r>
                                </w:p>
                              </w:txbxContent>
                            </wps:txbx>
                            <wps:bodyPr rot="0" vert="horz" wrap="square" lIns="91440" tIns="45720" rIns="91440" bIns="45720" anchor="t" anchorCtr="0" upright="1">
                              <a:noAutofit/>
                            </wps:bodyPr>
                          </wps:wsp>
                          <wps:wsp>
                            <wps:cNvPr id="95" name="Text Box 78"/>
                            <wps:cNvSpPr txBox="1">
                              <a:spLocks noChangeArrowheads="1"/>
                            </wps:cNvSpPr>
                            <wps:spPr bwMode="auto">
                              <a:xfrm>
                                <a:off x="7324" y="13038"/>
                                <a:ext cx="3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E2099" w14:textId="77777777" w:rsidR="0081455A" w:rsidRDefault="0081455A" w:rsidP="0081455A">
                                  <w:pPr>
                                    <w:rPr>
                                      <w:b/>
                                      <w:sz w:val="24"/>
                                      <w:szCs w:val="24"/>
                                    </w:rPr>
                                  </w:pPr>
                                  <w:r>
                                    <w:rPr>
                                      <w:b/>
                                      <w:sz w:val="24"/>
                                      <w:szCs w:val="24"/>
                                    </w:rPr>
                                    <w:t>B</w:t>
                                  </w:r>
                                </w:p>
                              </w:txbxContent>
                            </wps:txbx>
                            <wps:bodyPr rot="0" vert="horz" wrap="square" lIns="91440" tIns="45720" rIns="91440" bIns="45720" anchor="t" anchorCtr="0" upright="1">
                              <a:noAutofit/>
                            </wps:bodyPr>
                          </wps:wsp>
                          <wps:wsp>
                            <wps:cNvPr id="96" name="Text Box 79"/>
                            <wps:cNvSpPr txBox="1">
                              <a:spLocks noChangeArrowheads="1"/>
                            </wps:cNvSpPr>
                            <wps:spPr bwMode="auto">
                              <a:xfrm>
                                <a:off x="8259" y="13038"/>
                                <a:ext cx="58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931DC" w14:textId="77777777" w:rsidR="0081455A" w:rsidRDefault="0081455A" w:rsidP="0081455A">
                                  <w:pPr>
                                    <w:rPr>
                                      <w:b/>
                                      <w:sz w:val="24"/>
                                      <w:szCs w:val="24"/>
                                    </w:rPr>
                                  </w:pPr>
                                  <w:r>
                                    <w:rPr>
                                      <w:b/>
                                      <w:sz w:val="24"/>
                                      <w:szCs w:val="24"/>
                                    </w:rPr>
                                    <w:t>M</w:t>
                                  </w:r>
                                </w:p>
                              </w:txbxContent>
                            </wps:txbx>
                            <wps:bodyPr rot="0" vert="horz" wrap="square" lIns="91440" tIns="45720" rIns="91440" bIns="45720" anchor="t" anchorCtr="0" upright="1">
                              <a:noAutofit/>
                            </wps:bodyPr>
                          </wps:wsp>
                          <wps:wsp>
                            <wps:cNvPr id="97" name="Text Box 80"/>
                            <wps:cNvSpPr txBox="1">
                              <a:spLocks noChangeArrowheads="1"/>
                            </wps:cNvSpPr>
                            <wps:spPr bwMode="auto">
                              <a:xfrm>
                                <a:off x="7751" y="12615"/>
                                <a:ext cx="64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23761" w14:textId="77777777" w:rsidR="0081455A" w:rsidRDefault="0081455A" w:rsidP="0081455A">
                                  <w:pPr>
                                    <w:rPr>
                                      <w:b/>
                                      <w:sz w:val="24"/>
                                      <w:szCs w:val="24"/>
                                    </w:rPr>
                                  </w:pPr>
                                </w:p>
                              </w:txbxContent>
                            </wps:txbx>
                            <wps:bodyPr rot="0" vert="horz" wrap="square" lIns="91440" tIns="45720" rIns="91440" bIns="45720" anchor="t" anchorCtr="0" upright="1">
                              <a:noAutofit/>
                            </wps:bodyPr>
                          </wps:wsp>
                          <wps:wsp>
                            <wps:cNvPr id="98" name="Text Box 81"/>
                            <wps:cNvSpPr txBox="1">
                              <a:spLocks noChangeArrowheads="1"/>
                            </wps:cNvSpPr>
                            <wps:spPr bwMode="auto">
                              <a:xfrm>
                                <a:off x="7811" y="13506"/>
                                <a:ext cx="58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DBE08" w14:textId="77777777" w:rsidR="0081455A" w:rsidRDefault="0081455A" w:rsidP="0081455A">
                                  <w:pPr>
                                    <w:rPr>
                                      <w:b/>
                                      <w:sz w:val="24"/>
                                      <w:szCs w:val="24"/>
                                    </w:rPr>
                                  </w:pPr>
                                  <w:r>
                                    <w:rPr>
                                      <w:b/>
                                      <w:sz w:val="24"/>
                                      <w:szCs w:val="24"/>
                                    </w:rPr>
                                    <w:t>01</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90EA2A3" id="Group 52" o:spid="_x0000_s1026" style="position:absolute;left:0;text-align:left;margin-left:73.05pt;margin-top:20.35pt;width:375.1pt;height:191.95pt;z-index:251631616" coordorigin="2901,1847" coordsize="7502,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">
                <v:shapetype id="_x0000_t32" coordsize="21600,21600" o:spt="32" o:oned="t" path="m,l21600,21600e" filled="f">
                  <v:path arrowok="t" fillok="f" o:connecttype="none"/>
                  <o:lock v:ext="edit" shapetype="t"/>
                </v:shapetype>
                <v:shape id="AutoShape 36" o:spid="_x0000_s1027" type="#_x0000_t32" style="position:absolute;left:4471;top:3190;width:6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d4cQAAADbAAAADwAAAGRycy9kb3ducmV2LnhtbESPQWsCMRSE74X+h/AEL0Wza1F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R3hxAAAANsAAAAPAAAAAAAAAAAA&#10;AAAAAKECAABkcnMvZG93bnJldi54bWxQSwUGAAAAAAQABAD5AAAAkgMAAAAA&#10;"/>
                <v:shape id="AutoShape 37" o:spid="_x0000_s1028" type="#_x0000_t32" style="position:absolute;left:4786;top:2845;width:6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FlcQAAADbAAAADwAAAGRycy9kb3ducmV2LnhtbESPQWsCMRSE74X+h/AEL0WzK1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IWVxAAAANsAAAAPAAAAAAAAAAAA&#10;AAAAAKECAABkcnMvZG93bnJldi54bWxQSwUGAAAAAAQABAD5AAAAkgMAAAAA&#10;"/>
                <v:shape id="AutoShape 38" o:spid="_x0000_s1029" type="#_x0000_t32" style="position:absolute;left:4733;top:2845;width:338;height:3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OzDMQAAADbAAAADwAAAGRycy9kb3ducmV2LnhtbESPQWvCQBSE70L/w/IKvZlNCxFJXYOU&#10;KvYiVFvq8Zl9JiHZt2F3G9N/7xYEj8PMfMMsitF0YiDnG8sKnpMUBHFpdcOVgq/DejoH4QOyxs4y&#10;KfgjD8XyYbLAXNsLf9KwD5WIEPY5KqhD6HMpfVmTQZ/Ynjh6Z+sMhihdJbXDS4SbTr6k6UwabDgu&#10;1NjTW01lu/81Cj42m/kgu137s85m745O26b8Pir19DiuXkEEGsM9fGtvtYIsg/8v8Q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7MMxAAAANsAAAAPAAAAAAAAAAAA&#10;AAAAAKECAABkcnMvZG93bnJldi54bWxQSwUGAAAAAAQABAD5AAAAkgMAAAAA&#10;">
                  <v:stroke startarrow="block" endarrow="block"/>
                </v:shape>
                <v:group id="Group 39" o:spid="_x0000_s1030" style="position:absolute;left:2901;top:1847;width:7502;height:3839" coordorigin="2124,10204" coordsize="7502,3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40" o:spid="_x0000_s1031" style="position:absolute;left:3288;top:11079;width:5112;height:2174" coordorigin="3288,11079" coordsize="5112,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type id="_x0000_t202" coordsize="21600,21600" o:spt="202" path="m,l,21600r21600,l21600,xe">
                      <v:stroke joinstyle="miter"/>
                      <v:path gradientshapeok="t" o:connecttype="rect"/>
                    </v:shapetype>
                    <v:shape id="Text Box 41" o:spid="_x0000_s1032" type="#_x0000_t202" style="position:absolute;left:6168;top:11345;width:87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2C0AEFB5" w14:textId="77777777" w:rsidR="0081455A" w:rsidRDefault="0081455A" w:rsidP="0081455A">
                            <w:pPr>
                              <w:rPr>
                                <w:b/>
                              </w:rPr>
                            </w:pPr>
                            <w:r>
                              <w:rPr>
                                <w:b/>
                              </w:rPr>
                              <w:t>10cm</w:t>
                            </w:r>
                          </w:p>
                        </w:txbxContent>
                      </v:textbox>
                    </v:shape>
                    <v:shape id="Text Box 42" o:spid="_x0000_s1033" type="#_x0000_t202" style="position:absolute;left:3288;top:12785;width:87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5FC193BA" w14:textId="77777777" w:rsidR="0081455A" w:rsidRDefault="0081455A" w:rsidP="0081455A">
                            <w:pPr>
                              <w:rPr>
                                <w:b/>
                              </w:rPr>
                            </w:pPr>
                            <w:r>
                              <w:rPr>
                                <w:b/>
                              </w:rPr>
                              <w:t>65cm</w:t>
                            </w:r>
                          </w:p>
                        </w:txbxContent>
                      </v:textbox>
                    </v:shape>
                    <v:shape id="Text Box 43" o:spid="_x0000_s1034" type="#_x0000_t202" style="position:absolute;left:6888;top:11860;width:1512;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4A00CC65" w14:textId="77777777" w:rsidR="0081455A" w:rsidRDefault="0081455A" w:rsidP="0081455A">
                            <w:pPr>
                              <w:rPr>
                                <w:b/>
                              </w:rPr>
                            </w:pPr>
                            <w:r>
                              <w:rPr>
                                <w:b/>
                              </w:rPr>
                              <w:t>Ground level</w:t>
                            </w:r>
                          </w:p>
                        </w:txbxContent>
                      </v:textbox>
                    </v:shape>
                    <v:shape id="Text Box 44" o:spid="_x0000_s1035" type="#_x0000_t202" style="position:absolute;left:3423;top:11079;width:87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7FD357E1" w14:textId="77777777" w:rsidR="0081455A" w:rsidRDefault="0081455A" w:rsidP="0081455A">
                            <w:pPr>
                              <w:rPr>
                                <w:b/>
                              </w:rPr>
                            </w:pPr>
                            <w:r>
                              <w:rPr>
                                <w:b/>
                              </w:rPr>
                              <w:t>18cm</w:t>
                            </w:r>
                          </w:p>
                        </w:txbxContent>
                      </v:textbox>
                    </v:shape>
                  </v:group>
                  <v:group id="Group 45" o:spid="_x0000_s1036" style="position:absolute;left:2124;top:10204;width:7502;height:3839" coordorigin="2124,10204" coordsize="7502,3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46" o:spid="_x0000_s1037" style="position:absolute;left:2124;top:10204;width:4915;height:3839" coordorigin="2124,10204" coordsize="4915,3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47" o:spid="_x0000_s1038" style="position:absolute;left:2124;top:10743;width:4915;height:3300" coordorigin="1290,10584" coordsize="4915,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oup 120" o:spid="_x0000_s1039" style="position:absolute;left:1290;top:11814;width:4915;height:520" coordsize="31208,3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35" o:spid="_x0000_s1040" style="position:absolute;width:31208;height:1918;visibility:visible;mso-wrap-style:square;v-text-anchor:middle" coordsize="3120887,19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1vLcYA&#10;AADbAAAADwAAAGRycy9kb3ducmV2LnhtbESPW2vCQBSE3wv+h+UIfSm68UII0VVEKrQPUryBj4fs&#10;MRvMng3Zrab++m6h4OMwM98w82Vna3Gj1leOFYyGCQjiwumKSwXHw2aQgfABWWPtmBT8kIflovcy&#10;x1y7O+/otg+liBD2OSowITS5lL4wZNEPXUMcvYtrLYYo21LqFu8Rbms5TpJUWqw4LhhsaG2ouO6/&#10;rYLV19spyabN5fw5nWRb2h4f5vCu1Gu/W81ABOrCM/zf/tAK0hT+vs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1vLcYAAADbAAAADwAAAAAAAAAAAAAAAACYAgAAZHJz&#10;L2Rvd25yZXYueG1sUEsFBgAAAAAEAAQA9QAAAIsDAAAAAA==&#10;" path="m,140363c150743,101434,301487,62506,397565,70789v96078,8283,117613,119270,178904,119270c637760,190059,687457,70789,765313,70789v77856,,205408,109331,278295,119270c1116495,199998,1147969,151959,1202634,130424v54665,-21535,96079,-79513,168966,-69574c1444487,70789,1558787,178463,1639956,190059v81169,11596,157370,-36444,218661,-59635c1919908,107233,1972917,45941,2007704,50911v34787,4970,-4969,102704,59635,109330c2131943,166867,2305878,117171,2395330,90667,2484782,64163,2539448,-10381,2604052,1215v64604,11596,109330,152400,178904,159026c2852530,166867,2965173,54224,3021495,40972v56322,-13252,49696,57978,99392,39756e" filled="f">
                            <v:path arrowok="t" o:connecttype="custom" o:connectlocs="0,14;40,7;58,19;77,7;104,19;120,13;137,6;164,19;186,13;201,5;207,16;240,9;260,0;278,16;302,4;312,8" o:connectangles="0,0,0,0,0,0,0,0,0,0,0,0,0,0,0,0"/>
                          </v:shape>
                          <v:line id="Straight Connector 136" o:spid="_x0000_s1041" style="position:absolute;flip:x;visibility:visible;mso-wrap-style:square" from="0,1238" to="1588,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JasUAAADbAAAADwAAAGRycy9kb3ducmV2LnhtbESPQWsCMRSE74L/IbxCL6VmLWJ1NYoU&#10;Ch68VGXF23Pzull287JNUt3++6ZQ8DjMzDfMct3bVlzJh9qxgvEoA0FcOl1zpeB4eH+egQgRWWPr&#10;mBT8UID1ajhYYq7djT/ouo+VSBAOOSowMXa5lKE0ZDGMXEecvE/nLcYkfSW1x1uC21a+ZNlUWqw5&#10;LRjs6M1Q2ey/rQI52z19+c1l0hTN6TQ3RVl0551Sjw/9ZgEiUh/v4f/2ViuYvs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JasUAAADbAAAADwAAAAAAAAAA&#10;AAAAAAChAgAAZHJzL2Rvd25yZXYueG1sUEsFBgAAAAAEAAQA+QAAAJMDAAAAAA==&#10;"/>
                          <v:line id="Straight Connector 137" o:spid="_x0000_s1042" style="position:absolute;flip:x;visibility:visible;mso-wrap-style:square" from="1809,857" to="3397,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Straight Connector 138" o:spid="_x0000_s1043" style="position:absolute;flip:x;visibility:visible;mso-wrap-style:square" from="3048,1238" to="4635,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v:line id="Straight Connector 139" o:spid="_x0000_s1044" style="position:absolute;flip:x;visibility:visible;mso-wrap-style:square" from="5238,1238" to="6826,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line id="Straight Connector 140" o:spid="_x0000_s1045" style="position:absolute;flip:x;visibility:visible;mso-wrap-style:square" from="7048,1238" to="8636,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v:line id="Straight Connector 141" o:spid="_x0000_s1046" style="position:absolute;flip:x;visibility:visible;mso-wrap-style:square" from="8667,1714" to="10255,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Straight Connector 142" o:spid="_x0000_s1047" style="position:absolute;flip:x;visibility:visible;mso-wrap-style:square" from="10287,1428" to="11874,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Straight Connector 143" o:spid="_x0000_s1048" style="position:absolute;flip:x;visibility:visible;mso-wrap-style:square" from="24098,476" to="24993,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Straight Connector 144" o:spid="_x0000_s1049" style="position:absolute;flip:x;visibility:visible;mso-wrap-style:square" from="25717,476" to="26708,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Straight Connector 145" o:spid="_x0000_s1050" style="position:absolute;flip:x;visibility:visible;mso-wrap-style:square" from="27051,1524" to="28041,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line id="Straight Connector 147" o:spid="_x0000_s1051" style="position:absolute;flip:x;visibility:visible;mso-wrap-style:square" from="29908,857" to="30600,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line id="Straight Connector 148" o:spid="_x0000_s1052" style="position:absolute;flip:x;visibility:visible;mso-wrap-style:square" from="12192,857" to="13779,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v:group>
                        <v:line id="Straight Connector 151" o:spid="_x0000_s1053" style="position:absolute;visibility:visible;mso-wrap-style:square" from="2883,13883" to="3477,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uN2MMAAADbAAAADwAAAGRycy9kb3ducmV2LnhtbESP0WrCQBRE3wv9h+UWfGs27YO2qWuQ&#10;UkFQpCZ+wCV7zQazd0N2TeLfu4WCj8PMnGGW+WRbMVDvG8cK3pIUBHHldMO1glO5ef0A4QOyxtYx&#10;KbiRh3z1/LTETLuRjzQUoRYRwj5DBSaELpPSV4Ys+sR1xNE7u95iiLKvpe5xjHDbyvc0nUuLDccF&#10;gx19G6ouxdUqqPeOjp2Wu8EOv21ZmNPB/1yUmr1M6y8QgabwCP+3t1rB4hP+vsQf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7jdjDAAAA2wAAAA8AAAAAAAAAAAAA&#10;AAAAoQIAAGRycy9kb3ducmV2LnhtbFBLBQYAAAAABAAEAPkAAACRAwAAAAA=&#10;" strokecolor="#4579b8"/>
                        <v:shape id="Straight Arrow Connector 153" o:spid="_x0000_s1054" type="#_x0000_t32" style="position:absolute;left:3311;top:12038;width:0;height:18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V4jsEAAADbAAAADwAAAGRycy9kb3ducmV2LnhtbERPz2vCMBS+C/sfwhvsIpq2wymdsYzC&#10;puBpbrDro3ltis1LabK2++/NYeDx4/u9L2bbiZEG3zpWkK4TEMSV0y03Cr6/3lc7ED4ga+wck4I/&#10;8lAcHhZ7zLWb+JPGS2hEDGGfowITQp9L6StDFv3a9cSRq91gMUQ4NFIPOMVw28ksSV6kxZZjg8Ge&#10;SkPV9fJrFdSZpnR5/THH7Qbr8vycjWP3odTT4/z2CiLQHO7if/dJK9jF9fFL/AHy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ZXiOwQAAANsAAAAPAAAAAAAAAAAAAAAA&#10;AKECAABkcnMvZG93bnJldi54bWxQSwUGAAAAAAQABAD5AAAAjwMAAAAA&#10;">
                          <v:stroke endarrow="open"/>
                        </v:shape>
                        <v:group id="Group 119" o:spid="_x0000_s1055" style="position:absolute;left:3498;top:11102;width:1410;height:2580" coordorigin="5745,11550" coordsize="1410,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 o:spid="_x0000_s1056" type="#_x0000_t16" style="position:absolute;left:5745;top:11550;width:1410;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bPl8MA&#10;AADbAAAADwAAAGRycy9kb3ducmV2LnhtbESPwWrDMBBE74X8g9hAb7WcHELiRjEmwZBcSpv0AxZr&#10;a7mxVkaSE7dfXxUKPQ4z84bZlpPtxY186BwrWGQ5COLG6Y5bBe+X+mkNIkRkjb1jUvBFAcrd7GGL&#10;hXZ3fqPbObYiQTgUqMDEOBRShsaQxZC5gTh5H85bjEn6VmqP9wS3vVzm+Upa7DgtGBxob6i5nker&#10;4PX7ZdpUm+HgTp811t6MKxdGpR7nU/UMItIU/8N/7aNWsF7C75f0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bPl8MAAADbAAAADwAAAAAAAAAAAAAAAACYAgAAZHJzL2Rv&#10;d25yZXYueG1sUEsFBgAAAAAEAAQA9QAAAIgDAAAAAA==&#10;"/>
                          <v:group id="_x0000_s1057" style="position:absolute;left:5745;top:11550;width:1410;height:360" coordorigin="5745,11550" coordsize="141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AutoShape 5" o:spid="_x0000_s1058" type="#_x0000_t32" style="position:absolute;left:6105;top:11550;width:69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shape id="AutoShape 6" o:spid="_x0000_s1059" type="#_x0000_t32" style="position:absolute;left:5745;top:11550;width:1410;height: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MScMAAADbAAAADwAAAGRycy9kb3ducmV2LnhtbESPQWvCQBSE7wX/w/IEL0U3EZS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wDEnDAAAA2wAAAA8AAAAAAAAAAAAA&#10;AAAAoQIAAGRycy9kb3ducmV2LnhtbFBLBQYAAAAABAAEAPkAAACRAwAAAAA=&#10;"/>
                          </v:group>
                        </v:group>
                        <v:shape id="Straight Arrow Connector 133" o:spid="_x0000_s1060" type="#_x0000_t32" style="position:absolute;left:4210;top:10584;width:0;height: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BFYcQAAADbAAAADwAAAGRycy9kb3ducmV2LnhtbESPS2vDMBCE74H8B7GFXEItxyUPXCsh&#10;BJoWcsoDel2stWVirYylOu6/rwqFHoeZ+YYpdqNtxUC9bxwrWCQpCOLS6YZrBbfr2/MGhA/IGlvH&#10;pOCbPOy200mBuXYPPtNwCbWIEPY5KjAhdLmUvjRk0SeuI45e5XqLIcq+lrrHR4TbVmZpupIWG44L&#10;Bjs6GCrvly+roMo0Leb3T/O+XmJ1OL1kw9AelZo9jftXEIHG8B/+a39oBZsV/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wEVhxAAAANsAAAAPAAAAAAAAAAAA&#10;AAAAAKECAABkcnMvZG93bnJldi54bWxQSwUGAAAAAAQABAD5AAAAkgMAAAAA&#10;">
                          <v:stroke endarrow="open"/>
                        </v:shape>
                        <v:shape id="AutoShape 70" o:spid="_x0000_s1061" type="#_x0000_t32" style="position:absolute;left:4920;top:11501;width:73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lEsIAAADbAAAADwAAAGRycy9kb3ducmV2LnhtbESPQYvCMBSE7wv+h/AEL6LpurBbqlGK&#10;i7hHrXvx9miebbF5KUnU+u+NIHgcZuYbZrHqTSuu5HxjWcHnNAFBXFrdcKXg/7CZpCB8QNbYWiYF&#10;d/KwWg4+Fphpe+M9XYtQiQhhn6GCOoQuk9KXNRn0U9sRR+9kncEQpaukdniLcNPKWZJ8S4MNx4Ua&#10;O1rXVJ6Li1FQ7NbjsdOyybfH3fErveTbzW+l1GjY53MQgfrwDr/af1pB+gPPL/E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ilEsIAAADbAAAADwAAAAAAAAAAAAAA&#10;AAChAgAAZHJzL2Rvd25yZXYueG1sUEsFBgAAAAAEAAQA+QAAAJADAAAAAA==&#10;">
                          <v:stroke endarrow="open"/>
                        </v:shape>
                        <v:shape id="AutoShape 71" o:spid="_x0000_s1062" type="#_x0000_t32" style="position:absolute;left:4885;top:11105;width:4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N0iMEAAADbAAAADwAAAGRycy9kb3ducmV2LnhtbERPz2vCMBS+C/sfwhvsIpq2wymdsYzC&#10;puBpbrDro3ltis1LabK2++/NYeDx4/u9L2bbiZEG3zpWkK4TEMSV0y03Cr6/3lc7ED4ga+wck4I/&#10;8lAcHhZ7zLWb+JPGS2hEDGGfowITQp9L6StDFv3a9cSRq91gMUQ4NFIPOMVw28ksSV6kxZZjg8Ge&#10;SkPV9fJrFdSZpnR5/THH7Qbr8vycjWP3odTT4/z2CiLQHO7if/dJK9jFsfFL/AHy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E3SIwQAAANsAAAAPAAAAAAAAAAAAAAAA&#10;AKECAABkcnMvZG93bnJldi54bWxQSwUGAAAAAAQABAD5AAAAjwMAAAAA&#10;">
                          <v:stroke endarrow="open"/>
                        </v:shape>
                      </v:group>
                      <v:shape id="Text Box 72" o:spid="_x0000_s1063" type="#_x0000_t202" style="position:absolute;left:4167;top:10204;width:1728;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14:paraId="3552F255" w14:textId="77777777" w:rsidR="0081455A" w:rsidRDefault="0081455A" w:rsidP="0081455A">
                              <w:pPr>
                                <w:pStyle w:val="NoSpacing"/>
                                <w:jc w:val="center"/>
                                <w:rPr>
                                  <w:b/>
                                  <w:sz w:val="24"/>
                                  <w:szCs w:val="24"/>
                                </w:rPr>
                              </w:pPr>
                              <w:r>
                                <w:rPr>
                                  <w:b/>
                                  <w:sz w:val="24"/>
                                  <w:szCs w:val="24"/>
                                </w:rPr>
                                <w:t>BM</w:t>
                              </w:r>
                            </w:p>
                            <w:p w14:paraId="4A2783F1" w14:textId="77777777" w:rsidR="0081455A" w:rsidRDefault="0081455A" w:rsidP="0081455A">
                              <w:pPr>
                                <w:pStyle w:val="NoSpacing"/>
                                <w:jc w:val="center"/>
                                <w:rPr>
                                  <w:b/>
                                  <w:sz w:val="24"/>
                                  <w:szCs w:val="24"/>
                                </w:rPr>
                              </w:pPr>
                              <w:r>
                                <w:rPr>
                                  <w:b/>
                                  <w:sz w:val="24"/>
                                  <w:szCs w:val="24"/>
                                </w:rPr>
                                <w:t>01</w:t>
                              </w:r>
                            </w:p>
                          </w:txbxContent>
                        </v:textbox>
                      </v:shape>
                    </v:group>
                    <v:rect id="Rectangle 73" o:spid="_x0000_s1064" style="position:absolute;left:7293;top:12551;width:1564;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shape id="AutoShape 74" o:spid="_x0000_s1065" type="#_x0000_t32" style="position:absolute;left:7293;top:12551;width:1564;height:14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l8MAAADbAAAADwAAAGRycy9kb3ducmV2LnhtbESPQYvCMBSE7wv+h/AEL4um9bBoNYos&#10;LIiHhdUePD6SZ1tsXmoSa/ffbxYEj8PMfMOst4NtRU8+NI4V5LMMBLF2puFKQXn6mi5AhIhssHVM&#10;Cn4pwHYzeltjYdyDf6g/xkokCIcCFdQxdoWUQddkMcxcR5y8i/MWY5K+ksbjI8FtK+dZ9iEtNpwW&#10;auzosyZ9Pd6tguZQfpf9+y16vTjkZ5+H07nVSk3Gw24FItIQX+Fne28ULHP4/5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SnJfDAAAA2wAAAA8AAAAAAAAAAAAA&#10;AAAAoQIAAGRycy9kb3ducmV2LnhtbFBLBQYAAAAABAAEAPkAAACRAwAAAAA=&#10;"/>
                    <v:shape id="AutoShape 75" o:spid="_x0000_s1066" type="#_x0000_t32" style="position:absolute;left:7293;top:12551;width:1564;height:14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yC8QAAADbAAAADwAAAGRycy9kb3ducmV2LnhtbESPQWsCMRSE74L/ITzBi9SsgtJujbIV&#10;BC140Lb3181zE9y8bDdRt/++KQgeh5n5hlmsOleLK7XBelYwGWcgiEuvLVcKPj82T88gQkTWWHsm&#10;Bb8UYLXs9xaYa3/jA12PsRIJwiFHBSbGJpcylIYchrFviJN38q3DmGRbSd3iLcFdLadZNpcOLacF&#10;gw2tDZXn48Up2O8mb8W3sbv3w4/dzzZFfalGX0oNB13xCiJSFx/he3urFbxM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LILxAAAANsAAAAPAAAAAAAAAAAA&#10;AAAAAKECAABkcnMvZG93bnJldi54bWxQSwUGAAAAAAQABAD5AAAAkgMAAAAA&#10;"/>
                    <v:shape id="Text Box 76" o:spid="_x0000_s1067" type="#_x0000_t202" style="position:absolute;left:7621;top:12222;width:87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14:paraId="5FFC3EA4" w14:textId="77777777" w:rsidR="0081455A" w:rsidRDefault="0081455A" w:rsidP="0081455A">
                            <w:pPr>
                              <w:rPr>
                                <w:b/>
                              </w:rPr>
                            </w:pPr>
                            <w:r>
                              <w:rPr>
                                <w:b/>
                              </w:rPr>
                              <w:t>18cm</w:t>
                            </w:r>
                          </w:p>
                        </w:txbxContent>
                      </v:textbox>
                    </v:shape>
                    <v:shape id="Text Box 77" o:spid="_x0000_s1068" type="#_x0000_t202" style="position:absolute;left:8755;top:12996;width:87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14:paraId="5F6299C8" w14:textId="77777777" w:rsidR="0081455A" w:rsidRDefault="0081455A" w:rsidP="0081455A">
                            <w:pPr>
                              <w:rPr>
                                <w:b/>
                              </w:rPr>
                            </w:pPr>
                            <w:r>
                              <w:rPr>
                                <w:b/>
                              </w:rPr>
                              <w:t>18cm</w:t>
                            </w:r>
                          </w:p>
                        </w:txbxContent>
                      </v:textbox>
                    </v:shape>
                    <v:shape id="Text Box 78" o:spid="_x0000_s1069" type="#_x0000_t202" style="position:absolute;left:7324;top:13038;width:3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2E5E2099" w14:textId="77777777" w:rsidR="0081455A" w:rsidRDefault="0081455A" w:rsidP="0081455A">
                            <w:pPr>
                              <w:rPr>
                                <w:b/>
                                <w:sz w:val="24"/>
                                <w:szCs w:val="24"/>
                              </w:rPr>
                            </w:pPr>
                            <w:r>
                              <w:rPr>
                                <w:b/>
                                <w:sz w:val="24"/>
                                <w:szCs w:val="24"/>
                              </w:rPr>
                              <w:t>B</w:t>
                            </w:r>
                          </w:p>
                        </w:txbxContent>
                      </v:textbox>
                    </v:shape>
                    <v:shape id="Text Box 79" o:spid="_x0000_s1070" type="#_x0000_t202" style="position:absolute;left:8259;top:13038;width:58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0BA931DC" w14:textId="77777777" w:rsidR="0081455A" w:rsidRDefault="0081455A" w:rsidP="0081455A">
                            <w:pPr>
                              <w:rPr>
                                <w:b/>
                                <w:sz w:val="24"/>
                                <w:szCs w:val="24"/>
                              </w:rPr>
                            </w:pPr>
                            <w:r>
                              <w:rPr>
                                <w:b/>
                                <w:sz w:val="24"/>
                                <w:szCs w:val="24"/>
                              </w:rPr>
                              <w:t>M</w:t>
                            </w:r>
                          </w:p>
                        </w:txbxContent>
                      </v:textbox>
                    </v:shape>
                    <v:shape id="Text Box 80" o:spid="_x0000_s1071" type="#_x0000_t202" style="position:absolute;left:7751;top:12615;width:64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14:paraId="61B23761" w14:textId="77777777" w:rsidR="0081455A" w:rsidRDefault="0081455A" w:rsidP="0081455A">
                            <w:pPr>
                              <w:rPr>
                                <w:b/>
                                <w:sz w:val="24"/>
                                <w:szCs w:val="24"/>
                              </w:rPr>
                            </w:pPr>
                          </w:p>
                        </w:txbxContent>
                      </v:textbox>
                    </v:shape>
                    <v:shape id="Text Box 81" o:spid="_x0000_s1072" type="#_x0000_t202" style="position:absolute;left:7811;top:13506;width:58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14:paraId="5A2DBE08" w14:textId="77777777" w:rsidR="0081455A" w:rsidRDefault="0081455A" w:rsidP="0081455A">
                            <w:pPr>
                              <w:rPr>
                                <w:b/>
                                <w:sz w:val="24"/>
                                <w:szCs w:val="24"/>
                              </w:rPr>
                            </w:pPr>
                            <w:r>
                              <w:rPr>
                                <w:b/>
                                <w:sz w:val="24"/>
                                <w:szCs w:val="24"/>
                              </w:rPr>
                              <w:t>01</w:t>
                            </w:r>
                          </w:p>
                        </w:txbxContent>
                      </v:textbox>
                    </v:shape>
                  </v:group>
                </v:group>
              </v:group>
            </w:pict>
          </mc:Fallback>
        </mc:AlternateContent>
      </w:r>
    </w:p>
    <w:p w14:paraId="37373DBF" w14:textId="77777777" w:rsidR="0081455A" w:rsidRPr="0081455A" w:rsidRDefault="0081455A" w:rsidP="0081455A">
      <w:pPr>
        <w:pStyle w:val="ListParagraph"/>
        <w:spacing w:after="0" w:line="480" w:lineRule="auto"/>
        <w:ind w:left="1080"/>
        <w:rPr>
          <w:rFonts w:ascii="Times New Roman" w:hAnsi="Times New Roman" w:cs="Times New Roman"/>
          <w:sz w:val="24"/>
          <w:szCs w:val="24"/>
        </w:rPr>
      </w:pPr>
    </w:p>
    <w:p w14:paraId="5D48ACA4" w14:textId="77777777" w:rsidR="0081455A" w:rsidRPr="0081455A" w:rsidRDefault="0081455A" w:rsidP="0081455A">
      <w:pPr>
        <w:pStyle w:val="ListParagraph"/>
        <w:spacing w:after="0" w:line="480" w:lineRule="auto"/>
        <w:ind w:left="1080"/>
        <w:rPr>
          <w:rFonts w:ascii="Times New Roman" w:hAnsi="Times New Roman" w:cs="Times New Roman"/>
          <w:sz w:val="24"/>
          <w:szCs w:val="24"/>
        </w:rPr>
      </w:pPr>
    </w:p>
    <w:p w14:paraId="4813EAC4" w14:textId="77777777" w:rsidR="0081455A" w:rsidRPr="0081455A" w:rsidRDefault="0081455A" w:rsidP="0081455A">
      <w:pPr>
        <w:pStyle w:val="ListParagraph"/>
        <w:spacing w:after="0" w:line="480" w:lineRule="auto"/>
        <w:ind w:left="1080"/>
        <w:rPr>
          <w:rFonts w:ascii="Times New Roman" w:hAnsi="Times New Roman" w:cs="Times New Roman"/>
          <w:sz w:val="24"/>
          <w:szCs w:val="24"/>
        </w:rPr>
      </w:pPr>
    </w:p>
    <w:p w14:paraId="3F223D37" w14:textId="77777777" w:rsidR="0081455A" w:rsidRPr="0081455A" w:rsidRDefault="0081455A" w:rsidP="0081455A">
      <w:pPr>
        <w:pStyle w:val="ListParagraph"/>
        <w:spacing w:after="0" w:line="480" w:lineRule="auto"/>
        <w:ind w:left="1080"/>
        <w:rPr>
          <w:rFonts w:ascii="Times New Roman" w:hAnsi="Times New Roman" w:cs="Times New Roman"/>
          <w:i/>
          <w:sz w:val="24"/>
          <w:szCs w:val="24"/>
        </w:rPr>
      </w:pPr>
    </w:p>
    <w:p w14:paraId="1F9342EB" w14:textId="77777777" w:rsidR="0081455A" w:rsidRPr="0081455A" w:rsidRDefault="0081455A" w:rsidP="0081455A">
      <w:pPr>
        <w:pStyle w:val="ListParagraph"/>
        <w:spacing w:after="0" w:line="480" w:lineRule="auto"/>
        <w:ind w:left="1080"/>
        <w:rPr>
          <w:rFonts w:ascii="Times New Roman" w:hAnsi="Times New Roman" w:cs="Times New Roman"/>
          <w:sz w:val="24"/>
          <w:szCs w:val="24"/>
        </w:rPr>
      </w:pPr>
    </w:p>
    <w:p w14:paraId="6F7B0656" w14:textId="77777777" w:rsidR="0081455A" w:rsidRPr="0081455A" w:rsidRDefault="0081455A" w:rsidP="0081455A">
      <w:pPr>
        <w:pStyle w:val="ListParagraph"/>
        <w:spacing w:after="0" w:line="480" w:lineRule="auto"/>
        <w:ind w:left="1080"/>
        <w:rPr>
          <w:rFonts w:ascii="Times New Roman" w:hAnsi="Times New Roman" w:cs="Times New Roman"/>
          <w:sz w:val="24"/>
          <w:szCs w:val="24"/>
        </w:rPr>
      </w:pPr>
    </w:p>
    <w:p w14:paraId="5DAF10B2" w14:textId="77777777" w:rsidR="0081455A" w:rsidRPr="0081455A" w:rsidRDefault="0081455A" w:rsidP="0081455A">
      <w:pPr>
        <w:pStyle w:val="ListParagraph"/>
        <w:spacing w:after="0" w:line="480" w:lineRule="auto"/>
        <w:ind w:left="1080"/>
        <w:rPr>
          <w:rFonts w:ascii="Times New Roman" w:hAnsi="Times New Roman" w:cs="Times New Roman"/>
          <w:sz w:val="24"/>
          <w:szCs w:val="24"/>
        </w:rPr>
      </w:pPr>
    </w:p>
    <w:p w14:paraId="20205575" w14:textId="77777777" w:rsidR="0081455A" w:rsidRPr="0081455A" w:rsidRDefault="0081455A" w:rsidP="0081455A">
      <w:pPr>
        <w:pStyle w:val="ListParagraph"/>
        <w:spacing w:after="0" w:line="480" w:lineRule="auto"/>
        <w:ind w:left="1080"/>
        <w:rPr>
          <w:rFonts w:ascii="Times New Roman" w:hAnsi="Times New Roman" w:cs="Times New Roman"/>
          <w:sz w:val="24"/>
          <w:szCs w:val="24"/>
        </w:rPr>
      </w:pPr>
    </w:p>
    <w:p w14:paraId="2C304F56" w14:textId="77777777" w:rsidR="0081455A" w:rsidRDefault="0081455A" w:rsidP="0081455A">
      <w:pPr>
        <w:tabs>
          <w:tab w:val="left" w:pos="720"/>
          <w:tab w:val="left" w:pos="1440"/>
          <w:tab w:val="left" w:pos="2160"/>
          <w:tab w:val="left" w:pos="2880"/>
          <w:tab w:val="left" w:pos="3600"/>
          <w:tab w:val="left" w:pos="4320"/>
          <w:tab w:val="left" w:pos="5040"/>
          <w:tab w:val="left" w:pos="5760"/>
          <w:tab w:val="left" w:pos="6465"/>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ab/>
        <w:t>Figure 3.2: Show the Description Typical Bench Mark.</w:t>
      </w:r>
    </w:p>
    <w:p w14:paraId="0EB67579" w14:textId="77777777" w:rsidR="0081455A" w:rsidRDefault="0081455A" w:rsidP="0081455A">
      <w:pPr>
        <w:tabs>
          <w:tab w:val="left" w:pos="720"/>
          <w:tab w:val="left" w:pos="1440"/>
          <w:tab w:val="left" w:pos="2160"/>
          <w:tab w:val="left" w:pos="2880"/>
          <w:tab w:val="left" w:pos="3600"/>
          <w:tab w:val="left" w:pos="4320"/>
          <w:tab w:val="left" w:pos="5040"/>
          <w:tab w:val="left" w:pos="5760"/>
          <w:tab w:val="left" w:pos="6465"/>
        </w:tabs>
        <w:spacing w:after="0" w:line="480" w:lineRule="auto"/>
        <w:rPr>
          <w:rFonts w:ascii="Times New Roman" w:hAnsi="Times New Roman" w:cs="Times New Roman"/>
          <w:sz w:val="24"/>
          <w:szCs w:val="24"/>
        </w:rPr>
      </w:pPr>
    </w:p>
    <w:p w14:paraId="137B2659" w14:textId="54605555" w:rsidR="0081455A" w:rsidRPr="0081455A" w:rsidRDefault="0081455A" w:rsidP="0081455A">
      <w:pPr>
        <w:tabs>
          <w:tab w:val="left" w:pos="720"/>
          <w:tab w:val="left" w:pos="1440"/>
          <w:tab w:val="left" w:pos="2160"/>
          <w:tab w:val="left" w:pos="2880"/>
          <w:tab w:val="left" w:pos="3600"/>
          <w:tab w:val="left" w:pos="4320"/>
          <w:tab w:val="left" w:pos="5040"/>
          <w:tab w:val="left" w:pos="5760"/>
          <w:tab w:val="left" w:pos="6465"/>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ab/>
      </w:r>
    </w:p>
    <w:p w14:paraId="767AEAB0"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lastRenderedPageBreak/>
        <w:t>3.6.</w:t>
      </w:r>
      <w:r w:rsidRPr="0081455A">
        <w:rPr>
          <w:rFonts w:ascii="Times New Roman" w:hAnsi="Times New Roman" w:cs="Times New Roman"/>
          <w:b/>
          <w:sz w:val="24"/>
          <w:szCs w:val="24"/>
        </w:rPr>
        <w:tab/>
        <w:t>INSTRUMENT TEST</w:t>
      </w:r>
    </w:p>
    <w:p w14:paraId="648A5147"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3.6.1.    COLLIMATION TEST</w:t>
      </w:r>
    </w:p>
    <w:p w14:paraId="295D0E00" w14:textId="77777777" w:rsidR="0081455A" w:rsidRPr="0081455A" w:rsidRDefault="0081455A" w:rsidP="0081455A">
      <w:pPr>
        <w:spacing w:after="0" w:line="480" w:lineRule="auto"/>
        <w:ind w:left="720" w:firstLine="720"/>
        <w:rPr>
          <w:rFonts w:ascii="Times New Roman" w:hAnsi="Times New Roman" w:cs="Times New Roman"/>
          <w:sz w:val="24"/>
          <w:szCs w:val="24"/>
        </w:rPr>
      </w:pPr>
      <w:r w:rsidRPr="0081455A">
        <w:rPr>
          <w:rFonts w:ascii="Times New Roman" w:hAnsi="Times New Roman" w:cs="Times New Roman"/>
          <w:sz w:val="24"/>
          <w:szCs w:val="24"/>
        </w:rPr>
        <w:t>The procedure undergone to perform instrument test is as explained thus:</w:t>
      </w:r>
    </w:p>
    <w:p w14:paraId="71EEDD7B" w14:textId="77777777" w:rsidR="0081455A" w:rsidRPr="0081455A" w:rsidRDefault="0081455A" w:rsidP="0081455A">
      <w:pPr>
        <w:spacing w:after="0" w:line="480" w:lineRule="auto"/>
        <w:ind w:left="720"/>
        <w:rPr>
          <w:rFonts w:ascii="Times New Roman" w:hAnsi="Times New Roman" w:cs="Times New Roman"/>
          <w:sz w:val="24"/>
          <w:szCs w:val="24"/>
        </w:rPr>
      </w:pPr>
      <w:r w:rsidRPr="0081455A">
        <w:rPr>
          <w:rFonts w:ascii="Times New Roman" w:hAnsi="Times New Roman" w:cs="Times New Roman"/>
          <w:sz w:val="24"/>
          <w:szCs w:val="24"/>
        </w:rPr>
        <w:t>The instrument (CX105 Total Station) was set up on TBM.01 and all temporary adjustments (centering, leveling and parallax elimination) were performed. A reflector prism was set-up at a distance of about 100m to the line of sight and bisected on both face left and face right. The instrument was switched on and program which is on-board of the micro-computer of the instrument was switched to the columniation program. Then horizontal columniation and vertical index were in sequence recorded and stored in the memory of the instrument. The telescope was transited and the same target was bisected. Both the new vertical index and columniation error were recorded and stored accordingly. It was transited to the same target with both horizontal and vertical readings recorded to check the instruments accuracy. The readings obtained were shown in the table below.</w:t>
      </w:r>
    </w:p>
    <w:p w14:paraId="73B39C76"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 xml:space="preserve">Table 3.2 Show the </w:t>
      </w:r>
      <w:r w:rsidRPr="0081455A">
        <w:rPr>
          <w:rFonts w:ascii="Times New Roman" w:eastAsia="Calibri" w:hAnsi="Times New Roman" w:cs="Times New Roman"/>
          <w:b/>
          <w:sz w:val="24"/>
          <w:szCs w:val="24"/>
        </w:rPr>
        <w:t>Horizontal Circle Readings</w:t>
      </w:r>
    </w:p>
    <w:tbl>
      <w:tblPr>
        <w:tblW w:w="8010"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900"/>
        <w:gridCol w:w="720"/>
        <w:gridCol w:w="3060"/>
        <w:gridCol w:w="2340"/>
      </w:tblGrid>
      <w:tr w:rsidR="0081455A" w:rsidRPr="0081455A" w14:paraId="4216AF07" w14:textId="77777777" w:rsidTr="0081455A">
        <w:trPr>
          <w:trHeight w:val="883"/>
        </w:trPr>
        <w:tc>
          <w:tcPr>
            <w:tcW w:w="990" w:type="dxa"/>
            <w:tcBorders>
              <w:top w:val="single" w:sz="4" w:space="0" w:color="auto"/>
              <w:left w:val="single" w:sz="4" w:space="0" w:color="auto"/>
              <w:bottom w:val="single" w:sz="4" w:space="0" w:color="auto"/>
              <w:right w:val="single" w:sz="4" w:space="0" w:color="auto"/>
            </w:tcBorders>
            <w:hideMark/>
          </w:tcPr>
          <w:p w14:paraId="4C86408B" w14:textId="77777777" w:rsidR="0081455A" w:rsidRPr="0081455A" w:rsidRDefault="0081455A" w:rsidP="0081455A">
            <w:pPr>
              <w:spacing w:after="0" w:line="480" w:lineRule="auto"/>
              <w:rPr>
                <w:rFonts w:ascii="Times New Roman" w:eastAsia="Calibri" w:hAnsi="Times New Roman" w:cs="Times New Roman"/>
                <w:b/>
                <w:sz w:val="24"/>
                <w:szCs w:val="24"/>
              </w:rPr>
            </w:pPr>
            <w:r w:rsidRPr="0081455A">
              <w:rPr>
                <w:rFonts w:ascii="Times New Roman" w:eastAsia="Calibri" w:hAnsi="Times New Roman" w:cs="Times New Roman"/>
                <w:b/>
                <w:sz w:val="24"/>
                <w:szCs w:val="24"/>
              </w:rPr>
              <w:t xml:space="preserve">Station </w:t>
            </w:r>
          </w:p>
        </w:tc>
        <w:tc>
          <w:tcPr>
            <w:tcW w:w="900" w:type="dxa"/>
            <w:tcBorders>
              <w:top w:val="single" w:sz="4" w:space="0" w:color="auto"/>
              <w:left w:val="single" w:sz="4" w:space="0" w:color="auto"/>
              <w:bottom w:val="single" w:sz="4" w:space="0" w:color="auto"/>
              <w:right w:val="single" w:sz="4" w:space="0" w:color="auto"/>
            </w:tcBorders>
            <w:hideMark/>
          </w:tcPr>
          <w:p w14:paraId="55670111" w14:textId="77777777" w:rsidR="0081455A" w:rsidRPr="0081455A" w:rsidRDefault="0081455A" w:rsidP="0081455A">
            <w:pPr>
              <w:spacing w:after="0" w:line="480" w:lineRule="auto"/>
              <w:rPr>
                <w:rFonts w:ascii="Times New Roman" w:eastAsia="Calibri" w:hAnsi="Times New Roman" w:cs="Times New Roman"/>
                <w:b/>
                <w:sz w:val="24"/>
                <w:szCs w:val="24"/>
              </w:rPr>
            </w:pPr>
            <w:r w:rsidRPr="0081455A">
              <w:rPr>
                <w:rFonts w:ascii="Times New Roman" w:eastAsia="Calibri" w:hAnsi="Times New Roman" w:cs="Times New Roman"/>
                <w:b/>
                <w:sz w:val="24"/>
                <w:szCs w:val="24"/>
              </w:rPr>
              <w:t xml:space="preserve">Sights </w:t>
            </w:r>
          </w:p>
        </w:tc>
        <w:tc>
          <w:tcPr>
            <w:tcW w:w="720" w:type="dxa"/>
            <w:tcBorders>
              <w:top w:val="single" w:sz="4" w:space="0" w:color="auto"/>
              <w:left w:val="single" w:sz="4" w:space="0" w:color="auto"/>
              <w:bottom w:val="single" w:sz="4" w:space="0" w:color="auto"/>
              <w:right w:val="single" w:sz="4" w:space="0" w:color="auto"/>
            </w:tcBorders>
            <w:hideMark/>
          </w:tcPr>
          <w:p w14:paraId="6BA0CA95" w14:textId="77777777" w:rsidR="0081455A" w:rsidRPr="0081455A" w:rsidRDefault="0081455A" w:rsidP="0081455A">
            <w:pPr>
              <w:spacing w:after="0" w:line="480" w:lineRule="auto"/>
              <w:rPr>
                <w:rFonts w:ascii="Times New Roman" w:eastAsia="Calibri" w:hAnsi="Times New Roman" w:cs="Times New Roman"/>
                <w:b/>
                <w:sz w:val="24"/>
                <w:szCs w:val="24"/>
              </w:rPr>
            </w:pPr>
            <w:r w:rsidRPr="0081455A">
              <w:rPr>
                <w:rFonts w:ascii="Times New Roman" w:eastAsia="Calibri" w:hAnsi="Times New Roman" w:cs="Times New Roman"/>
                <w:b/>
                <w:sz w:val="24"/>
                <w:szCs w:val="24"/>
              </w:rPr>
              <w:t>Face</w:t>
            </w:r>
          </w:p>
        </w:tc>
        <w:tc>
          <w:tcPr>
            <w:tcW w:w="3060" w:type="dxa"/>
            <w:tcBorders>
              <w:top w:val="single" w:sz="4" w:space="0" w:color="auto"/>
              <w:left w:val="single" w:sz="4" w:space="0" w:color="auto"/>
              <w:bottom w:val="single" w:sz="4" w:space="0" w:color="auto"/>
              <w:right w:val="single" w:sz="4" w:space="0" w:color="auto"/>
            </w:tcBorders>
            <w:hideMark/>
          </w:tcPr>
          <w:p w14:paraId="12889511" w14:textId="77777777" w:rsidR="0081455A" w:rsidRPr="0081455A" w:rsidRDefault="0081455A" w:rsidP="0081455A">
            <w:pPr>
              <w:spacing w:after="0" w:line="480" w:lineRule="auto"/>
              <w:rPr>
                <w:rFonts w:ascii="Times New Roman" w:eastAsia="Calibri" w:hAnsi="Times New Roman" w:cs="Times New Roman"/>
                <w:b/>
                <w:sz w:val="24"/>
                <w:szCs w:val="24"/>
              </w:rPr>
            </w:pPr>
            <w:r w:rsidRPr="0081455A">
              <w:rPr>
                <w:rFonts w:ascii="Times New Roman" w:eastAsia="Calibri" w:hAnsi="Times New Roman" w:cs="Times New Roman"/>
                <w:b/>
                <w:sz w:val="24"/>
                <w:szCs w:val="24"/>
              </w:rPr>
              <w:t>Horizontal Circle Readings</w:t>
            </w:r>
          </w:p>
        </w:tc>
        <w:tc>
          <w:tcPr>
            <w:tcW w:w="2340" w:type="dxa"/>
            <w:tcBorders>
              <w:top w:val="single" w:sz="4" w:space="0" w:color="auto"/>
              <w:left w:val="single" w:sz="4" w:space="0" w:color="auto"/>
              <w:bottom w:val="single" w:sz="4" w:space="0" w:color="auto"/>
              <w:right w:val="single" w:sz="4" w:space="0" w:color="auto"/>
            </w:tcBorders>
            <w:hideMark/>
          </w:tcPr>
          <w:p w14:paraId="1CCB660D" w14:textId="77777777" w:rsidR="0081455A" w:rsidRPr="0081455A" w:rsidRDefault="0081455A" w:rsidP="0081455A">
            <w:pPr>
              <w:spacing w:after="0" w:line="480" w:lineRule="auto"/>
              <w:rPr>
                <w:rFonts w:ascii="Times New Roman" w:eastAsia="Calibri" w:hAnsi="Times New Roman" w:cs="Times New Roman"/>
                <w:b/>
                <w:sz w:val="24"/>
                <w:szCs w:val="24"/>
              </w:rPr>
            </w:pPr>
            <w:r w:rsidRPr="0081455A">
              <w:rPr>
                <w:rFonts w:ascii="Times New Roman" w:hAnsi="Times New Roman" w:cs="Times New Roman"/>
                <w:b/>
                <w:sz w:val="24"/>
                <w:szCs w:val="24"/>
              </w:rPr>
              <w:t>Diff. Between (FL &amp; FR)</w:t>
            </w:r>
          </w:p>
        </w:tc>
      </w:tr>
      <w:tr w:rsidR="0081455A" w:rsidRPr="0081455A" w14:paraId="669D4CD4" w14:textId="77777777" w:rsidTr="0081455A">
        <w:trPr>
          <w:trHeight w:val="828"/>
        </w:trPr>
        <w:tc>
          <w:tcPr>
            <w:tcW w:w="990" w:type="dxa"/>
            <w:tcBorders>
              <w:top w:val="single" w:sz="4" w:space="0" w:color="auto"/>
              <w:left w:val="single" w:sz="4" w:space="0" w:color="auto"/>
              <w:bottom w:val="single" w:sz="4" w:space="0" w:color="auto"/>
              <w:right w:val="single" w:sz="4" w:space="0" w:color="auto"/>
            </w:tcBorders>
          </w:tcPr>
          <w:p w14:paraId="7B45831F" w14:textId="77777777" w:rsidR="0081455A" w:rsidRPr="0081455A" w:rsidRDefault="0081455A" w:rsidP="0081455A">
            <w:pPr>
              <w:spacing w:after="0" w:line="480" w:lineRule="auto"/>
              <w:rPr>
                <w:rFonts w:ascii="Times New Roman" w:eastAsia="Calibri" w:hAnsi="Times New Roman" w:cs="Times New Roman"/>
                <w:sz w:val="24"/>
                <w:szCs w:val="24"/>
              </w:rPr>
            </w:pPr>
          </w:p>
          <w:p w14:paraId="34C42576" w14:textId="77777777" w:rsidR="0081455A" w:rsidRPr="0081455A" w:rsidRDefault="0081455A" w:rsidP="0081455A">
            <w:pPr>
              <w:spacing w:after="0" w:line="480" w:lineRule="auto"/>
              <w:rPr>
                <w:rFonts w:ascii="Times New Roman" w:eastAsia="Calibri" w:hAnsi="Times New Roman" w:cs="Times New Roman"/>
                <w:sz w:val="24"/>
                <w:szCs w:val="24"/>
              </w:rPr>
            </w:pPr>
            <w:r w:rsidRPr="0081455A">
              <w:rPr>
                <w:rFonts w:ascii="Times New Roman" w:eastAsia="Calibri" w:hAnsi="Times New Roman" w:cs="Times New Roman"/>
                <w:sz w:val="24"/>
                <w:szCs w:val="24"/>
              </w:rPr>
              <w:t xml:space="preserve">     A</w:t>
            </w:r>
          </w:p>
        </w:tc>
        <w:tc>
          <w:tcPr>
            <w:tcW w:w="900" w:type="dxa"/>
            <w:tcBorders>
              <w:top w:val="single" w:sz="4" w:space="0" w:color="auto"/>
              <w:left w:val="single" w:sz="4" w:space="0" w:color="auto"/>
              <w:bottom w:val="single" w:sz="4" w:space="0" w:color="auto"/>
              <w:right w:val="single" w:sz="4" w:space="0" w:color="auto"/>
            </w:tcBorders>
          </w:tcPr>
          <w:p w14:paraId="63DDFA9A" w14:textId="77777777" w:rsidR="0081455A" w:rsidRPr="0081455A" w:rsidRDefault="0081455A" w:rsidP="0081455A">
            <w:pPr>
              <w:spacing w:after="0" w:line="480" w:lineRule="auto"/>
              <w:rPr>
                <w:rFonts w:ascii="Times New Roman" w:eastAsia="Calibri" w:hAnsi="Times New Roman" w:cs="Times New Roman"/>
                <w:sz w:val="24"/>
                <w:szCs w:val="24"/>
              </w:rPr>
            </w:pPr>
            <w:r w:rsidRPr="0081455A">
              <w:rPr>
                <w:rFonts w:ascii="Times New Roman" w:eastAsia="Calibri" w:hAnsi="Times New Roman" w:cs="Times New Roman"/>
                <w:sz w:val="24"/>
                <w:szCs w:val="24"/>
              </w:rPr>
              <w:t>C</w:t>
            </w:r>
          </w:p>
          <w:p w14:paraId="55E3E4DF" w14:textId="77777777" w:rsidR="0081455A" w:rsidRPr="0081455A" w:rsidRDefault="0081455A" w:rsidP="0081455A">
            <w:pPr>
              <w:spacing w:after="0" w:line="480" w:lineRule="auto"/>
              <w:rPr>
                <w:rFonts w:ascii="Times New Roman" w:eastAsia="Calibri" w:hAnsi="Times New Roman" w:cs="Times New Roman"/>
                <w:sz w:val="24"/>
                <w:szCs w:val="24"/>
              </w:rPr>
            </w:pPr>
            <w:r w:rsidRPr="0081455A">
              <w:rPr>
                <w:rFonts w:ascii="Times New Roman" w:eastAsia="Calibri" w:hAnsi="Times New Roman" w:cs="Times New Roman"/>
                <w:sz w:val="24"/>
                <w:szCs w:val="24"/>
              </w:rPr>
              <w:t>C</w:t>
            </w:r>
          </w:p>
        </w:tc>
        <w:tc>
          <w:tcPr>
            <w:tcW w:w="720" w:type="dxa"/>
            <w:tcBorders>
              <w:top w:val="single" w:sz="4" w:space="0" w:color="auto"/>
              <w:left w:val="single" w:sz="4" w:space="0" w:color="auto"/>
              <w:bottom w:val="single" w:sz="4" w:space="0" w:color="auto"/>
              <w:right w:val="single" w:sz="4" w:space="0" w:color="auto"/>
            </w:tcBorders>
          </w:tcPr>
          <w:p w14:paraId="22D033AD" w14:textId="77777777" w:rsidR="0081455A" w:rsidRPr="0081455A" w:rsidRDefault="0081455A" w:rsidP="0081455A">
            <w:pPr>
              <w:spacing w:after="0" w:line="480" w:lineRule="auto"/>
              <w:rPr>
                <w:rFonts w:ascii="Times New Roman" w:eastAsia="Calibri" w:hAnsi="Times New Roman" w:cs="Times New Roman"/>
                <w:sz w:val="24"/>
                <w:szCs w:val="24"/>
              </w:rPr>
            </w:pPr>
            <w:r w:rsidRPr="0081455A">
              <w:rPr>
                <w:rFonts w:ascii="Times New Roman" w:eastAsia="Calibri" w:hAnsi="Times New Roman" w:cs="Times New Roman"/>
                <w:sz w:val="24"/>
                <w:szCs w:val="24"/>
              </w:rPr>
              <w:t>L</w:t>
            </w:r>
          </w:p>
          <w:p w14:paraId="285B4692" w14:textId="77777777" w:rsidR="0081455A" w:rsidRPr="0081455A" w:rsidRDefault="0081455A" w:rsidP="0081455A">
            <w:pPr>
              <w:spacing w:after="0" w:line="480" w:lineRule="auto"/>
              <w:rPr>
                <w:rFonts w:ascii="Times New Roman" w:eastAsia="Calibri" w:hAnsi="Times New Roman" w:cs="Times New Roman"/>
                <w:sz w:val="24"/>
                <w:szCs w:val="24"/>
              </w:rPr>
            </w:pPr>
            <w:r w:rsidRPr="0081455A">
              <w:rPr>
                <w:rFonts w:ascii="Times New Roman" w:eastAsia="Calibri" w:hAnsi="Times New Roman" w:cs="Times New Roman"/>
                <w:sz w:val="24"/>
                <w:szCs w:val="24"/>
              </w:rPr>
              <w:t>R</w:t>
            </w:r>
          </w:p>
        </w:tc>
        <w:tc>
          <w:tcPr>
            <w:tcW w:w="3060" w:type="dxa"/>
            <w:tcBorders>
              <w:top w:val="single" w:sz="4" w:space="0" w:color="auto"/>
              <w:left w:val="single" w:sz="4" w:space="0" w:color="auto"/>
              <w:bottom w:val="single" w:sz="4" w:space="0" w:color="auto"/>
              <w:right w:val="single" w:sz="4" w:space="0" w:color="auto"/>
            </w:tcBorders>
          </w:tcPr>
          <w:p w14:paraId="50AF16E5" w14:textId="77777777" w:rsidR="0081455A" w:rsidRPr="0081455A" w:rsidRDefault="0081455A" w:rsidP="0081455A">
            <w:pPr>
              <w:spacing w:after="0" w:line="480" w:lineRule="auto"/>
              <w:rPr>
                <w:rFonts w:ascii="Times New Roman" w:eastAsia="Calibri" w:hAnsi="Times New Roman" w:cs="Times New Roman"/>
                <w:sz w:val="24"/>
                <w:szCs w:val="24"/>
              </w:rPr>
            </w:pPr>
            <w:r w:rsidRPr="0081455A">
              <w:rPr>
                <w:rFonts w:ascii="Times New Roman" w:eastAsia="Calibri" w:hAnsi="Times New Roman" w:cs="Times New Roman"/>
                <w:sz w:val="24"/>
                <w:szCs w:val="24"/>
              </w:rPr>
              <w:t>204</w:t>
            </w:r>
            <w:r w:rsidRPr="0081455A">
              <w:rPr>
                <w:rFonts w:ascii="Times New Roman" w:eastAsia="Calibri" w:hAnsi="Times New Roman" w:cs="Times New Roman"/>
                <w:sz w:val="24"/>
                <w:szCs w:val="24"/>
                <w:vertAlign w:val="superscript"/>
              </w:rPr>
              <w:t>0</w:t>
            </w:r>
            <w:r w:rsidRPr="0081455A">
              <w:rPr>
                <w:rFonts w:ascii="Times New Roman" w:eastAsia="Calibri" w:hAnsi="Times New Roman" w:cs="Times New Roman"/>
                <w:sz w:val="24"/>
                <w:szCs w:val="24"/>
              </w:rPr>
              <w:t xml:space="preserve">     36</w:t>
            </w:r>
            <w:r w:rsidRPr="0081455A">
              <w:rPr>
                <w:rFonts w:ascii="Times New Roman" w:eastAsia="Calibri" w:hAnsi="Times New Roman" w:cs="Times New Roman"/>
                <w:sz w:val="24"/>
                <w:szCs w:val="24"/>
                <w:vertAlign w:val="superscript"/>
              </w:rPr>
              <w:t xml:space="preserve">’      </w:t>
            </w:r>
            <w:r w:rsidRPr="0081455A">
              <w:rPr>
                <w:rFonts w:ascii="Times New Roman" w:eastAsia="Calibri" w:hAnsi="Times New Roman" w:cs="Times New Roman"/>
                <w:sz w:val="24"/>
                <w:szCs w:val="24"/>
              </w:rPr>
              <w:t>4</w:t>
            </w:r>
            <w:r w:rsidRPr="0081455A">
              <w:rPr>
                <w:rFonts w:ascii="Times New Roman" w:hAnsi="Times New Roman" w:cs="Times New Roman"/>
                <w:sz w:val="24"/>
                <w:szCs w:val="24"/>
              </w:rPr>
              <w:t>2</w:t>
            </w:r>
            <w:r w:rsidRPr="0081455A">
              <w:rPr>
                <w:rFonts w:ascii="Times New Roman" w:eastAsia="Calibri" w:hAnsi="Times New Roman" w:cs="Times New Roman"/>
                <w:sz w:val="24"/>
                <w:szCs w:val="24"/>
                <w:vertAlign w:val="superscript"/>
              </w:rPr>
              <w:t>’’</w:t>
            </w:r>
          </w:p>
          <w:p w14:paraId="680E3072" w14:textId="77777777" w:rsidR="0081455A" w:rsidRPr="0081455A" w:rsidRDefault="0081455A" w:rsidP="0081455A">
            <w:pPr>
              <w:spacing w:after="0" w:line="480" w:lineRule="auto"/>
              <w:rPr>
                <w:rFonts w:ascii="Times New Roman" w:eastAsia="Calibri" w:hAnsi="Times New Roman" w:cs="Times New Roman"/>
                <w:sz w:val="24"/>
                <w:szCs w:val="24"/>
              </w:rPr>
            </w:pPr>
            <w:r w:rsidRPr="0081455A">
              <w:rPr>
                <w:rFonts w:ascii="Times New Roman" w:eastAsia="Calibri" w:hAnsi="Times New Roman" w:cs="Times New Roman"/>
                <w:sz w:val="24"/>
                <w:szCs w:val="24"/>
              </w:rPr>
              <w:t>024</w:t>
            </w:r>
            <w:r w:rsidRPr="0081455A">
              <w:rPr>
                <w:rFonts w:ascii="Times New Roman" w:eastAsia="Calibri" w:hAnsi="Times New Roman" w:cs="Times New Roman"/>
                <w:sz w:val="24"/>
                <w:szCs w:val="24"/>
                <w:vertAlign w:val="superscript"/>
              </w:rPr>
              <w:t>0</w:t>
            </w:r>
            <w:r w:rsidRPr="0081455A">
              <w:rPr>
                <w:rFonts w:ascii="Times New Roman" w:eastAsia="Calibri" w:hAnsi="Times New Roman" w:cs="Times New Roman"/>
                <w:sz w:val="24"/>
                <w:szCs w:val="24"/>
              </w:rPr>
              <w:t xml:space="preserve">     36</w:t>
            </w:r>
            <w:r w:rsidRPr="0081455A">
              <w:rPr>
                <w:rFonts w:ascii="Times New Roman" w:eastAsia="Calibri" w:hAnsi="Times New Roman" w:cs="Times New Roman"/>
                <w:sz w:val="24"/>
                <w:szCs w:val="24"/>
                <w:vertAlign w:val="superscript"/>
              </w:rPr>
              <w:t>’</w:t>
            </w:r>
            <w:r w:rsidRPr="0081455A">
              <w:rPr>
                <w:rFonts w:ascii="Times New Roman" w:eastAsia="Calibri" w:hAnsi="Times New Roman" w:cs="Times New Roman"/>
                <w:sz w:val="24"/>
                <w:szCs w:val="24"/>
              </w:rPr>
              <w:t xml:space="preserve">    36</w:t>
            </w:r>
            <w:r w:rsidRPr="0081455A">
              <w:rPr>
                <w:rFonts w:ascii="Times New Roman" w:eastAsia="Calibri" w:hAnsi="Times New Roman" w:cs="Times New Roman"/>
                <w:sz w:val="24"/>
                <w:szCs w:val="24"/>
                <w:vertAlign w:val="superscript"/>
              </w:rPr>
              <w:t>’’</w:t>
            </w:r>
          </w:p>
        </w:tc>
        <w:tc>
          <w:tcPr>
            <w:tcW w:w="2340" w:type="dxa"/>
            <w:tcBorders>
              <w:top w:val="single" w:sz="4" w:space="0" w:color="auto"/>
              <w:left w:val="single" w:sz="4" w:space="0" w:color="auto"/>
              <w:bottom w:val="single" w:sz="4" w:space="0" w:color="auto"/>
              <w:right w:val="single" w:sz="4" w:space="0" w:color="auto"/>
            </w:tcBorders>
          </w:tcPr>
          <w:p w14:paraId="03657CC7" w14:textId="77777777" w:rsidR="0081455A" w:rsidRPr="0081455A" w:rsidRDefault="0081455A" w:rsidP="0081455A">
            <w:pPr>
              <w:spacing w:after="0" w:line="480" w:lineRule="auto"/>
              <w:rPr>
                <w:rFonts w:ascii="Times New Roman" w:eastAsia="Calibri" w:hAnsi="Times New Roman" w:cs="Times New Roman"/>
                <w:sz w:val="24"/>
                <w:szCs w:val="24"/>
              </w:rPr>
            </w:pPr>
          </w:p>
          <w:p w14:paraId="67709F54" w14:textId="77777777" w:rsidR="0081455A" w:rsidRPr="0081455A" w:rsidRDefault="0081455A" w:rsidP="0081455A">
            <w:pPr>
              <w:spacing w:after="0" w:line="480" w:lineRule="auto"/>
              <w:rPr>
                <w:rFonts w:ascii="Times New Roman" w:eastAsia="Calibri" w:hAnsi="Times New Roman" w:cs="Times New Roman"/>
                <w:sz w:val="24"/>
                <w:szCs w:val="24"/>
              </w:rPr>
            </w:pPr>
            <w:r w:rsidRPr="0081455A">
              <w:rPr>
                <w:rFonts w:ascii="Times New Roman" w:hAnsi="Times New Roman" w:cs="Times New Roman"/>
                <w:sz w:val="24"/>
                <w:szCs w:val="24"/>
              </w:rPr>
              <w:t>180</w:t>
            </w:r>
            <w:r w:rsidRPr="0081455A">
              <w:rPr>
                <w:rFonts w:ascii="Times New Roman" w:eastAsia="Calibri" w:hAnsi="Times New Roman" w:cs="Times New Roman"/>
                <w:sz w:val="24"/>
                <w:szCs w:val="24"/>
                <w:vertAlign w:val="superscript"/>
              </w:rPr>
              <w:t>0</w:t>
            </w:r>
            <w:r w:rsidRPr="0081455A">
              <w:rPr>
                <w:rFonts w:ascii="Times New Roman" w:hAnsi="Times New Roman" w:cs="Times New Roman"/>
                <w:sz w:val="24"/>
                <w:szCs w:val="24"/>
              </w:rPr>
              <w:t>00</w:t>
            </w:r>
            <w:r w:rsidRPr="0081455A">
              <w:rPr>
                <w:rFonts w:ascii="Times New Roman" w:eastAsia="Calibri" w:hAnsi="Times New Roman" w:cs="Times New Roman"/>
                <w:sz w:val="24"/>
                <w:szCs w:val="24"/>
                <w:vertAlign w:val="superscript"/>
              </w:rPr>
              <w:t xml:space="preserve">’ </w:t>
            </w:r>
            <w:r w:rsidRPr="0081455A">
              <w:rPr>
                <w:rFonts w:ascii="Times New Roman" w:hAnsi="Times New Roman" w:cs="Times New Roman"/>
                <w:sz w:val="24"/>
                <w:szCs w:val="24"/>
              </w:rPr>
              <w:t>06</w:t>
            </w:r>
            <w:r w:rsidRPr="0081455A">
              <w:rPr>
                <w:rFonts w:ascii="Times New Roman" w:eastAsia="Calibri" w:hAnsi="Times New Roman" w:cs="Times New Roman"/>
                <w:sz w:val="24"/>
                <w:szCs w:val="24"/>
                <w:vertAlign w:val="superscript"/>
              </w:rPr>
              <w:t>’’</w:t>
            </w:r>
          </w:p>
        </w:tc>
      </w:tr>
    </w:tbl>
    <w:p w14:paraId="3B994FC3" w14:textId="77777777" w:rsidR="0081455A" w:rsidRPr="0081455A" w:rsidRDefault="0081455A" w:rsidP="0081455A">
      <w:pPr>
        <w:spacing w:after="0" w:line="480" w:lineRule="auto"/>
        <w:rPr>
          <w:rFonts w:ascii="Times New Roman" w:hAnsi="Times New Roman" w:cs="Times New Roman"/>
          <w:b/>
          <w:sz w:val="24"/>
          <w:szCs w:val="24"/>
        </w:rPr>
      </w:pPr>
    </w:p>
    <w:p w14:paraId="0395B127"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Table 3.3 Show the result of the adjustment made.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2698"/>
        <w:gridCol w:w="2880"/>
      </w:tblGrid>
      <w:tr w:rsidR="0081455A" w:rsidRPr="0081455A" w14:paraId="14BD30A7" w14:textId="77777777" w:rsidTr="0081455A">
        <w:tc>
          <w:tcPr>
            <w:tcW w:w="3080" w:type="dxa"/>
            <w:tcBorders>
              <w:top w:val="single" w:sz="4" w:space="0" w:color="auto"/>
              <w:left w:val="single" w:sz="4" w:space="0" w:color="auto"/>
              <w:bottom w:val="single" w:sz="4" w:space="0" w:color="auto"/>
              <w:right w:val="single" w:sz="4" w:space="0" w:color="auto"/>
            </w:tcBorders>
          </w:tcPr>
          <w:p w14:paraId="20B9D952" w14:textId="77777777" w:rsidR="0081455A" w:rsidRPr="0081455A" w:rsidRDefault="0081455A" w:rsidP="0081455A">
            <w:pPr>
              <w:spacing w:after="0" w:line="480" w:lineRule="auto"/>
              <w:rPr>
                <w:rFonts w:ascii="Times New Roman" w:hAnsi="Times New Roman" w:cs="Times New Roman"/>
                <w:sz w:val="24"/>
                <w:szCs w:val="24"/>
              </w:rPr>
            </w:pPr>
          </w:p>
        </w:tc>
        <w:tc>
          <w:tcPr>
            <w:tcW w:w="2698" w:type="dxa"/>
            <w:tcBorders>
              <w:top w:val="single" w:sz="4" w:space="0" w:color="auto"/>
              <w:left w:val="single" w:sz="4" w:space="0" w:color="auto"/>
              <w:bottom w:val="single" w:sz="4" w:space="0" w:color="auto"/>
              <w:right w:val="single" w:sz="4" w:space="0" w:color="auto"/>
            </w:tcBorders>
            <w:hideMark/>
          </w:tcPr>
          <w:p w14:paraId="14D2E274"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OLD READING</w:t>
            </w:r>
          </w:p>
        </w:tc>
        <w:tc>
          <w:tcPr>
            <w:tcW w:w="2880" w:type="dxa"/>
            <w:tcBorders>
              <w:top w:val="single" w:sz="4" w:space="0" w:color="auto"/>
              <w:left w:val="single" w:sz="4" w:space="0" w:color="auto"/>
              <w:bottom w:val="single" w:sz="4" w:space="0" w:color="auto"/>
              <w:right w:val="single" w:sz="4" w:space="0" w:color="auto"/>
            </w:tcBorders>
            <w:hideMark/>
          </w:tcPr>
          <w:p w14:paraId="79463070"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NEW READING</w:t>
            </w:r>
          </w:p>
        </w:tc>
      </w:tr>
      <w:tr w:rsidR="0081455A" w:rsidRPr="0081455A" w14:paraId="49634274" w14:textId="77777777" w:rsidTr="0081455A">
        <w:tc>
          <w:tcPr>
            <w:tcW w:w="3080" w:type="dxa"/>
            <w:tcBorders>
              <w:top w:val="single" w:sz="4" w:space="0" w:color="auto"/>
              <w:left w:val="single" w:sz="4" w:space="0" w:color="auto"/>
              <w:bottom w:val="single" w:sz="4" w:space="0" w:color="auto"/>
              <w:right w:val="single" w:sz="4" w:space="0" w:color="auto"/>
            </w:tcBorders>
            <w:hideMark/>
          </w:tcPr>
          <w:p w14:paraId="390022CD"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Horizontal Columniation</w:t>
            </w:r>
          </w:p>
        </w:tc>
        <w:tc>
          <w:tcPr>
            <w:tcW w:w="2698" w:type="dxa"/>
            <w:tcBorders>
              <w:top w:val="single" w:sz="4" w:space="0" w:color="auto"/>
              <w:left w:val="single" w:sz="4" w:space="0" w:color="auto"/>
              <w:bottom w:val="single" w:sz="4" w:space="0" w:color="auto"/>
              <w:right w:val="single" w:sz="4" w:space="0" w:color="auto"/>
            </w:tcBorders>
            <w:hideMark/>
          </w:tcPr>
          <w:p w14:paraId="5543EBC9"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00° 00</w:t>
            </w:r>
            <w:r w:rsidRPr="0081455A">
              <w:rPr>
                <w:rFonts w:ascii="Times New Roman" w:eastAsia="NSimSun" w:hAnsi="Times New Roman" w:cs="Times New Roman"/>
                <w:sz w:val="24"/>
                <w:szCs w:val="24"/>
              </w:rPr>
              <w:t xml:space="preserve">’ </w:t>
            </w:r>
            <w:r w:rsidRPr="0081455A">
              <w:rPr>
                <w:rFonts w:ascii="Times New Roman" w:hAnsi="Times New Roman" w:cs="Times New Roman"/>
                <w:sz w:val="24"/>
                <w:szCs w:val="24"/>
              </w:rPr>
              <w:t>18</w:t>
            </w:r>
            <w:r w:rsidRPr="0081455A">
              <w:rPr>
                <w:rFonts w:ascii="Times New Roman" w:eastAsia="NSimSun" w:hAnsi="Times New Roman" w:cs="Times New Roman"/>
                <w:sz w:val="24"/>
                <w:szCs w:val="24"/>
              </w:rPr>
              <w:t>’’</w:t>
            </w:r>
          </w:p>
        </w:tc>
        <w:tc>
          <w:tcPr>
            <w:tcW w:w="2880" w:type="dxa"/>
            <w:tcBorders>
              <w:top w:val="single" w:sz="4" w:space="0" w:color="auto"/>
              <w:left w:val="single" w:sz="4" w:space="0" w:color="auto"/>
              <w:bottom w:val="single" w:sz="4" w:space="0" w:color="auto"/>
              <w:right w:val="single" w:sz="4" w:space="0" w:color="auto"/>
            </w:tcBorders>
            <w:hideMark/>
          </w:tcPr>
          <w:p w14:paraId="29B96BA4"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00° 00</w:t>
            </w:r>
            <w:r w:rsidRPr="0081455A">
              <w:rPr>
                <w:rFonts w:ascii="Times New Roman" w:eastAsia="NSimSun" w:hAnsi="Times New Roman" w:cs="Times New Roman"/>
                <w:sz w:val="24"/>
                <w:szCs w:val="24"/>
              </w:rPr>
              <w:t xml:space="preserve">’ </w:t>
            </w:r>
            <w:r w:rsidRPr="0081455A">
              <w:rPr>
                <w:rFonts w:ascii="Times New Roman" w:hAnsi="Times New Roman" w:cs="Times New Roman"/>
                <w:sz w:val="24"/>
                <w:szCs w:val="24"/>
              </w:rPr>
              <w:t>06</w:t>
            </w:r>
            <w:r w:rsidRPr="0081455A">
              <w:rPr>
                <w:rFonts w:ascii="Times New Roman" w:eastAsia="NSimSun" w:hAnsi="Times New Roman" w:cs="Times New Roman"/>
                <w:sz w:val="24"/>
                <w:szCs w:val="24"/>
              </w:rPr>
              <w:t>’’</w:t>
            </w:r>
          </w:p>
        </w:tc>
      </w:tr>
      <w:tr w:rsidR="0081455A" w:rsidRPr="0081455A" w14:paraId="5774DAFA" w14:textId="77777777" w:rsidTr="0081455A">
        <w:tc>
          <w:tcPr>
            <w:tcW w:w="3080" w:type="dxa"/>
            <w:tcBorders>
              <w:top w:val="single" w:sz="4" w:space="0" w:color="auto"/>
              <w:left w:val="single" w:sz="4" w:space="0" w:color="auto"/>
              <w:bottom w:val="single" w:sz="4" w:space="0" w:color="auto"/>
              <w:right w:val="single" w:sz="4" w:space="0" w:color="auto"/>
            </w:tcBorders>
            <w:hideMark/>
          </w:tcPr>
          <w:p w14:paraId="7FF927BD"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Vertical Index</w:t>
            </w:r>
          </w:p>
        </w:tc>
        <w:tc>
          <w:tcPr>
            <w:tcW w:w="2698" w:type="dxa"/>
            <w:tcBorders>
              <w:top w:val="single" w:sz="4" w:space="0" w:color="auto"/>
              <w:left w:val="single" w:sz="4" w:space="0" w:color="auto"/>
              <w:bottom w:val="single" w:sz="4" w:space="0" w:color="auto"/>
              <w:right w:val="single" w:sz="4" w:space="0" w:color="auto"/>
            </w:tcBorders>
            <w:hideMark/>
          </w:tcPr>
          <w:p w14:paraId="1476886E"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00° 00</w:t>
            </w:r>
            <w:r w:rsidRPr="0081455A">
              <w:rPr>
                <w:rFonts w:ascii="Times New Roman" w:eastAsia="NSimSun" w:hAnsi="Times New Roman" w:cs="Times New Roman"/>
                <w:sz w:val="24"/>
                <w:szCs w:val="24"/>
              </w:rPr>
              <w:t xml:space="preserve">’ </w:t>
            </w:r>
            <w:r w:rsidRPr="0081455A">
              <w:rPr>
                <w:rFonts w:ascii="Times New Roman" w:hAnsi="Times New Roman" w:cs="Times New Roman"/>
                <w:sz w:val="24"/>
                <w:szCs w:val="24"/>
              </w:rPr>
              <w:t>11</w:t>
            </w:r>
            <w:r w:rsidRPr="0081455A">
              <w:rPr>
                <w:rFonts w:ascii="Times New Roman" w:eastAsia="NSimSun" w:hAnsi="Times New Roman" w:cs="Times New Roman"/>
                <w:sz w:val="24"/>
                <w:szCs w:val="24"/>
              </w:rPr>
              <w:t>’’</w:t>
            </w:r>
          </w:p>
        </w:tc>
        <w:tc>
          <w:tcPr>
            <w:tcW w:w="2880" w:type="dxa"/>
            <w:tcBorders>
              <w:top w:val="single" w:sz="4" w:space="0" w:color="auto"/>
              <w:left w:val="single" w:sz="4" w:space="0" w:color="auto"/>
              <w:bottom w:val="single" w:sz="4" w:space="0" w:color="auto"/>
              <w:right w:val="single" w:sz="4" w:space="0" w:color="auto"/>
            </w:tcBorders>
            <w:hideMark/>
          </w:tcPr>
          <w:p w14:paraId="225CA6B9"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00° 00</w:t>
            </w:r>
            <w:r w:rsidRPr="0081455A">
              <w:rPr>
                <w:rFonts w:ascii="Times New Roman" w:eastAsia="NSimSun" w:hAnsi="Times New Roman" w:cs="Times New Roman"/>
                <w:sz w:val="24"/>
                <w:szCs w:val="24"/>
              </w:rPr>
              <w:t xml:space="preserve">’ </w:t>
            </w:r>
            <w:r w:rsidRPr="0081455A">
              <w:rPr>
                <w:rFonts w:ascii="Times New Roman" w:hAnsi="Times New Roman" w:cs="Times New Roman"/>
                <w:sz w:val="24"/>
                <w:szCs w:val="24"/>
              </w:rPr>
              <w:t>04</w:t>
            </w:r>
            <w:r w:rsidRPr="0081455A">
              <w:rPr>
                <w:rFonts w:ascii="Times New Roman" w:eastAsia="NSimSun" w:hAnsi="Times New Roman" w:cs="Times New Roman"/>
                <w:sz w:val="24"/>
                <w:szCs w:val="24"/>
              </w:rPr>
              <w:t>’’</w:t>
            </w:r>
          </w:p>
        </w:tc>
      </w:tr>
    </w:tbl>
    <w:p w14:paraId="39018582" w14:textId="77777777" w:rsidR="0081455A" w:rsidRPr="0081455A" w:rsidRDefault="0081455A" w:rsidP="0081455A">
      <w:pPr>
        <w:spacing w:after="0" w:line="480" w:lineRule="auto"/>
        <w:rPr>
          <w:rFonts w:ascii="Times New Roman" w:hAnsi="Times New Roman" w:cs="Times New Roman"/>
          <w:sz w:val="24"/>
          <w:szCs w:val="24"/>
        </w:rPr>
      </w:pPr>
    </w:p>
    <w:p w14:paraId="0A6B9A28" w14:textId="77777777" w:rsidR="0081455A" w:rsidRPr="0081455A" w:rsidRDefault="0081455A" w:rsidP="0081455A">
      <w:pPr>
        <w:spacing w:after="0" w:line="480" w:lineRule="auto"/>
        <w:rPr>
          <w:rFonts w:ascii="Times New Roman" w:hAnsi="Times New Roman" w:cs="Times New Roman"/>
          <w:b/>
          <w:sz w:val="24"/>
          <w:szCs w:val="24"/>
        </w:rPr>
      </w:pPr>
    </w:p>
    <w:p w14:paraId="5D05A069" w14:textId="77777777" w:rsidR="0081455A" w:rsidRPr="0081455A" w:rsidRDefault="0081455A" w:rsidP="0081455A">
      <w:pPr>
        <w:spacing w:after="0" w:line="480" w:lineRule="auto"/>
        <w:rPr>
          <w:rFonts w:ascii="Times New Roman" w:hAnsi="Times New Roman" w:cs="Times New Roman"/>
          <w:b/>
          <w:sz w:val="24"/>
          <w:szCs w:val="24"/>
        </w:rPr>
      </w:pPr>
    </w:p>
    <w:p w14:paraId="36C1F5E8" w14:textId="77777777" w:rsidR="0081455A" w:rsidRPr="0081455A" w:rsidRDefault="0081455A" w:rsidP="0081455A">
      <w:pPr>
        <w:spacing w:after="0" w:line="480" w:lineRule="auto"/>
        <w:rPr>
          <w:rFonts w:ascii="Times New Roman" w:hAnsi="Times New Roman" w:cs="Times New Roman"/>
          <w:b/>
          <w:sz w:val="24"/>
          <w:szCs w:val="24"/>
        </w:rPr>
      </w:pPr>
    </w:p>
    <w:p w14:paraId="4A03A09E"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lastRenderedPageBreak/>
        <w:t>3.7</w:t>
      </w:r>
      <w:r w:rsidRPr="0081455A">
        <w:rPr>
          <w:rFonts w:ascii="Times New Roman" w:hAnsi="Times New Roman" w:cs="Times New Roman"/>
          <w:b/>
          <w:sz w:val="24"/>
          <w:szCs w:val="24"/>
        </w:rPr>
        <w:tab/>
        <w:t>DATA ACQUISITION</w:t>
      </w:r>
    </w:p>
    <w:p w14:paraId="0835B75A"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3.7.1</w:t>
      </w:r>
      <w:r w:rsidRPr="0081455A">
        <w:rPr>
          <w:rFonts w:ascii="Times New Roman" w:hAnsi="Times New Roman" w:cs="Times New Roman"/>
          <w:b/>
          <w:sz w:val="24"/>
          <w:szCs w:val="24"/>
        </w:rPr>
        <w:tab/>
        <w:t>IN-SITU CHECK</w:t>
      </w:r>
    </w:p>
    <w:p w14:paraId="0FC7A508" w14:textId="77777777" w:rsidR="0081455A" w:rsidRPr="0081455A" w:rsidRDefault="0081455A" w:rsidP="0081455A">
      <w:pPr>
        <w:spacing w:after="0" w:line="480" w:lineRule="auto"/>
        <w:ind w:left="720" w:firstLine="720"/>
        <w:rPr>
          <w:rFonts w:ascii="Times New Roman" w:hAnsi="Times New Roman" w:cs="Times New Roman"/>
          <w:sz w:val="24"/>
          <w:szCs w:val="24"/>
        </w:rPr>
      </w:pPr>
      <w:r w:rsidRPr="0081455A">
        <w:rPr>
          <w:rFonts w:ascii="Times New Roman" w:hAnsi="Times New Roman" w:cs="Times New Roman"/>
          <w:sz w:val="24"/>
          <w:szCs w:val="24"/>
        </w:rPr>
        <w:t>The in-situ check was carried out on the control TBM.01, TBM.02, and TBM.03, the result showed that the pillars were reliable enough to be used for the project. An analytical comparison of the measured data obtained from the check and the calculated values is as shown below.</w:t>
      </w:r>
    </w:p>
    <w:p w14:paraId="7912D342"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Table 2.3 Show the observed coordinates of TBM.01 from TBM.02</w:t>
      </w:r>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5"/>
        <w:gridCol w:w="1928"/>
        <w:gridCol w:w="1928"/>
        <w:gridCol w:w="1844"/>
        <w:gridCol w:w="1560"/>
      </w:tblGrid>
      <w:tr w:rsidR="0081455A" w:rsidRPr="0081455A" w14:paraId="60BF3FB0" w14:textId="77777777" w:rsidTr="0081455A">
        <w:trPr>
          <w:jc w:val="center"/>
        </w:trPr>
        <w:tc>
          <w:tcPr>
            <w:tcW w:w="1725" w:type="dxa"/>
            <w:tcBorders>
              <w:top w:val="single" w:sz="4" w:space="0" w:color="000000"/>
              <w:left w:val="single" w:sz="4" w:space="0" w:color="000000"/>
              <w:bottom w:val="single" w:sz="4" w:space="0" w:color="000000"/>
              <w:right w:val="single" w:sz="4" w:space="0" w:color="000000"/>
            </w:tcBorders>
            <w:hideMark/>
          </w:tcPr>
          <w:p w14:paraId="623F8362"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STATION</w:t>
            </w:r>
          </w:p>
        </w:tc>
        <w:tc>
          <w:tcPr>
            <w:tcW w:w="1928" w:type="dxa"/>
            <w:tcBorders>
              <w:top w:val="single" w:sz="4" w:space="0" w:color="000000"/>
              <w:left w:val="single" w:sz="4" w:space="0" w:color="000000"/>
              <w:bottom w:val="single" w:sz="4" w:space="0" w:color="000000"/>
              <w:right w:val="single" w:sz="4" w:space="0" w:color="000000"/>
            </w:tcBorders>
            <w:hideMark/>
          </w:tcPr>
          <w:p w14:paraId="39A042E9"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NORTHING(m)</w:t>
            </w:r>
          </w:p>
        </w:tc>
        <w:tc>
          <w:tcPr>
            <w:tcW w:w="1928" w:type="dxa"/>
            <w:tcBorders>
              <w:top w:val="single" w:sz="4" w:space="0" w:color="000000"/>
              <w:left w:val="single" w:sz="4" w:space="0" w:color="000000"/>
              <w:bottom w:val="single" w:sz="4" w:space="0" w:color="000000"/>
              <w:right w:val="single" w:sz="4" w:space="0" w:color="000000"/>
            </w:tcBorders>
            <w:hideMark/>
          </w:tcPr>
          <w:p w14:paraId="5433A53B"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EASTING (m)</w:t>
            </w:r>
          </w:p>
        </w:tc>
        <w:tc>
          <w:tcPr>
            <w:tcW w:w="1844" w:type="dxa"/>
            <w:tcBorders>
              <w:top w:val="single" w:sz="4" w:space="0" w:color="000000"/>
              <w:left w:val="single" w:sz="4" w:space="0" w:color="000000"/>
              <w:bottom w:val="single" w:sz="4" w:space="0" w:color="000000"/>
              <w:right w:val="single" w:sz="4" w:space="0" w:color="000000"/>
            </w:tcBorders>
            <w:hideMark/>
          </w:tcPr>
          <w:p w14:paraId="5C56B84D"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HEIGHT(m)</w:t>
            </w:r>
          </w:p>
        </w:tc>
        <w:tc>
          <w:tcPr>
            <w:tcW w:w="1560" w:type="dxa"/>
            <w:tcBorders>
              <w:top w:val="single" w:sz="4" w:space="0" w:color="000000"/>
              <w:left w:val="single" w:sz="4" w:space="0" w:color="000000"/>
              <w:bottom w:val="single" w:sz="4" w:space="0" w:color="000000"/>
              <w:right w:val="single" w:sz="4" w:space="0" w:color="000000"/>
            </w:tcBorders>
            <w:hideMark/>
          </w:tcPr>
          <w:p w14:paraId="05E94315"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REMARK</w:t>
            </w:r>
          </w:p>
        </w:tc>
      </w:tr>
      <w:tr w:rsidR="0081455A" w:rsidRPr="0081455A" w14:paraId="7877CB02" w14:textId="77777777" w:rsidTr="0081455A">
        <w:trPr>
          <w:jc w:val="center"/>
        </w:trPr>
        <w:tc>
          <w:tcPr>
            <w:tcW w:w="1725" w:type="dxa"/>
            <w:tcBorders>
              <w:top w:val="single" w:sz="4" w:space="0" w:color="000000"/>
              <w:left w:val="single" w:sz="4" w:space="0" w:color="000000"/>
              <w:bottom w:val="single" w:sz="4" w:space="0" w:color="000000"/>
              <w:right w:val="single" w:sz="4" w:space="0" w:color="000000"/>
            </w:tcBorders>
            <w:hideMark/>
          </w:tcPr>
          <w:p w14:paraId="23FB3295"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TBM.01</w:t>
            </w:r>
          </w:p>
        </w:tc>
        <w:tc>
          <w:tcPr>
            <w:tcW w:w="1928" w:type="dxa"/>
            <w:tcBorders>
              <w:top w:val="single" w:sz="4" w:space="0" w:color="000000"/>
              <w:left w:val="single" w:sz="4" w:space="0" w:color="000000"/>
              <w:bottom w:val="single" w:sz="4" w:space="0" w:color="000000"/>
              <w:right w:val="single" w:sz="4" w:space="0" w:color="000000"/>
            </w:tcBorders>
            <w:vAlign w:val="center"/>
            <w:hideMark/>
          </w:tcPr>
          <w:p w14:paraId="76D04A54"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932229.902</w:t>
            </w:r>
          </w:p>
        </w:tc>
        <w:tc>
          <w:tcPr>
            <w:tcW w:w="1928" w:type="dxa"/>
            <w:tcBorders>
              <w:top w:val="single" w:sz="4" w:space="0" w:color="000000"/>
              <w:left w:val="single" w:sz="4" w:space="0" w:color="000000"/>
              <w:bottom w:val="single" w:sz="4" w:space="0" w:color="000000"/>
              <w:right w:val="single" w:sz="4" w:space="0" w:color="000000"/>
            </w:tcBorders>
            <w:vAlign w:val="center"/>
            <w:hideMark/>
          </w:tcPr>
          <w:p w14:paraId="2FC06E4E"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675261.302</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04546E7F"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color w:val="000000"/>
                <w:sz w:val="24"/>
                <w:szCs w:val="24"/>
              </w:rPr>
              <w:t>312.39</w:t>
            </w:r>
          </w:p>
        </w:tc>
        <w:tc>
          <w:tcPr>
            <w:tcW w:w="1560" w:type="dxa"/>
            <w:tcBorders>
              <w:top w:val="single" w:sz="4" w:space="0" w:color="000000"/>
              <w:left w:val="single" w:sz="4" w:space="0" w:color="000000"/>
              <w:bottom w:val="single" w:sz="4" w:space="0" w:color="000000"/>
              <w:right w:val="single" w:sz="4" w:space="0" w:color="000000"/>
            </w:tcBorders>
            <w:hideMark/>
          </w:tcPr>
          <w:p w14:paraId="361FAE8B"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Observed</w:t>
            </w:r>
          </w:p>
        </w:tc>
      </w:tr>
      <w:tr w:rsidR="0081455A" w:rsidRPr="0081455A" w14:paraId="00568071" w14:textId="77777777" w:rsidTr="0081455A">
        <w:trPr>
          <w:jc w:val="center"/>
        </w:trPr>
        <w:tc>
          <w:tcPr>
            <w:tcW w:w="1725" w:type="dxa"/>
            <w:tcBorders>
              <w:top w:val="single" w:sz="4" w:space="0" w:color="000000"/>
              <w:left w:val="single" w:sz="4" w:space="0" w:color="000000"/>
              <w:bottom w:val="single" w:sz="4" w:space="0" w:color="000000"/>
              <w:right w:val="single" w:sz="4" w:space="0" w:color="000000"/>
            </w:tcBorders>
            <w:hideMark/>
          </w:tcPr>
          <w:p w14:paraId="26B3F4A1"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TBM.01</w:t>
            </w:r>
          </w:p>
        </w:tc>
        <w:tc>
          <w:tcPr>
            <w:tcW w:w="1928" w:type="dxa"/>
            <w:tcBorders>
              <w:top w:val="single" w:sz="4" w:space="0" w:color="000000"/>
              <w:left w:val="single" w:sz="4" w:space="0" w:color="000000"/>
              <w:bottom w:val="single" w:sz="4" w:space="0" w:color="000000"/>
              <w:right w:val="single" w:sz="4" w:space="0" w:color="000000"/>
            </w:tcBorders>
            <w:vAlign w:val="center"/>
            <w:hideMark/>
          </w:tcPr>
          <w:p w14:paraId="60BC835A"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932229.896</w:t>
            </w:r>
          </w:p>
        </w:tc>
        <w:tc>
          <w:tcPr>
            <w:tcW w:w="1928" w:type="dxa"/>
            <w:tcBorders>
              <w:top w:val="single" w:sz="4" w:space="0" w:color="000000"/>
              <w:left w:val="single" w:sz="4" w:space="0" w:color="000000"/>
              <w:bottom w:val="single" w:sz="4" w:space="0" w:color="000000"/>
              <w:right w:val="single" w:sz="4" w:space="0" w:color="000000"/>
            </w:tcBorders>
            <w:vAlign w:val="center"/>
            <w:hideMark/>
          </w:tcPr>
          <w:p w14:paraId="3B07FCBF"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675261.311</w:t>
            </w:r>
          </w:p>
        </w:tc>
        <w:tc>
          <w:tcPr>
            <w:tcW w:w="1844" w:type="dxa"/>
            <w:tcBorders>
              <w:top w:val="single" w:sz="4" w:space="0" w:color="000000"/>
              <w:left w:val="single" w:sz="4" w:space="0" w:color="000000"/>
              <w:bottom w:val="single" w:sz="4" w:space="0" w:color="000000"/>
              <w:right w:val="single" w:sz="4" w:space="0" w:color="000000"/>
            </w:tcBorders>
            <w:vAlign w:val="center"/>
            <w:hideMark/>
          </w:tcPr>
          <w:p w14:paraId="3C77F830"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312.37</w:t>
            </w:r>
          </w:p>
        </w:tc>
        <w:tc>
          <w:tcPr>
            <w:tcW w:w="1560" w:type="dxa"/>
            <w:tcBorders>
              <w:top w:val="single" w:sz="4" w:space="0" w:color="000000"/>
              <w:left w:val="single" w:sz="4" w:space="0" w:color="000000"/>
              <w:bottom w:val="single" w:sz="4" w:space="0" w:color="000000"/>
              <w:right w:val="single" w:sz="4" w:space="0" w:color="000000"/>
            </w:tcBorders>
            <w:hideMark/>
          </w:tcPr>
          <w:p w14:paraId="61792A3E"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GPS Given</w:t>
            </w:r>
          </w:p>
        </w:tc>
      </w:tr>
      <w:tr w:rsidR="0081455A" w:rsidRPr="0081455A" w14:paraId="6435E452" w14:textId="77777777" w:rsidTr="0081455A">
        <w:trPr>
          <w:jc w:val="center"/>
        </w:trPr>
        <w:tc>
          <w:tcPr>
            <w:tcW w:w="1725" w:type="dxa"/>
            <w:tcBorders>
              <w:top w:val="single" w:sz="4" w:space="0" w:color="000000"/>
              <w:left w:val="single" w:sz="4" w:space="0" w:color="000000"/>
              <w:bottom w:val="single" w:sz="4" w:space="0" w:color="000000"/>
              <w:right w:val="single" w:sz="4" w:space="0" w:color="000000"/>
            </w:tcBorders>
            <w:hideMark/>
          </w:tcPr>
          <w:p w14:paraId="118A2274"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Discrepancy</w:t>
            </w:r>
          </w:p>
        </w:tc>
        <w:tc>
          <w:tcPr>
            <w:tcW w:w="1928" w:type="dxa"/>
            <w:tcBorders>
              <w:top w:val="single" w:sz="4" w:space="0" w:color="000000"/>
              <w:left w:val="single" w:sz="4" w:space="0" w:color="000000"/>
              <w:bottom w:val="single" w:sz="4" w:space="0" w:color="000000"/>
              <w:right w:val="single" w:sz="4" w:space="0" w:color="000000"/>
            </w:tcBorders>
            <w:hideMark/>
          </w:tcPr>
          <w:p w14:paraId="7B5886D8"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           -0.006</w:t>
            </w:r>
          </w:p>
        </w:tc>
        <w:tc>
          <w:tcPr>
            <w:tcW w:w="1928" w:type="dxa"/>
            <w:tcBorders>
              <w:top w:val="single" w:sz="4" w:space="0" w:color="000000"/>
              <w:left w:val="single" w:sz="4" w:space="0" w:color="000000"/>
              <w:bottom w:val="single" w:sz="4" w:space="0" w:color="000000"/>
              <w:right w:val="single" w:sz="4" w:space="0" w:color="000000"/>
            </w:tcBorders>
            <w:hideMark/>
          </w:tcPr>
          <w:p w14:paraId="0E39F85A"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            0.009</w:t>
            </w:r>
          </w:p>
        </w:tc>
        <w:tc>
          <w:tcPr>
            <w:tcW w:w="1844" w:type="dxa"/>
            <w:tcBorders>
              <w:top w:val="single" w:sz="4" w:space="0" w:color="000000"/>
              <w:left w:val="single" w:sz="4" w:space="0" w:color="000000"/>
              <w:bottom w:val="single" w:sz="4" w:space="0" w:color="000000"/>
              <w:right w:val="single" w:sz="4" w:space="0" w:color="000000"/>
            </w:tcBorders>
            <w:hideMark/>
          </w:tcPr>
          <w:p w14:paraId="60F93F54"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 -0.017</w:t>
            </w:r>
          </w:p>
        </w:tc>
        <w:tc>
          <w:tcPr>
            <w:tcW w:w="1560" w:type="dxa"/>
            <w:tcBorders>
              <w:top w:val="single" w:sz="4" w:space="0" w:color="000000"/>
              <w:left w:val="single" w:sz="4" w:space="0" w:color="000000"/>
              <w:bottom w:val="single" w:sz="4" w:space="0" w:color="000000"/>
              <w:right w:val="single" w:sz="4" w:space="0" w:color="000000"/>
            </w:tcBorders>
          </w:tcPr>
          <w:p w14:paraId="54FF60EA" w14:textId="77777777" w:rsidR="0081455A" w:rsidRPr="0081455A" w:rsidRDefault="0081455A" w:rsidP="0081455A">
            <w:pPr>
              <w:spacing w:after="0" w:line="480" w:lineRule="auto"/>
              <w:rPr>
                <w:rFonts w:ascii="Times New Roman" w:hAnsi="Times New Roman" w:cs="Times New Roman"/>
                <w:sz w:val="24"/>
                <w:szCs w:val="24"/>
              </w:rPr>
            </w:pPr>
          </w:p>
        </w:tc>
      </w:tr>
    </w:tbl>
    <w:p w14:paraId="02850C8A" w14:textId="77777777" w:rsidR="0081455A" w:rsidRPr="0081455A" w:rsidRDefault="0081455A" w:rsidP="0081455A">
      <w:pPr>
        <w:spacing w:after="0" w:line="480" w:lineRule="auto"/>
        <w:rPr>
          <w:rFonts w:ascii="Times New Roman" w:hAnsi="Times New Roman" w:cs="Times New Roman"/>
          <w:b/>
          <w:sz w:val="24"/>
          <w:szCs w:val="24"/>
        </w:rPr>
      </w:pPr>
    </w:p>
    <w:p w14:paraId="453EA914"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Table 2.4:  Show the observed coordinates of TBM.03 from TBM.02</w:t>
      </w:r>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5"/>
        <w:gridCol w:w="2070"/>
        <w:gridCol w:w="2070"/>
        <w:gridCol w:w="1702"/>
        <w:gridCol w:w="1418"/>
      </w:tblGrid>
      <w:tr w:rsidR="0081455A" w:rsidRPr="0081455A" w14:paraId="752D60BC" w14:textId="77777777" w:rsidTr="0081455A">
        <w:trPr>
          <w:jc w:val="center"/>
        </w:trPr>
        <w:tc>
          <w:tcPr>
            <w:tcW w:w="1725" w:type="dxa"/>
            <w:tcBorders>
              <w:top w:val="single" w:sz="4" w:space="0" w:color="000000"/>
              <w:left w:val="single" w:sz="4" w:space="0" w:color="000000"/>
              <w:bottom w:val="single" w:sz="4" w:space="0" w:color="000000"/>
              <w:right w:val="single" w:sz="4" w:space="0" w:color="000000"/>
            </w:tcBorders>
            <w:hideMark/>
          </w:tcPr>
          <w:p w14:paraId="0FE93EC9"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STATION</w:t>
            </w:r>
          </w:p>
        </w:tc>
        <w:tc>
          <w:tcPr>
            <w:tcW w:w="2070" w:type="dxa"/>
            <w:tcBorders>
              <w:top w:val="single" w:sz="4" w:space="0" w:color="000000"/>
              <w:left w:val="single" w:sz="4" w:space="0" w:color="000000"/>
              <w:bottom w:val="single" w:sz="4" w:space="0" w:color="000000"/>
              <w:right w:val="single" w:sz="4" w:space="0" w:color="000000"/>
            </w:tcBorders>
            <w:hideMark/>
          </w:tcPr>
          <w:p w14:paraId="021A5953"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NORTHING(m)</w:t>
            </w:r>
          </w:p>
        </w:tc>
        <w:tc>
          <w:tcPr>
            <w:tcW w:w="2070" w:type="dxa"/>
            <w:tcBorders>
              <w:top w:val="single" w:sz="4" w:space="0" w:color="000000"/>
              <w:left w:val="single" w:sz="4" w:space="0" w:color="000000"/>
              <w:bottom w:val="single" w:sz="4" w:space="0" w:color="000000"/>
              <w:right w:val="single" w:sz="4" w:space="0" w:color="000000"/>
            </w:tcBorders>
            <w:hideMark/>
          </w:tcPr>
          <w:p w14:paraId="47E17063"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EASTING (m)</w:t>
            </w:r>
          </w:p>
        </w:tc>
        <w:tc>
          <w:tcPr>
            <w:tcW w:w="1702" w:type="dxa"/>
            <w:tcBorders>
              <w:top w:val="single" w:sz="4" w:space="0" w:color="000000"/>
              <w:left w:val="single" w:sz="4" w:space="0" w:color="000000"/>
              <w:bottom w:val="single" w:sz="4" w:space="0" w:color="000000"/>
              <w:right w:val="single" w:sz="4" w:space="0" w:color="000000"/>
            </w:tcBorders>
            <w:hideMark/>
          </w:tcPr>
          <w:p w14:paraId="2EA15864"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HEIGHT(m)</w:t>
            </w:r>
          </w:p>
        </w:tc>
        <w:tc>
          <w:tcPr>
            <w:tcW w:w="1418" w:type="dxa"/>
            <w:tcBorders>
              <w:top w:val="single" w:sz="4" w:space="0" w:color="000000"/>
              <w:left w:val="single" w:sz="4" w:space="0" w:color="000000"/>
              <w:bottom w:val="single" w:sz="4" w:space="0" w:color="000000"/>
              <w:right w:val="single" w:sz="4" w:space="0" w:color="000000"/>
            </w:tcBorders>
            <w:hideMark/>
          </w:tcPr>
          <w:p w14:paraId="7EC8B74F"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REMARK</w:t>
            </w:r>
          </w:p>
        </w:tc>
      </w:tr>
      <w:tr w:rsidR="0081455A" w:rsidRPr="0081455A" w14:paraId="11E270D1" w14:textId="77777777" w:rsidTr="0081455A">
        <w:trPr>
          <w:jc w:val="center"/>
        </w:trPr>
        <w:tc>
          <w:tcPr>
            <w:tcW w:w="1725" w:type="dxa"/>
            <w:tcBorders>
              <w:top w:val="single" w:sz="4" w:space="0" w:color="000000"/>
              <w:left w:val="single" w:sz="4" w:space="0" w:color="000000"/>
              <w:bottom w:val="single" w:sz="4" w:space="0" w:color="000000"/>
              <w:right w:val="single" w:sz="4" w:space="0" w:color="000000"/>
            </w:tcBorders>
            <w:hideMark/>
          </w:tcPr>
          <w:p w14:paraId="68E5030E"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   TBM.03</w:t>
            </w:r>
          </w:p>
        </w:tc>
        <w:tc>
          <w:tcPr>
            <w:tcW w:w="2070" w:type="dxa"/>
            <w:tcBorders>
              <w:top w:val="single" w:sz="4" w:space="0" w:color="000000"/>
              <w:left w:val="single" w:sz="4" w:space="0" w:color="000000"/>
              <w:bottom w:val="single" w:sz="4" w:space="0" w:color="000000"/>
              <w:right w:val="single" w:sz="4" w:space="0" w:color="000000"/>
            </w:tcBorders>
            <w:vAlign w:val="bottom"/>
            <w:hideMark/>
          </w:tcPr>
          <w:p w14:paraId="34B32C8B"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932207.160</w:t>
            </w:r>
          </w:p>
        </w:tc>
        <w:tc>
          <w:tcPr>
            <w:tcW w:w="2070" w:type="dxa"/>
            <w:tcBorders>
              <w:top w:val="single" w:sz="4" w:space="0" w:color="000000"/>
              <w:left w:val="single" w:sz="4" w:space="0" w:color="000000"/>
              <w:bottom w:val="single" w:sz="4" w:space="0" w:color="000000"/>
              <w:right w:val="single" w:sz="4" w:space="0" w:color="000000"/>
            </w:tcBorders>
            <w:vAlign w:val="bottom"/>
            <w:hideMark/>
          </w:tcPr>
          <w:p w14:paraId="58C09F05"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675272.022</w:t>
            </w:r>
          </w:p>
        </w:tc>
        <w:tc>
          <w:tcPr>
            <w:tcW w:w="1702" w:type="dxa"/>
            <w:tcBorders>
              <w:top w:val="single" w:sz="4" w:space="0" w:color="000000"/>
              <w:left w:val="single" w:sz="4" w:space="0" w:color="000000"/>
              <w:bottom w:val="single" w:sz="4" w:space="0" w:color="000000"/>
              <w:right w:val="single" w:sz="4" w:space="0" w:color="000000"/>
            </w:tcBorders>
            <w:vAlign w:val="bottom"/>
            <w:hideMark/>
          </w:tcPr>
          <w:p w14:paraId="70A16A71"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color w:val="000000"/>
                <w:sz w:val="24"/>
                <w:szCs w:val="24"/>
              </w:rPr>
              <w:t>312.97</w:t>
            </w:r>
          </w:p>
        </w:tc>
        <w:tc>
          <w:tcPr>
            <w:tcW w:w="1418" w:type="dxa"/>
            <w:tcBorders>
              <w:top w:val="single" w:sz="4" w:space="0" w:color="000000"/>
              <w:left w:val="single" w:sz="4" w:space="0" w:color="000000"/>
              <w:bottom w:val="single" w:sz="4" w:space="0" w:color="000000"/>
              <w:right w:val="single" w:sz="4" w:space="0" w:color="000000"/>
            </w:tcBorders>
            <w:hideMark/>
          </w:tcPr>
          <w:p w14:paraId="7B7D52E7"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Observed</w:t>
            </w:r>
          </w:p>
        </w:tc>
      </w:tr>
      <w:tr w:rsidR="0081455A" w:rsidRPr="0081455A" w14:paraId="3970B819" w14:textId="77777777" w:rsidTr="0081455A">
        <w:trPr>
          <w:jc w:val="center"/>
        </w:trPr>
        <w:tc>
          <w:tcPr>
            <w:tcW w:w="1725" w:type="dxa"/>
            <w:tcBorders>
              <w:top w:val="single" w:sz="4" w:space="0" w:color="000000"/>
              <w:left w:val="single" w:sz="4" w:space="0" w:color="000000"/>
              <w:bottom w:val="single" w:sz="4" w:space="0" w:color="000000"/>
              <w:right w:val="single" w:sz="4" w:space="0" w:color="000000"/>
            </w:tcBorders>
            <w:hideMark/>
          </w:tcPr>
          <w:p w14:paraId="370EB002"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   TBM.03</w:t>
            </w:r>
          </w:p>
        </w:tc>
        <w:tc>
          <w:tcPr>
            <w:tcW w:w="2070" w:type="dxa"/>
            <w:tcBorders>
              <w:top w:val="single" w:sz="4" w:space="0" w:color="000000"/>
              <w:left w:val="single" w:sz="4" w:space="0" w:color="000000"/>
              <w:bottom w:val="single" w:sz="4" w:space="0" w:color="000000"/>
              <w:right w:val="single" w:sz="4" w:space="0" w:color="000000"/>
            </w:tcBorders>
            <w:vAlign w:val="bottom"/>
            <w:hideMark/>
          </w:tcPr>
          <w:p w14:paraId="49830B67"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932207.164</w:t>
            </w:r>
          </w:p>
        </w:tc>
        <w:tc>
          <w:tcPr>
            <w:tcW w:w="2070" w:type="dxa"/>
            <w:tcBorders>
              <w:top w:val="single" w:sz="4" w:space="0" w:color="000000"/>
              <w:left w:val="single" w:sz="4" w:space="0" w:color="000000"/>
              <w:bottom w:val="single" w:sz="4" w:space="0" w:color="000000"/>
              <w:right w:val="single" w:sz="4" w:space="0" w:color="000000"/>
            </w:tcBorders>
            <w:vAlign w:val="bottom"/>
            <w:hideMark/>
          </w:tcPr>
          <w:p w14:paraId="43593D9E"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675271.996</w:t>
            </w:r>
          </w:p>
        </w:tc>
        <w:tc>
          <w:tcPr>
            <w:tcW w:w="1702" w:type="dxa"/>
            <w:tcBorders>
              <w:top w:val="single" w:sz="4" w:space="0" w:color="000000"/>
              <w:left w:val="single" w:sz="4" w:space="0" w:color="000000"/>
              <w:bottom w:val="single" w:sz="4" w:space="0" w:color="000000"/>
              <w:right w:val="single" w:sz="4" w:space="0" w:color="000000"/>
            </w:tcBorders>
            <w:vAlign w:val="bottom"/>
            <w:hideMark/>
          </w:tcPr>
          <w:p w14:paraId="519DB003"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312.98</w:t>
            </w:r>
          </w:p>
        </w:tc>
        <w:tc>
          <w:tcPr>
            <w:tcW w:w="1418" w:type="dxa"/>
            <w:tcBorders>
              <w:top w:val="single" w:sz="4" w:space="0" w:color="000000"/>
              <w:left w:val="single" w:sz="4" w:space="0" w:color="000000"/>
              <w:bottom w:val="single" w:sz="4" w:space="0" w:color="000000"/>
              <w:right w:val="single" w:sz="4" w:space="0" w:color="000000"/>
            </w:tcBorders>
            <w:hideMark/>
          </w:tcPr>
          <w:p w14:paraId="29764639"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GPS Given</w:t>
            </w:r>
          </w:p>
        </w:tc>
      </w:tr>
      <w:tr w:rsidR="0081455A" w:rsidRPr="0081455A" w14:paraId="1C4ECB70" w14:textId="77777777" w:rsidTr="0081455A">
        <w:trPr>
          <w:jc w:val="center"/>
        </w:trPr>
        <w:tc>
          <w:tcPr>
            <w:tcW w:w="1725" w:type="dxa"/>
            <w:tcBorders>
              <w:top w:val="single" w:sz="4" w:space="0" w:color="000000"/>
              <w:left w:val="single" w:sz="4" w:space="0" w:color="000000"/>
              <w:bottom w:val="single" w:sz="4" w:space="0" w:color="000000"/>
              <w:right w:val="single" w:sz="4" w:space="0" w:color="000000"/>
            </w:tcBorders>
            <w:hideMark/>
          </w:tcPr>
          <w:p w14:paraId="3453642F"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Discrepancy</w:t>
            </w:r>
          </w:p>
        </w:tc>
        <w:tc>
          <w:tcPr>
            <w:tcW w:w="2070" w:type="dxa"/>
            <w:tcBorders>
              <w:top w:val="single" w:sz="4" w:space="0" w:color="000000"/>
              <w:left w:val="single" w:sz="4" w:space="0" w:color="000000"/>
              <w:bottom w:val="single" w:sz="4" w:space="0" w:color="000000"/>
              <w:right w:val="single" w:sz="4" w:space="0" w:color="000000"/>
            </w:tcBorders>
            <w:hideMark/>
          </w:tcPr>
          <w:p w14:paraId="7E373563"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         0.004</w:t>
            </w:r>
          </w:p>
        </w:tc>
        <w:tc>
          <w:tcPr>
            <w:tcW w:w="2070" w:type="dxa"/>
            <w:tcBorders>
              <w:top w:val="single" w:sz="4" w:space="0" w:color="000000"/>
              <w:left w:val="single" w:sz="4" w:space="0" w:color="000000"/>
              <w:bottom w:val="single" w:sz="4" w:space="0" w:color="000000"/>
              <w:right w:val="single" w:sz="4" w:space="0" w:color="000000"/>
            </w:tcBorders>
            <w:hideMark/>
          </w:tcPr>
          <w:p w14:paraId="270820C3"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          -0.006</w:t>
            </w:r>
          </w:p>
        </w:tc>
        <w:tc>
          <w:tcPr>
            <w:tcW w:w="1702" w:type="dxa"/>
            <w:tcBorders>
              <w:top w:val="single" w:sz="4" w:space="0" w:color="000000"/>
              <w:left w:val="single" w:sz="4" w:space="0" w:color="000000"/>
              <w:bottom w:val="single" w:sz="4" w:space="0" w:color="000000"/>
              <w:right w:val="single" w:sz="4" w:space="0" w:color="000000"/>
            </w:tcBorders>
            <w:hideMark/>
          </w:tcPr>
          <w:p w14:paraId="7DDD8DD0"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     0.006</w:t>
            </w:r>
          </w:p>
        </w:tc>
        <w:tc>
          <w:tcPr>
            <w:tcW w:w="1418" w:type="dxa"/>
            <w:tcBorders>
              <w:top w:val="single" w:sz="4" w:space="0" w:color="000000"/>
              <w:left w:val="single" w:sz="4" w:space="0" w:color="000000"/>
              <w:bottom w:val="single" w:sz="4" w:space="0" w:color="000000"/>
              <w:right w:val="single" w:sz="4" w:space="0" w:color="000000"/>
            </w:tcBorders>
          </w:tcPr>
          <w:p w14:paraId="37964E83" w14:textId="77777777" w:rsidR="0081455A" w:rsidRPr="0081455A" w:rsidRDefault="0081455A" w:rsidP="0081455A">
            <w:pPr>
              <w:spacing w:after="0" w:line="480" w:lineRule="auto"/>
              <w:rPr>
                <w:rFonts w:ascii="Times New Roman" w:hAnsi="Times New Roman" w:cs="Times New Roman"/>
                <w:sz w:val="24"/>
                <w:szCs w:val="24"/>
              </w:rPr>
            </w:pPr>
          </w:p>
        </w:tc>
      </w:tr>
    </w:tbl>
    <w:p w14:paraId="15DF44FB" w14:textId="77777777" w:rsidR="0081455A" w:rsidRPr="0081455A" w:rsidRDefault="0081455A" w:rsidP="0081455A">
      <w:pPr>
        <w:spacing w:after="0" w:line="480" w:lineRule="auto"/>
        <w:ind w:left="1560" w:hanging="1560"/>
        <w:rPr>
          <w:rFonts w:ascii="Times New Roman" w:hAnsi="Times New Roman" w:cs="Times New Roman"/>
          <w:b/>
          <w:sz w:val="24"/>
          <w:szCs w:val="24"/>
        </w:rPr>
      </w:pPr>
      <w:r w:rsidRPr="0081455A">
        <w:rPr>
          <w:rFonts w:ascii="Times New Roman" w:hAnsi="Times New Roman" w:cs="Times New Roman"/>
          <w:b/>
          <w:sz w:val="24"/>
          <w:szCs w:val="24"/>
        </w:rPr>
        <w:t>Table 2.5: Result of the computed control check (from given GPS coordinates).</w:t>
      </w:r>
    </w:p>
    <w:tbl>
      <w:tblPr>
        <w:tblW w:w="102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376"/>
        <w:gridCol w:w="1173"/>
        <w:gridCol w:w="1133"/>
        <w:gridCol w:w="1133"/>
        <w:gridCol w:w="1417"/>
        <w:gridCol w:w="1416"/>
        <w:gridCol w:w="1275"/>
      </w:tblGrid>
      <w:tr w:rsidR="0081455A" w:rsidRPr="0081455A" w14:paraId="7091F8DD" w14:textId="77777777" w:rsidTr="0081455A">
        <w:tc>
          <w:tcPr>
            <w:tcW w:w="1277" w:type="dxa"/>
            <w:tcBorders>
              <w:top w:val="single" w:sz="4" w:space="0" w:color="auto"/>
              <w:left w:val="single" w:sz="4" w:space="0" w:color="auto"/>
              <w:bottom w:val="single" w:sz="4" w:space="0" w:color="auto"/>
              <w:right w:val="single" w:sz="4" w:space="0" w:color="auto"/>
            </w:tcBorders>
            <w:hideMark/>
          </w:tcPr>
          <w:p w14:paraId="31661AFD"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STATION FROM</w:t>
            </w:r>
          </w:p>
        </w:tc>
        <w:tc>
          <w:tcPr>
            <w:tcW w:w="1376" w:type="dxa"/>
            <w:tcBorders>
              <w:top w:val="single" w:sz="4" w:space="0" w:color="auto"/>
              <w:left w:val="single" w:sz="4" w:space="0" w:color="auto"/>
              <w:bottom w:val="single" w:sz="4" w:space="0" w:color="auto"/>
              <w:right w:val="single" w:sz="4" w:space="0" w:color="auto"/>
            </w:tcBorders>
            <w:hideMark/>
          </w:tcPr>
          <w:p w14:paraId="35263287"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BEARING</w:t>
            </w:r>
          </w:p>
        </w:tc>
        <w:tc>
          <w:tcPr>
            <w:tcW w:w="1173" w:type="dxa"/>
            <w:tcBorders>
              <w:top w:val="single" w:sz="4" w:space="0" w:color="auto"/>
              <w:left w:val="single" w:sz="4" w:space="0" w:color="auto"/>
              <w:bottom w:val="single" w:sz="4" w:space="0" w:color="auto"/>
              <w:right w:val="single" w:sz="4" w:space="0" w:color="auto"/>
            </w:tcBorders>
            <w:hideMark/>
          </w:tcPr>
          <w:p w14:paraId="156D3DFC"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DISTANCE</w:t>
            </w:r>
          </w:p>
        </w:tc>
        <w:tc>
          <w:tcPr>
            <w:tcW w:w="1133" w:type="dxa"/>
            <w:tcBorders>
              <w:top w:val="single" w:sz="4" w:space="0" w:color="auto"/>
              <w:left w:val="single" w:sz="4" w:space="0" w:color="auto"/>
              <w:bottom w:val="single" w:sz="4" w:space="0" w:color="auto"/>
              <w:right w:val="single" w:sz="4" w:space="0" w:color="auto"/>
            </w:tcBorders>
            <w:hideMark/>
          </w:tcPr>
          <w:p w14:paraId="1AEFB754"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DN</w:t>
            </w:r>
          </w:p>
        </w:tc>
        <w:tc>
          <w:tcPr>
            <w:tcW w:w="1133" w:type="dxa"/>
            <w:tcBorders>
              <w:top w:val="single" w:sz="4" w:space="0" w:color="auto"/>
              <w:left w:val="single" w:sz="4" w:space="0" w:color="auto"/>
              <w:bottom w:val="single" w:sz="4" w:space="0" w:color="auto"/>
              <w:right w:val="single" w:sz="4" w:space="0" w:color="auto"/>
            </w:tcBorders>
            <w:hideMark/>
          </w:tcPr>
          <w:p w14:paraId="7958CFA1"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DE</w:t>
            </w:r>
          </w:p>
        </w:tc>
        <w:tc>
          <w:tcPr>
            <w:tcW w:w="1417" w:type="dxa"/>
            <w:tcBorders>
              <w:top w:val="single" w:sz="4" w:space="0" w:color="auto"/>
              <w:left w:val="single" w:sz="4" w:space="0" w:color="auto"/>
              <w:bottom w:val="single" w:sz="4" w:space="0" w:color="auto"/>
              <w:right w:val="single" w:sz="4" w:space="0" w:color="auto"/>
            </w:tcBorders>
            <w:hideMark/>
          </w:tcPr>
          <w:p w14:paraId="5F224394"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NORTHING</w:t>
            </w:r>
          </w:p>
        </w:tc>
        <w:tc>
          <w:tcPr>
            <w:tcW w:w="1416" w:type="dxa"/>
            <w:tcBorders>
              <w:top w:val="single" w:sz="4" w:space="0" w:color="auto"/>
              <w:left w:val="single" w:sz="4" w:space="0" w:color="auto"/>
              <w:bottom w:val="single" w:sz="4" w:space="0" w:color="auto"/>
              <w:right w:val="single" w:sz="4" w:space="0" w:color="auto"/>
            </w:tcBorders>
            <w:hideMark/>
          </w:tcPr>
          <w:p w14:paraId="40877AC7"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EASTING</w:t>
            </w:r>
          </w:p>
        </w:tc>
        <w:tc>
          <w:tcPr>
            <w:tcW w:w="1275" w:type="dxa"/>
            <w:tcBorders>
              <w:top w:val="single" w:sz="4" w:space="0" w:color="auto"/>
              <w:left w:val="single" w:sz="4" w:space="0" w:color="auto"/>
              <w:bottom w:val="single" w:sz="4" w:space="0" w:color="auto"/>
              <w:right w:val="single" w:sz="4" w:space="0" w:color="auto"/>
            </w:tcBorders>
            <w:hideMark/>
          </w:tcPr>
          <w:p w14:paraId="287E015B"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STATION</w:t>
            </w:r>
          </w:p>
          <w:p w14:paraId="0506CA77"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TO</w:t>
            </w:r>
          </w:p>
        </w:tc>
      </w:tr>
      <w:tr w:rsidR="0081455A" w:rsidRPr="0081455A" w14:paraId="6A78501C" w14:textId="77777777" w:rsidTr="0081455A">
        <w:tc>
          <w:tcPr>
            <w:tcW w:w="1277" w:type="dxa"/>
            <w:tcBorders>
              <w:top w:val="single" w:sz="4" w:space="0" w:color="auto"/>
              <w:left w:val="single" w:sz="4" w:space="0" w:color="auto"/>
              <w:bottom w:val="single" w:sz="4" w:space="0" w:color="auto"/>
              <w:right w:val="single" w:sz="4" w:space="0" w:color="auto"/>
            </w:tcBorders>
          </w:tcPr>
          <w:p w14:paraId="2B053AFC" w14:textId="77777777" w:rsidR="0081455A" w:rsidRPr="0081455A" w:rsidRDefault="0081455A" w:rsidP="0081455A">
            <w:pPr>
              <w:spacing w:after="0" w:line="480" w:lineRule="auto"/>
              <w:rPr>
                <w:rFonts w:ascii="Times New Roman" w:hAnsi="Times New Roman" w:cs="Times New Roman"/>
                <w:sz w:val="24"/>
                <w:szCs w:val="24"/>
              </w:rPr>
            </w:pPr>
          </w:p>
        </w:tc>
        <w:tc>
          <w:tcPr>
            <w:tcW w:w="1376" w:type="dxa"/>
            <w:tcBorders>
              <w:top w:val="single" w:sz="4" w:space="0" w:color="auto"/>
              <w:left w:val="single" w:sz="4" w:space="0" w:color="auto"/>
              <w:bottom w:val="single" w:sz="4" w:space="0" w:color="auto"/>
              <w:right w:val="single" w:sz="4" w:space="0" w:color="auto"/>
            </w:tcBorders>
          </w:tcPr>
          <w:p w14:paraId="02B4A367" w14:textId="77777777" w:rsidR="0081455A" w:rsidRPr="0081455A" w:rsidRDefault="0081455A" w:rsidP="0081455A">
            <w:pPr>
              <w:spacing w:after="0" w:line="480" w:lineRule="auto"/>
              <w:rPr>
                <w:rFonts w:ascii="Times New Roman" w:hAnsi="Times New Roman" w:cs="Times New Roman"/>
                <w:sz w:val="24"/>
                <w:szCs w:val="24"/>
              </w:rPr>
            </w:pPr>
          </w:p>
        </w:tc>
        <w:tc>
          <w:tcPr>
            <w:tcW w:w="1173" w:type="dxa"/>
            <w:tcBorders>
              <w:top w:val="single" w:sz="4" w:space="0" w:color="auto"/>
              <w:left w:val="single" w:sz="4" w:space="0" w:color="auto"/>
              <w:bottom w:val="single" w:sz="4" w:space="0" w:color="auto"/>
              <w:right w:val="single" w:sz="4" w:space="0" w:color="auto"/>
            </w:tcBorders>
          </w:tcPr>
          <w:p w14:paraId="66ED4F54" w14:textId="77777777" w:rsidR="0081455A" w:rsidRPr="0081455A" w:rsidRDefault="0081455A" w:rsidP="0081455A">
            <w:pPr>
              <w:spacing w:after="0" w:line="480" w:lineRule="auto"/>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14:paraId="39092A1A" w14:textId="77777777" w:rsidR="0081455A" w:rsidRPr="0081455A" w:rsidRDefault="0081455A" w:rsidP="0081455A">
            <w:pPr>
              <w:spacing w:after="0" w:line="480" w:lineRule="auto"/>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14:paraId="2FA0F718" w14:textId="77777777" w:rsidR="0081455A" w:rsidRPr="0081455A" w:rsidRDefault="0081455A" w:rsidP="0081455A">
            <w:pPr>
              <w:spacing w:after="0" w:line="48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4D3430C7"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932229.896</w:t>
            </w:r>
          </w:p>
        </w:tc>
        <w:tc>
          <w:tcPr>
            <w:tcW w:w="1416" w:type="dxa"/>
            <w:tcBorders>
              <w:top w:val="single" w:sz="4" w:space="0" w:color="auto"/>
              <w:left w:val="single" w:sz="4" w:space="0" w:color="auto"/>
              <w:bottom w:val="single" w:sz="4" w:space="0" w:color="auto"/>
              <w:right w:val="single" w:sz="4" w:space="0" w:color="auto"/>
            </w:tcBorders>
            <w:vAlign w:val="center"/>
            <w:hideMark/>
          </w:tcPr>
          <w:p w14:paraId="6640330F"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675261.311</w:t>
            </w:r>
          </w:p>
        </w:tc>
        <w:tc>
          <w:tcPr>
            <w:tcW w:w="1275" w:type="dxa"/>
            <w:tcBorders>
              <w:top w:val="single" w:sz="4" w:space="0" w:color="auto"/>
              <w:left w:val="single" w:sz="4" w:space="0" w:color="auto"/>
              <w:bottom w:val="single" w:sz="4" w:space="0" w:color="auto"/>
              <w:right w:val="single" w:sz="4" w:space="0" w:color="auto"/>
            </w:tcBorders>
            <w:hideMark/>
          </w:tcPr>
          <w:p w14:paraId="47F3AE73"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TBM.01</w:t>
            </w:r>
          </w:p>
        </w:tc>
      </w:tr>
      <w:tr w:rsidR="0081455A" w:rsidRPr="0081455A" w14:paraId="238EFD5A" w14:textId="77777777" w:rsidTr="0081455A">
        <w:tc>
          <w:tcPr>
            <w:tcW w:w="1277" w:type="dxa"/>
            <w:tcBorders>
              <w:top w:val="single" w:sz="4" w:space="0" w:color="auto"/>
              <w:left w:val="single" w:sz="4" w:space="0" w:color="auto"/>
              <w:bottom w:val="single" w:sz="4" w:space="0" w:color="auto"/>
              <w:right w:val="single" w:sz="4" w:space="0" w:color="auto"/>
            </w:tcBorders>
            <w:hideMark/>
          </w:tcPr>
          <w:p w14:paraId="24A63650"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TBM.01</w:t>
            </w:r>
          </w:p>
        </w:tc>
        <w:tc>
          <w:tcPr>
            <w:tcW w:w="1376" w:type="dxa"/>
            <w:tcBorders>
              <w:top w:val="single" w:sz="4" w:space="0" w:color="auto"/>
              <w:left w:val="single" w:sz="4" w:space="0" w:color="auto"/>
              <w:bottom w:val="single" w:sz="4" w:space="0" w:color="auto"/>
              <w:right w:val="single" w:sz="4" w:space="0" w:color="auto"/>
            </w:tcBorders>
            <w:hideMark/>
          </w:tcPr>
          <w:p w14:paraId="177E635F"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349ᴼ59’59”</w:t>
            </w:r>
          </w:p>
        </w:tc>
        <w:tc>
          <w:tcPr>
            <w:tcW w:w="1173" w:type="dxa"/>
            <w:tcBorders>
              <w:top w:val="single" w:sz="4" w:space="0" w:color="auto"/>
              <w:left w:val="single" w:sz="4" w:space="0" w:color="auto"/>
              <w:bottom w:val="single" w:sz="4" w:space="0" w:color="auto"/>
              <w:right w:val="single" w:sz="4" w:space="0" w:color="auto"/>
            </w:tcBorders>
            <w:hideMark/>
          </w:tcPr>
          <w:p w14:paraId="66B6F1DA"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23.953</w:t>
            </w:r>
          </w:p>
        </w:tc>
        <w:tc>
          <w:tcPr>
            <w:tcW w:w="1133" w:type="dxa"/>
            <w:tcBorders>
              <w:top w:val="single" w:sz="4" w:space="0" w:color="auto"/>
              <w:left w:val="single" w:sz="4" w:space="0" w:color="auto"/>
              <w:bottom w:val="single" w:sz="4" w:space="0" w:color="auto"/>
              <w:right w:val="single" w:sz="4" w:space="0" w:color="auto"/>
            </w:tcBorders>
            <w:hideMark/>
          </w:tcPr>
          <w:p w14:paraId="136916D5"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-4.255</w:t>
            </w:r>
          </w:p>
        </w:tc>
        <w:tc>
          <w:tcPr>
            <w:tcW w:w="1133" w:type="dxa"/>
            <w:tcBorders>
              <w:top w:val="single" w:sz="4" w:space="0" w:color="auto"/>
              <w:left w:val="single" w:sz="4" w:space="0" w:color="auto"/>
              <w:bottom w:val="single" w:sz="4" w:space="0" w:color="auto"/>
              <w:right w:val="single" w:sz="4" w:space="0" w:color="auto"/>
            </w:tcBorders>
            <w:hideMark/>
          </w:tcPr>
          <w:p w14:paraId="419DACAA"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23.478</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8F5D3F1"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932225.637</w:t>
            </w:r>
          </w:p>
        </w:tc>
        <w:tc>
          <w:tcPr>
            <w:tcW w:w="1416" w:type="dxa"/>
            <w:tcBorders>
              <w:top w:val="single" w:sz="4" w:space="0" w:color="auto"/>
              <w:left w:val="single" w:sz="4" w:space="0" w:color="auto"/>
              <w:bottom w:val="single" w:sz="4" w:space="0" w:color="auto"/>
              <w:right w:val="single" w:sz="4" w:space="0" w:color="auto"/>
            </w:tcBorders>
            <w:vAlign w:val="bottom"/>
            <w:hideMark/>
          </w:tcPr>
          <w:p w14:paraId="69D0AAC0"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675284.873</w:t>
            </w:r>
          </w:p>
        </w:tc>
        <w:tc>
          <w:tcPr>
            <w:tcW w:w="1275" w:type="dxa"/>
            <w:tcBorders>
              <w:top w:val="single" w:sz="4" w:space="0" w:color="auto"/>
              <w:left w:val="single" w:sz="4" w:space="0" w:color="auto"/>
              <w:bottom w:val="single" w:sz="4" w:space="0" w:color="auto"/>
              <w:right w:val="single" w:sz="4" w:space="0" w:color="auto"/>
            </w:tcBorders>
            <w:hideMark/>
          </w:tcPr>
          <w:p w14:paraId="05337EAA"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TBM.02</w:t>
            </w:r>
          </w:p>
        </w:tc>
      </w:tr>
      <w:tr w:rsidR="0081455A" w:rsidRPr="0081455A" w14:paraId="12DEB59E" w14:textId="77777777" w:rsidTr="0081455A">
        <w:tc>
          <w:tcPr>
            <w:tcW w:w="1277" w:type="dxa"/>
            <w:tcBorders>
              <w:top w:val="single" w:sz="4" w:space="0" w:color="auto"/>
              <w:left w:val="single" w:sz="4" w:space="0" w:color="auto"/>
              <w:bottom w:val="single" w:sz="4" w:space="0" w:color="auto"/>
              <w:right w:val="single" w:sz="4" w:space="0" w:color="auto"/>
            </w:tcBorders>
            <w:hideMark/>
          </w:tcPr>
          <w:p w14:paraId="3F9A2503"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TBM.02</w:t>
            </w:r>
          </w:p>
        </w:tc>
        <w:tc>
          <w:tcPr>
            <w:tcW w:w="1376" w:type="dxa"/>
            <w:tcBorders>
              <w:top w:val="single" w:sz="4" w:space="0" w:color="auto"/>
              <w:left w:val="single" w:sz="4" w:space="0" w:color="auto"/>
              <w:bottom w:val="single" w:sz="4" w:space="0" w:color="auto"/>
              <w:right w:val="single" w:sz="4" w:space="0" w:color="auto"/>
            </w:tcBorders>
            <w:hideMark/>
          </w:tcPr>
          <w:p w14:paraId="178AAA3A"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234ᴼ59’56”</w:t>
            </w:r>
          </w:p>
        </w:tc>
        <w:tc>
          <w:tcPr>
            <w:tcW w:w="1173" w:type="dxa"/>
            <w:tcBorders>
              <w:top w:val="single" w:sz="4" w:space="0" w:color="auto"/>
              <w:left w:val="single" w:sz="4" w:space="0" w:color="auto"/>
              <w:bottom w:val="single" w:sz="4" w:space="0" w:color="auto"/>
              <w:right w:val="single" w:sz="4" w:space="0" w:color="auto"/>
            </w:tcBorders>
            <w:hideMark/>
          </w:tcPr>
          <w:p w14:paraId="3DB12725"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22.507</w:t>
            </w:r>
          </w:p>
        </w:tc>
        <w:tc>
          <w:tcPr>
            <w:tcW w:w="1133" w:type="dxa"/>
            <w:tcBorders>
              <w:top w:val="single" w:sz="4" w:space="0" w:color="auto"/>
              <w:left w:val="single" w:sz="4" w:space="0" w:color="auto"/>
              <w:bottom w:val="single" w:sz="4" w:space="0" w:color="auto"/>
              <w:right w:val="single" w:sz="4" w:space="0" w:color="auto"/>
            </w:tcBorders>
            <w:hideMark/>
          </w:tcPr>
          <w:p w14:paraId="5037997F"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-18.482</w:t>
            </w:r>
          </w:p>
        </w:tc>
        <w:tc>
          <w:tcPr>
            <w:tcW w:w="1133" w:type="dxa"/>
            <w:tcBorders>
              <w:top w:val="single" w:sz="4" w:space="0" w:color="auto"/>
              <w:left w:val="single" w:sz="4" w:space="0" w:color="auto"/>
              <w:bottom w:val="single" w:sz="4" w:space="0" w:color="auto"/>
              <w:right w:val="single" w:sz="4" w:space="0" w:color="auto"/>
            </w:tcBorders>
            <w:hideMark/>
          </w:tcPr>
          <w:p w14:paraId="00087BED"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-12.858</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086DDF4"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932207.164</w:t>
            </w:r>
          </w:p>
        </w:tc>
        <w:tc>
          <w:tcPr>
            <w:tcW w:w="1416" w:type="dxa"/>
            <w:tcBorders>
              <w:top w:val="single" w:sz="4" w:space="0" w:color="auto"/>
              <w:left w:val="single" w:sz="4" w:space="0" w:color="auto"/>
              <w:bottom w:val="single" w:sz="4" w:space="0" w:color="auto"/>
              <w:right w:val="single" w:sz="4" w:space="0" w:color="auto"/>
            </w:tcBorders>
            <w:vAlign w:val="bottom"/>
            <w:hideMark/>
          </w:tcPr>
          <w:p w14:paraId="30FDD5F3" w14:textId="77777777" w:rsidR="0081455A" w:rsidRPr="0081455A" w:rsidRDefault="0081455A" w:rsidP="0081455A">
            <w:pPr>
              <w:tabs>
                <w:tab w:val="left" w:pos="0"/>
                <w:tab w:val="left" w:pos="540"/>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675271.996</w:t>
            </w:r>
          </w:p>
        </w:tc>
        <w:tc>
          <w:tcPr>
            <w:tcW w:w="1275" w:type="dxa"/>
            <w:tcBorders>
              <w:top w:val="single" w:sz="4" w:space="0" w:color="auto"/>
              <w:left w:val="single" w:sz="4" w:space="0" w:color="auto"/>
              <w:bottom w:val="single" w:sz="4" w:space="0" w:color="auto"/>
              <w:right w:val="single" w:sz="4" w:space="0" w:color="auto"/>
            </w:tcBorders>
            <w:hideMark/>
          </w:tcPr>
          <w:p w14:paraId="15059981"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TBM.03</w:t>
            </w:r>
          </w:p>
        </w:tc>
      </w:tr>
    </w:tbl>
    <w:p w14:paraId="04EA3A61" w14:textId="77777777" w:rsidR="0081455A" w:rsidRDefault="0081455A" w:rsidP="0081455A">
      <w:pPr>
        <w:spacing w:after="0" w:line="480" w:lineRule="auto"/>
        <w:rPr>
          <w:rFonts w:ascii="Times New Roman" w:hAnsi="Times New Roman" w:cs="Times New Roman"/>
          <w:sz w:val="24"/>
          <w:szCs w:val="24"/>
        </w:rPr>
      </w:pPr>
    </w:p>
    <w:p w14:paraId="1782FBA0" w14:textId="77777777" w:rsidR="0081455A" w:rsidRPr="0081455A" w:rsidRDefault="0081455A" w:rsidP="0081455A">
      <w:pPr>
        <w:spacing w:after="0" w:line="480" w:lineRule="auto"/>
        <w:rPr>
          <w:rFonts w:ascii="Times New Roman" w:hAnsi="Times New Roman" w:cs="Times New Roman"/>
          <w:sz w:val="24"/>
          <w:szCs w:val="24"/>
        </w:rPr>
      </w:pPr>
    </w:p>
    <w:p w14:paraId="599DD6D8" w14:textId="77777777" w:rsidR="0081455A" w:rsidRDefault="0081455A" w:rsidP="0081455A">
      <w:pPr>
        <w:spacing w:after="0" w:line="480" w:lineRule="auto"/>
        <w:rPr>
          <w:rFonts w:ascii="Times New Roman" w:hAnsi="Times New Roman" w:cs="Times New Roman"/>
          <w:sz w:val="24"/>
          <w:szCs w:val="24"/>
        </w:rPr>
      </w:pPr>
    </w:p>
    <w:p w14:paraId="17481328" w14:textId="77777777" w:rsidR="0081455A" w:rsidRDefault="0081455A" w:rsidP="0081455A">
      <w:pPr>
        <w:spacing w:after="0" w:line="480" w:lineRule="auto"/>
        <w:rPr>
          <w:rFonts w:ascii="Times New Roman" w:hAnsi="Times New Roman" w:cs="Times New Roman"/>
          <w:sz w:val="24"/>
          <w:szCs w:val="24"/>
        </w:rPr>
      </w:pPr>
    </w:p>
    <w:p w14:paraId="08C56366" w14:textId="16FBEC1D" w:rsid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The result was used to obtain the inclusive angle between TBM.01, TBM.02, and TBM.03 by finding the difference between the bearings of two lines.</w:t>
      </w:r>
    </w:p>
    <w:p w14:paraId="0EBCC800"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TBM.02</w:t>
      </w:r>
      <w:r w:rsidRPr="0081455A">
        <w:rPr>
          <w:rFonts w:ascii="Times New Roman" w:hAnsi="Times New Roman" w:cs="Times New Roman"/>
          <w:sz w:val="24"/>
          <w:szCs w:val="24"/>
        </w:rPr>
        <w:tab/>
      </w:r>
      <w:r w:rsidRPr="0081455A">
        <w:rPr>
          <w:rFonts w:ascii="Times New Roman" w:hAnsi="Times New Roman" w:cs="Times New Roman"/>
          <w:sz w:val="24"/>
          <w:szCs w:val="24"/>
        </w:rPr>
        <w:sym w:font="Wingdings 3" w:char="F09E"/>
      </w:r>
      <w:r w:rsidRPr="0081455A">
        <w:rPr>
          <w:rFonts w:ascii="Times New Roman" w:hAnsi="Times New Roman" w:cs="Times New Roman"/>
          <w:sz w:val="24"/>
          <w:szCs w:val="24"/>
        </w:rPr>
        <w:tab/>
        <w:t>TBM.01</w:t>
      </w:r>
      <w:r w:rsidRPr="0081455A">
        <w:rPr>
          <w:rFonts w:ascii="Times New Roman" w:hAnsi="Times New Roman" w:cs="Times New Roman"/>
          <w:sz w:val="24"/>
          <w:szCs w:val="24"/>
        </w:rPr>
        <w:tab/>
        <w:t>=&gt;</w:t>
      </w:r>
      <w:r w:rsidRPr="0081455A">
        <w:rPr>
          <w:rFonts w:ascii="Times New Roman" w:hAnsi="Times New Roman" w:cs="Times New Roman"/>
          <w:sz w:val="24"/>
          <w:szCs w:val="24"/>
        </w:rPr>
        <w:tab/>
        <w:t>169ᴼ59’59”</w:t>
      </w:r>
    </w:p>
    <w:p w14:paraId="7B515747"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TBM.02</w:t>
      </w:r>
      <w:r w:rsidRPr="0081455A">
        <w:rPr>
          <w:rFonts w:ascii="Times New Roman" w:hAnsi="Times New Roman" w:cs="Times New Roman"/>
          <w:sz w:val="24"/>
          <w:szCs w:val="24"/>
        </w:rPr>
        <w:tab/>
      </w:r>
      <w:r w:rsidRPr="0081455A">
        <w:rPr>
          <w:rFonts w:ascii="Times New Roman" w:hAnsi="Times New Roman" w:cs="Times New Roman"/>
          <w:sz w:val="24"/>
          <w:szCs w:val="24"/>
        </w:rPr>
        <w:sym w:font="Wingdings 3" w:char="F09E"/>
      </w:r>
      <w:r w:rsidRPr="0081455A">
        <w:rPr>
          <w:rFonts w:ascii="Times New Roman" w:hAnsi="Times New Roman" w:cs="Times New Roman"/>
          <w:sz w:val="24"/>
          <w:szCs w:val="24"/>
        </w:rPr>
        <w:tab/>
        <w:t>TBM.03</w:t>
      </w:r>
      <w:r w:rsidRPr="0081455A">
        <w:rPr>
          <w:rFonts w:ascii="Times New Roman" w:hAnsi="Times New Roman" w:cs="Times New Roman"/>
          <w:sz w:val="24"/>
          <w:szCs w:val="24"/>
        </w:rPr>
        <w:tab/>
        <w:t>=&gt;</w:t>
      </w:r>
      <w:r w:rsidRPr="0081455A">
        <w:rPr>
          <w:rFonts w:ascii="Times New Roman" w:hAnsi="Times New Roman" w:cs="Times New Roman"/>
          <w:sz w:val="24"/>
          <w:szCs w:val="24"/>
        </w:rPr>
        <w:tab/>
        <w:t>234ᴼ59’56”</w:t>
      </w:r>
    </w:p>
    <w:p w14:paraId="7A8E303B"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Therefore</w:t>
      </w:r>
      <w:r w:rsidRPr="0081455A">
        <w:rPr>
          <w:rFonts w:ascii="Times New Roman" w:hAnsi="Times New Roman" w:cs="Times New Roman"/>
          <w:sz w:val="24"/>
          <w:szCs w:val="24"/>
        </w:rPr>
        <w:tab/>
        <w:t>(234ᴼ59’56”-169ᴼ59’59”)</w:t>
      </w:r>
    </w:p>
    <w:p w14:paraId="3BDD47F0" w14:textId="77777777" w:rsidR="0081455A" w:rsidRPr="0081455A" w:rsidRDefault="0081455A" w:rsidP="0081455A">
      <w:pPr>
        <w:spacing w:after="0" w:line="480" w:lineRule="auto"/>
        <w:rPr>
          <w:rFonts w:ascii="Times New Roman" w:hAnsi="Times New Roman" w:cs="Times New Roman"/>
          <w:b/>
          <w:sz w:val="24"/>
          <w:szCs w:val="24"/>
          <w:u w:val="single"/>
        </w:rPr>
      </w:pPr>
      <w:r w:rsidRPr="0081455A">
        <w:rPr>
          <w:rFonts w:ascii="Times New Roman" w:hAnsi="Times New Roman" w:cs="Times New Roman"/>
          <w:sz w:val="24"/>
          <w:szCs w:val="24"/>
        </w:rPr>
        <w:t xml:space="preserve">Check angle </w:t>
      </w:r>
      <w:r w:rsidRPr="0081455A">
        <w:rPr>
          <w:rFonts w:ascii="Times New Roman" w:hAnsi="Times New Roman" w:cs="Times New Roman"/>
          <w:sz w:val="24"/>
          <w:szCs w:val="24"/>
        </w:rPr>
        <w:tab/>
      </w:r>
      <w:r w:rsidRPr="0081455A">
        <w:rPr>
          <w:rFonts w:ascii="Times New Roman" w:hAnsi="Times New Roman" w:cs="Times New Roman"/>
          <w:sz w:val="24"/>
          <w:szCs w:val="24"/>
        </w:rPr>
        <w:sym w:font="Wingdings" w:char="F0F0"/>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b/>
          <w:sz w:val="24"/>
          <w:szCs w:val="24"/>
          <w:u w:val="single"/>
        </w:rPr>
        <w:t>64</w:t>
      </w:r>
      <w:r w:rsidRPr="0081455A">
        <w:rPr>
          <w:rFonts w:ascii="Times New Roman" w:hAnsi="Times New Roman" w:cs="Times New Roman"/>
          <w:b/>
          <w:sz w:val="24"/>
          <w:szCs w:val="24"/>
          <w:u w:val="single"/>
          <w:vertAlign w:val="superscript"/>
        </w:rPr>
        <w:t>0</w:t>
      </w:r>
      <w:r w:rsidRPr="0081455A">
        <w:rPr>
          <w:rFonts w:ascii="Times New Roman" w:hAnsi="Times New Roman" w:cs="Times New Roman"/>
          <w:b/>
          <w:sz w:val="24"/>
          <w:szCs w:val="24"/>
          <w:u w:val="single"/>
        </w:rPr>
        <w:t xml:space="preserve"> 59’ 57’’</w:t>
      </w:r>
    </w:p>
    <w:p w14:paraId="331D8972" w14:textId="14DE696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noProof/>
          <w:sz w:val="24"/>
          <w:szCs w:val="24"/>
        </w:rPr>
        <mc:AlternateContent>
          <mc:Choice Requires="wpg">
            <w:drawing>
              <wp:anchor distT="0" distB="0" distL="114300" distR="114300" simplePos="0" relativeHeight="251693056" behindDoc="0" locked="0" layoutInCell="1" allowOverlap="1" wp14:anchorId="31820B53" wp14:editId="0C257AA3">
                <wp:simplePos x="0" y="0"/>
                <wp:positionH relativeFrom="column">
                  <wp:posOffset>1540510</wp:posOffset>
                </wp:positionH>
                <wp:positionV relativeFrom="paragraph">
                  <wp:posOffset>26670</wp:posOffset>
                </wp:positionV>
                <wp:extent cx="3115945" cy="1757680"/>
                <wp:effectExtent l="6985" t="0" r="127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5945" cy="1757680"/>
                          <a:chOff x="5734" y="10781"/>
                          <a:chExt cx="4907" cy="2768"/>
                        </a:xfrm>
                      </wpg:grpSpPr>
                      <wpg:grpSp>
                        <wpg:cNvPr id="38" name="Group 64"/>
                        <wpg:cNvGrpSpPr>
                          <a:grpSpLocks/>
                        </wpg:cNvGrpSpPr>
                        <wpg:grpSpPr bwMode="auto">
                          <a:xfrm>
                            <a:off x="6730" y="10781"/>
                            <a:ext cx="3911" cy="2768"/>
                            <a:chOff x="6730" y="10781"/>
                            <a:chExt cx="3911" cy="2768"/>
                          </a:xfrm>
                        </wpg:grpSpPr>
                        <wps:wsp>
                          <wps:cNvPr id="39" name="Rectangle 99"/>
                          <wps:cNvSpPr>
                            <a:spLocks noChangeArrowheads="1"/>
                          </wps:cNvSpPr>
                          <wps:spPr bwMode="auto">
                            <a:xfrm>
                              <a:off x="7287" y="12922"/>
                              <a:ext cx="150"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 name="Group 66"/>
                          <wpg:cNvGrpSpPr>
                            <a:grpSpLocks/>
                          </wpg:cNvGrpSpPr>
                          <wpg:grpSpPr bwMode="auto">
                            <a:xfrm>
                              <a:off x="6730" y="10781"/>
                              <a:ext cx="3911" cy="2768"/>
                              <a:chOff x="4958" y="10851"/>
                              <a:chExt cx="3911" cy="2768"/>
                            </a:xfrm>
                          </wpg:grpSpPr>
                          <wps:wsp>
                            <wps:cNvPr id="41" name="Straight Arrow Connector 98"/>
                            <wps:cNvCnPr>
                              <a:cxnSpLocks noChangeShapeType="1"/>
                            </wps:cNvCnPr>
                            <wps:spPr bwMode="auto">
                              <a:xfrm>
                                <a:off x="6039" y="12799"/>
                                <a:ext cx="0" cy="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2" name="Group 68"/>
                            <wpg:cNvGrpSpPr>
                              <a:grpSpLocks/>
                            </wpg:cNvGrpSpPr>
                            <wpg:grpSpPr bwMode="auto">
                              <a:xfrm>
                                <a:off x="4958" y="10851"/>
                                <a:ext cx="3911" cy="2768"/>
                                <a:chOff x="4958" y="10851"/>
                                <a:chExt cx="3911" cy="2768"/>
                              </a:xfrm>
                            </wpg:grpSpPr>
                            <wps:wsp>
                              <wps:cNvPr id="43" name="Text Box 100"/>
                              <wps:cNvSpPr txBox="1">
                                <a:spLocks noChangeArrowheads="1"/>
                              </wps:cNvSpPr>
                              <wps:spPr bwMode="auto">
                                <a:xfrm>
                                  <a:off x="4958" y="13161"/>
                                  <a:ext cx="1272"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38B35" w14:textId="77777777" w:rsidR="0081455A" w:rsidRDefault="0081455A" w:rsidP="0081455A"/>
                                </w:txbxContent>
                              </wps:txbx>
                              <wps:bodyPr rot="0" vert="horz" wrap="square" lIns="91440" tIns="45720" rIns="91440" bIns="45720" anchor="t" anchorCtr="0" upright="1">
                                <a:noAutofit/>
                              </wps:bodyPr>
                            </wps:wsp>
                            <wps:wsp>
                              <wps:cNvPr id="44" name="Straight Arrow Connector 95"/>
                              <wps:cNvCnPr>
                                <a:cxnSpLocks noChangeShapeType="1"/>
                              </wps:cNvCnPr>
                              <wps:spPr bwMode="auto">
                                <a:xfrm rot="5400000">
                                  <a:off x="4762" y="12291"/>
                                  <a:ext cx="16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93"/>
                              <wps:cNvSpPr txBox="1">
                                <a:spLocks noChangeArrowheads="1"/>
                              </wps:cNvSpPr>
                              <wps:spPr bwMode="auto">
                                <a:xfrm>
                                  <a:off x="4998" y="10851"/>
                                  <a:ext cx="1272"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BBC5A" w14:textId="77777777" w:rsidR="0081455A" w:rsidRDefault="0081455A" w:rsidP="0081455A"/>
                                </w:txbxContent>
                              </wps:txbx>
                              <wps:bodyPr rot="0" vert="horz" wrap="square" lIns="91440" tIns="45720" rIns="91440" bIns="45720" anchor="t" anchorCtr="0" upright="1">
                                <a:noAutofit/>
                              </wps:bodyPr>
                            </wps:wsp>
                            <wps:wsp>
                              <wps:cNvPr id="46" name="Text Box 92"/>
                              <wps:cNvSpPr txBox="1">
                                <a:spLocks noChangeArrowheads="1"/>
                              </wps:cNvSpPr>
                              <wps:spPr bwMode="auto">
                                <a:xfrm>
                                  <a:off x="7597" y="12033"/>
                                  <a:ext cx="1272"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04736" w14:textId="77777777" w:rsidR="0081455A" w:rsidRDefault="0081455A" w:rsidP="0081455A"/>
                                </w:txbxContent>
                              </wps:txbx>
                              <wps:bodyPr rot="0" vert="horz" wrap="square" lIns="91440" tIns="45720" rIns="91440" bIns="45720" anchor="t" anchorCtr="0" upright="1">
                                <a:noAutofit/>
                              </wps:bodyPr>
                            </wps:wsp>
                            <wps:wsp>
                              <wps:cNvPr id="47" name="Rectangle 91"/>
                              <wps:cNvSpPr>
                                <a:spLocks noChangeArrowheads="1"/>
                              </wps:cNvSpPr>
                              <wps:spPr bwMode="auto">
                                <a:xfrm>
                                  <a:off x="7385" y="12153"/>
                                  <a:ext cx="150" cy="1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Rectangle 90"/>
                              <wps:cNvSpPr>
                                <a:spLocks noChangeArrowheads="1"/>
                              </wps:cNvSpPr>
                              <wps:spPr bwMode="auto">
                                <a:xfrm>
                                  <a:off x="5497" y="11318"/>
                                  <a:ext cx="150"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AutoShape 75"/>
                              <wps:cNvCnPr>
                                <a:cxnSpLocks noChangeShapeType="1"/>
                              </wps:cNvCnPr>
                              <wps:spPr bwMode="auto">
                                <a:xfrm flipV="1">
                                  <a:off x="5610" y="12270"/>
                                  <a:ext cx="1815" cy="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 name="Arc 76"/>
                            <wps:cNvSpPr>
                              <a:spLocks/>
                            </wps:cNvSpPr>
                            <wps:spPr bwMode="auto">
                              <a:xfrm>
                                <a:off x="5580" y="12524"/>
                                <a:ext cx="433" cy="32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1" name="Text Box 77"/>
                        <wps:cNvSpPr txBox="1">
                          <a:spLocks noChangeArrowheads="1"/>
                        </wps:cNvSpPr>
                        <wps:spPr bwMode="auto">
                          <a:xfrm>
                            <a:off x="5734" y="12217"/>
                            <a:ext cx="1562" cy="474"/>
                          </a:xfrm>
                          <a:prstGeom prst="rect">
                            <a:avLst/>
                          </a:prstGeom>
                          <a:solidFill>
                            <a:srgbClr val="FFFFFF"/>
                          </a:solidFill>
                          <a:ln w="9525">
                            <a:solidFill>
                              <a:schemeClr val="bg1">
                                <a:lumMod val="100000"/>
                                <a:lumOff val="0"/>
                              </a:schemeClr>
                            </a:solidFill>
                            <a:miter lim="800000"/>
                            <a:headEnd/>
                            <a:tailEnd/>
                          </a:ln>
                        </wps:spPr>
                        <wps:txbx>
                          <w:txbxContent>
                            <w:p w14:paraId="3842959F" w14:textId="77777777" w:rsidR="0081455A" w:rsidRDefault="0081455A" w:rsidP="0081455A">
                              <w:r w:rsidRPr="00BD24CE">
                                <w:rPr>
                                  <w:rFonts w:ascii="Times New Roman" w:hAnsi="Times New Roman" w:cs="Times New Roman"/>
                                  <w:sz w:val="24"/>
                                  <w:szCs w:val="24"/>
                                </w:rPr>
                                <w:t>64</w:t>
                              </w:r>
                              <w:r w:rsidRPr="00BD24CE">
                                <w:rPr>
                                  <w:rFonts w:ascii="Times New Roman" w:hAnsi="Times New Roman" w:cs="Times New Roman"/>
                                  <w:sz w:val="24"/>
                                  <w:szCs w:val="24"/>
                                  <w:vertAlign w:val="superscript"/>
                                </w:rPr>
                                <w:t>0</w:t>
                              </w:r>
                              <w:r w:rsidRPr="00BD24CE">
                                <w:rPr>
                                  <w:rFonts w:ascii="Times New Roman" w:hAnsi="Times New Roman" w:cs="Times New Roman"/>
                                  <w:sz w:val="24"/>
                                  <w:szCs w:val="24"/>
                                </w:rPr>
                                <w:t xml:space="preserve"> 59’ 57</w:t>
                              </w:r>
                              <w:r>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20B53" id="Group 37" o:spid="_x0000_s1073" style="position:absolute;margin-left:121.3pt;margin-top:2.1pt;width:245.35pt;height:138.4pt;z-index:251693056" coordorigin="5734,10781" coordsize="4907,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">
                <v:group id="Group 64" o:spid="_x0000_s1074" style="position:absolute;left:6730;top:10781;width:3911;height:2768" coordorigin="6730,10781" coordsize="3911,2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99" o:spid="_x0000_s1075" style="position:absolute;left:7287;top:12922;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group id="Group 66" o:spid="_x0000_s1076" style="position:absolute;left:6730;top:10781;width:3911;height:2768" coordorigin="4958,10851" coordsize="3911,2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Straight Arrow Connector 98" o:spid="_x0000_s1077" type="#_x0000_t32" style="position:absolute;left:6039;top:12799;width:0;height: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group id="Group 68" o:spid="_x0000_s1078" style="position:absolute;left:4958;top:10851;width:3911;height:2768" coordorigin="4958,10851" coordsize="3911,2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Text Box 100" o:spid="_x0000_s1079" type="#_x0000_t202" style="position:absolute;left:4958;top:13161;width:1272;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14:paraId="5E638B35" w14:textId="77777777" w:rsidR="0081455A" w:rsidRDefault="0081455A" w:rsidP="0081455A"/>
                          </w:txbxContent>
                        </v:textbox>
                      </v:shape>
                      <v:shape id="Straight Arrow Connector 95" o:spid="_x0000_s1080" type="#_x0000_t32" style="position:absolute;left:4762;top:12291;width:1636;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oTi8QAAADbAAAADwAAAGRycy9kb3ducmV2LnhtbESP0WqDQBRE3wv5h+UG+lbXNFaCyUZC&#10;QAjtQ0niB1zcGzVx74q7Vfv33UKhj8PMnGF2+Ww6MdLgWssKVlEMgriyuuVaQXktXjYgnEfW2Fkm&#10;Bd/kIN8vnnaYaTvxmcaLr0WAsMtQQeN9n0npqoYMusj2xMG72cGgD3KopR5wCnDTydc4TqXBlsNC&#10;gz0dG6oely+j4GOT+Pp+vtl1OX6+yT5+L8opVep5OR+2IDzN/j/81z5pBUkCv1/CD5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uhOLxAAAANsAAAAPAAAAAAAAAAAA&#10;AAAAAKECAABkcnMvZG93bnJldi54bWxQSwUGAAAAAAQABAD5AAAAkgMAAAAA&#10;"/>
                      <v:shape id="Text Box 93" o:spid="_x0000_s1081" type="#_x0000_t202" style="position:absolute;left:4998;top:10851;width:1272;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57EBBC5A" w14:textId="77777777" w:rsidR="0081455A" w:rsidRDefault="0081455A" w:rsidP="0081455A"/>
                          </w:txbxContent>
                        </v:textbox>
                      </v:shape>
                      <v:shape id="Text Box 92" o:spid="_x0000_s1082" type="#_x0000_t202" style="position:absolute;left:7597;top:12033;width:1272;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14:paraId="36304736" w14:textId="77777777" w:rsidR="0081455A" w:rsidRDefault="0081455A" w:rsidP="0081455A"/>
                          </w:txbxContent>
                        </v:textbox>
                      </v:shape>
                      <v:rect id="Rectangle 91" o:spid="_x0000_s1083" style="position:absolute;left:7385;top:12153;width:15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rect id="Rectangle 90" o:spid="_x0000_s1084" style="position:absolute;left:5497;top:11318;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shape id="AutoShape 75" o:spid="_x0000_s1085" type="#_x0000_t32" style="position:absolute;left:5610;top:12270;width:1815;height:7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1sQAAADbAAAADwAAAGRycy9kb3ducmV2LnhtbESPQWsCMRSE74X+h/AEL0WzK0V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LzWxAAAANsAAAAPAAAAAAAAAAAA&#10;AAAAAKECAABkcnMvZG93bnJldi54bWxQSwUGAAAAAAQABAD5AAAAkgMAAAAA&#10;"/>
                    </v:group>
                    <v:shape id="Arc 76" o:spid="_x0000_s1086" style="position:absolute;left:5580;top:12524;width:433;height:32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geZ8EA&#10;AADbAAAADwAAAGRycy9kb3ducmV2LnhtbERPy4rCMBTdC/5DuII7TR1QpGMUcRCKT3RkmOW1ubbV&#10;5qY0UTt/P1kILg/nPZk1phQPql1hWcGgH4EgTq0uOFNw+l72xiCcR9ZYWiYFf+RgNm23Jhhr++QD&#10;PY4+EyGEXYwKcu+rWEqX5mTQ9W1FHLiLrQ36AOtM6hqfIdyU8iOKRtJgwaEhx4oWOaW3490ocPvN&#10;aceXZLhdJ7vV8vxz/d3wl1LdTjP/BOGp8W/xy51oBcOwPnwJP0B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oHmfBAAAA2wAAAA8AAAAAAAAAAAAAAAAAmAIAAGRycy9kb3du&#10;cmV2LnhtbFBLBQYAAAAABAAEAPUAAACGAwAAAAA=&#10;" path="m,nfc11929,,21600,9670,21600,21600em,nsc11929,,21600,9670,21600,21600l,21600,,xe" filled="f">
                      <v:path arrowok="t" o:extrusionok="f" o:connecttype="custom" o:connectlocs="0,0;433,323;0,323" o:connectangles="0,0,0"/>
                    </v:shape>
                  </v:group>
                </v:group>
                <v:shape id="Text Box 77" o:spid="_x0000_s1087" type="#_x0000_t202" style="position:absolute;left:5734;top:12217;width:156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wzMQA&#10;AADbAAAADwAAAGRycy9kb3ducmV2LnhtbESPQWvCQBSE7wX/w/KE3pqNpYpGV5GK0osUo6jHZ/aZ&#10;BLNvQ3ar0V/fLRQ8DjPzDTOZtaYSV2pcaVlBL4pBEGdWl5wr2G2Xb0MQziNrrCyTgjs5mE07LxNM&#10;tL3xhq6pz0WAsEtQQeF9nUjpsoIMusjWxME728agD7LJpW7wFuCmku9xPJAGSw4LBdb0WVB2SX+M&#10;ApfFg/33R7o/nOSKHiOtF8fVWqnXbjsfg/DU+mf4v/2lFfR78Pcl/A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rsMzEAAAA2wAAAA8AAAAAAAAAAAAAAAAAmAIAAGRycy9k&#10;b3ducmV2LnhtbFBLBQYAAAAABAAEAPUAAACJAwAAAAA=&#10;" strokecolor="white [3212]">
                  <v:textbox>
                    <w:txbxContent>
                      <w:p w14:paraId="3842959F" w14:textId="77777777" w:rsidR="0081455A" w:rsidRDefault="0081455A" w:rsidP="0081455A">
                        <w:r w:rsidRPr="00BD24CE">
                          <w:rPr>
                            <w:rFonts w:ascii="Times New Roman" w:hAnsi="Times New Roman" w:cs="Times New Roman"/>
                            <w:sz w:val="24"/>
                            <w:szCs w:val="24"/>
                          </w:rPr>
                          <w:t>64</w:t>
                        </w:r>
                        <w:r w:rsidRPr="00BD24CE">
                          <w:rPr>
                            <w:rFonts w:ascii="Times New Roman" w:hAnsi="Times New Roman" w:cs="Times New Roman"/>
                            <w:sz w:val="24"/>
                            <w:szCs w:val="24"/>
                            <w:vertAlign w:val="superscript"/>
                          </w:rPr>
                          <w:t>0</w:t>
                        </w:r>
                        <w:r w:rsidRPr="00BD24CE">
                          <w:rPr>
                            <w:rFonts w:ascii="Times New Roman" w:hAnsi="Times New Roman" w:cs="Times New Roman"/>
                            <w:sz w:val="24"/>
                            <w:szCs w:val="24"/>
                          </w:rPr>
                          <w:t xml:space="preserve"> 59’ 57</w:t>
                        </w:r>
                        <w:r>
                          <w:rPr>
                            <w:rFonts w:ascii="Times New Roman" w:hAnsi="Times New Roman" w:cs="Times New Roman"/>
                            <w:sz w:val="24"/>
                            <w:szCs w:val="24"/>
                          </w:rPr>
                          <w:t xml:space="preserve">’’   </w:t>
                        </w:r>
                      </w:p>
                    </w:txbxContent>
                  </v:textbox>
                </v:shape>
              </v:group>
            </w:pict>
          </mc:Fallback>
        </mc:AlternateContent>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p>
    <w:p w14:paraId="0F2EAA4A" w14:textId="77777777" w:rsidR="0081455A" w:rsidRPr="0081455A" w:rsidRDefault="0081455A" w:rsidP="0081455A">
      <w:pPr>
        <w:tabs>
          <w:tab w:val="left" w:pos="4769"/>
        </w:tabs>
        <w:spacing w:after="0" w:line="480" w:lineRule="auto"/>
        <w:rPr>
          <w:rFonts w:ascii="Times New Roman" w:hAnsi="Times New Roman" w:cs="Times New Roman"/>
          <w:sz w:val="24"/>
          <w:szCs w:val="24"/>
        </w:rPr>
      </w:pPr>
      <w:r w:rsidRPr="0081455A">
        <w:rPr>
          <w:rFonts w:ascii="Times New Roman" w:hAnsi="Times New Roman" w:cs="Times New Roman"/>
          <w:sz w:val="24"/>
          <w:szCs w:val="24"/>
        </w:rPr>
        <w:tab/>
      </w:r>
    </w:p>
    <w:p w14:paraId="0C47A47D" w14:textId="77777777" w:rsidR="0081455A" w:rsidRPr="0081455A" w:rsidRDefault="0081455A" w:rsidP="0081455A">
      <w:pPr>
        <w:tabs>
          <w:tab w:val="left" w:pos="4769"/>
        </w:tabs>
        <w:spacing w:after="0" w:line="480" w:lineRule="auto"/>
        <w:rPr>
          <w:rFonts w:ascii="Times New Roman" w:hAnsi="Times New Roman" w:cs="Times New Roman"/>
          <w:sz w:val="24"/>
          <w:szCs w:val="24"/>
        </w:rPr>
      </w:pPr>
    </w:p>
    <w:p w14:paraId="337E0D74" w14:textId="77777777" w:rsidR="0081455A" w:rsidRPr="0081455A" w:rsidRDefault="0081455A" w:rsidP="0081455A">
      <w:pPr>
        <w:tabs>
          <w:tab w:val="left" w:pos="4769"/>
        </w:tabs>
        <w:spacing w:after="0" w:line="480" w:lineRule="auto"/>
        <w:rPr>
          <w:rFonts w:ascii="Times New Roman" w:hAnsi="Times New Roman" w:cs="Times New Roman"/>
          <w:sz w:val="24"/>
          <w:szCs w:val="24"/>
        </w:rPr>
      </w:pPr>
    </w:p>
    <w:p w14:paraId="05D6DDE8" w14:textId="77777777" w:rsidR="0081455A" w:rsidRPr="0081455A" w:rsidRDefault="0081455A" w:rsidP="0081455A">
      <w:pPr>
        <w:tabs>
          <w:tab w:val="left" w:pos="4769"/>
        </w:tabs>
        <w:spacing w:after="0" w:line="480" w:lineRule="auto"/>
        <w:rPr>
          <w:rFonts w:ascii="Times New Roman" w:hAnsi="Times New Roman" w:cs="Times New Roman"/>
          <w:sz w:val="24"/>
          <w:szCs w:val="24"/>
        </w:rPr>
      </w:pPr>
    </w:p>
    <w:p w14:paraId="1F0BBAB1" w14:textId="77777777" w:rsidR="0081455A" w:rsidRPr="0081455A" w:rsidRDefault="0081455A" w:rsidP="0081455A">
      <w:pPr>
        <w:spacing w:after="0" w:line="480" w:lineRule="auto"/>
        <w:rPr>
          <w:rFonts w:ascii="Times New Roman" w:hAnsi="Times New Roman" w:cs="Times New Roman"/>
          <w:i/>
          <w:noProof/>
          <w:sz w:val="24"/>
          <w:szCs w:val="24"/>
          <w:lang w:eastAsia="en-GB"/>
        </w:rPr>
      </w:pPr>
      <w:r w:rsidRPr="0081455A">
        <w:rPr>
          <w:rFonts w:ascii="Times New Roman" w:hAnsi="Times New Roman" w:cs="Times New Roman"/>
          <w:i/>
          <w:sz w:val="24"/>
          <w:szCs w:val="24"/>
        </w:rPr>
        <w:t xml:space="preserve">Fig.2.5 </w:t>
      </w:r>
      <w:r w:rsidRPr="0081455A">
        <w:rPr>
          <w:rFonts w:ascii="Times New Roman" w:hAnsi="Times New Roman" w:cs="Times New Roman"/>
          <w:i/>
          <w:noProof/>
          <w:sz w:val="24"/>
          <w:szCs w:val="24"/>
          <w:lang w:eastAsia="en-GB"/>
        </w:rPr>
        <w:t>Show sketch of the check angle from three Given data</w:t>
      </w:r>
    </w:p>
    <w:p w14:paraId="2005CEA0"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Table 2.6: Show result of the computed control check angle (from observed coordinate).</w:t>
      </w:r>
    </w:p>
    <w:tbl>
      <w:tblPr>
        <w:tblW w:w="102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376"/>
        <w:gridCol w:w="1173"/>
        <w:gridCol w:w="1133"/>
        <w:gridCol w:w="1043"/>
        <w:gridCol w:w="1507"/>
        <w:gridCol w:w="1416"/>
        <w:gridCol w:w="1275"/>
      </w:tblGrid>
      <w:tr w:rsidR="0081455A" w:rsidRPr="0081455A" w14:paraId="74F62E3E" w14:textId="77777777" w:rsidTr="0081455A">
        <w:tc>
          <w:tcPr>
            <w:tcW w:w="1277" w:type="dxa"/>
            <w:tcBorders>
              <w:top w:val="single" w:sz="4" w:space="0" w:color="auto"/>
              <w:left w:val="single" w:sz="4" w:space="0" w:color="auto"/>
              <w:bottom w:val="single" w:sz="4" w:space="0" w:color="auto"/>
              <w:right w:val="single" w:sz="4" w:space="0" w:color="auto"/>
            </w:tcBorders>
          </w:tcPr>
          <w:p w14:paraId="19D49E0E"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STATION FROM</w:t>
            </w:r>
          </w:p>
          <w:p w14:paraId="0CC02EF8" w14:textId="77777777" w:rsidR="0081455A" w:rsidRPr="0081455A" w:rsidRDefault="0081455A" w:rsidP="0081455A">
            <w:pPr>
              <w:pStyle w:val="NoSpacing"/>
              <w:spacing w:line="480" w:lineRule="auto"/>
              <w:rPr>
                <w:rFonts w:ascii="Times New Roman" w:hAnsi="Times New Roman" w:cs="Times New Roman"/>
                <w:b/>
                <w:sz w:val="24"/>
                <w:szCs w:val="24"/>
              </w:rPr>
            </w:pPr>
          </w:p>
        </w:tc>
        <w:tc>
          <w:tcPr>
            <w:tcW w:w="1376" w:type="dxa"/>
            <w:tcBorders>
              <w:top w:val="single" w:sz="4" w:space="0" w:color="auto"/>
              <w:left w:val="single" w:sz="4" w:space="0" w:color="auto"/>
              <w:bottom w:val="single" w:sz="4" w:space="0" w:color="auto"/>
              <w:right w:val="single" w:sz="4" w:space="0" w:color="auto"/>
            </w:tcBorders>
            <w:hideMark/>
          </w:tcPr>
          <w:p w14:paraId="43D69631"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BEARING</w:t>
            </w:r>
          </w:p>
        </w:tc>
        <w:tc>
          <w:tcPr>
            <w:tcW w:w="1173" w:type="dxa"/>
            <w:tcBorders>
              <w:top w:val="single" w:sz="4" w:space="0" w:color="auto"/>
              <w:left w:val="single" w:sz="4" w:space="0" w:color="auto"/>
              <w:bottom w:val="single" w:sz="4" w:space="0" w:color="auto"/>
              <w:right w:val="single" w:sz="4" w:space="0" w:color="auto"/>
            </w:tcBorders>
            <w:hideMark/>
          </w:tcPr>
          <w:p w14:paraId="1A4CB530"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DISTANCE</w:t>
            </w:r>
          </w:p>
        </w:tc>
        <w:tc>
          <w:tcPr>
            <w:tcW w:w="1133" w:type="dxa"/>
            <w:tcBorders>
              <w:top w:val="single" w:sz="4" w:space="0" w:color="auto"/>
              <w:left w:val="single" w:sz="4" w:space="0" w:color="auto"/>
              <w:bottom w:val="single" w:sz="4" w:space="0" w:color="auto"/>
              <w:right w:val="single" w:sz="4" w:space="0" w:color="auto"/>
            </w:tcBorders>
            <w:hideMark/>
          </w:tcPr>
          <w:p w14:paraId="0BCFAEAF"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DN</w:t>
            </w:r>
          </w:p>
        </w:tc>
        <w:tc>
          <w:tcPr>
            <w:tcW w:w="1043" w:type="dxa"/>
            <w:tcBorders>
              <w:top w:val="single" w:sz="4" w:space="0" w:color="auto"/>
              <w:left w:val="single" w:sz="4" w:space="0" w:color="auto"/>
              <w:bottom w:val="single" w:sz="4" w:space="0" w:color="auto"/>
              <w:right w:val="single" w:sz="4" w:space="0" w:color="auto"/>
            </w:tcBorders>
            <w:hideMark/>
          </w:tcPr>
          <w:p w14:paraId="396D248D"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DE</w:t>
            </w:r>
          </w:p>
        </w:tc>
        <w:tc>
          <w:tcPr>
            <w:tcW w:w="1507" w:type="dxa"/>
            <w:tcBorders>
              <w:top w:val="single" w:sz="4" w:space="0" w:color="auto"/>
              <w:left w:val="single" w:sz="4" w:space="0" w:color="auto"/>
              <w:bottom w:val="single" w:sz="4" w:space="0" w:color="auto"/>
              <w:right w:val="single" w:sz="4" w:space="0" w:color="auto"/>
            </w:tcBorders>
            <w:hideMark/>
          </w:tcPr>
          <w:p w14:paraId="2B1FF8CF"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NORTHING</w:t>
            </w:r>
          </w:p>
        </w:tc>
        <w:tc>
          <w:tcPr>
            <w:tcW w:w="1416" w:type="dxa"/>
            <w:tcBorders>
              <w:top w:val="single" w:sz="4" w:space="0" w:color="auto"/>
              <w:left w:val="single" w:sz="4" w:space="0" w:color="auto"/>
              <w:bottom w:val="single" w:sz="4" w:space="0" w:color="auto"/>
              <w:right w:val="single" w:sz="4" w:space="0" w:color="auto"/>
            </w:tcBorders>
            <w:hideMark/>
          </w:tcPr>
          <w:p w14:paraId="0498F0E6"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EASTING</w:t>
            </w:r>
          </w:p>
        </w:tc>
        <w:tc>
          <w:tcPr>
            <w:tcW w:w="1275" w:type="dxa"/>
            <w:tcBorders>
              <w:top w:val="single" w:sz="4" w:space="0" w:color="auto"/>
              <w:left w:val="single" w:sz="4" w:space="0" w:color="auto"/>
              <w:bottom w:val="single" w:sz="4" w:space="0" w:color="auto"/>
              <w:right w:val="single" w:sz="4" w:space="0" w:color="auto"/>
            </w:tcBorders>
            <w:hideMark/>
          </w:tcPr>
          <w:p w14:paraId="7A5E56E8"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STATION</w:t>
            </w:r>
          </w:p>
          <w:p w14:paraId="1038FAB2"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TO</w:t>
            </w:r>
          </w:p>
        </w:tc>
      </w:tr>
      <w:tr w:rsidR="0081455A" w:rsidRPr="0081455A" w14:paraId="7A666B44" w14:textId="77777777" w:rsidTr="0081455A">
        <w:tc>
          <w:tcPr>
            <w:tcW w:w="1277" w:type="dxa"/>
            <w:tcBorders>
              <w:top w:val="single" w:sz="4" w:space="0" w:color="auto"/>
              <w:left w:val="single" w:sz="4" w:space="0" w:color="auto"/>
              <w:bottom w:val="single" w:sz="4" w:space="0" w:color="auto"/>
              <w:right w:val="single" w:sz="4" w:space="0" w:color="auto"/>
            </w:tcBorders>
          </w:tcPr>
          <w:p w14:paraId="2358E77A" w14:textId="77777777" w:rsidR="0081455A" w:rsidRPr="0081455A" w:rsidRDefault="0081455A" w:rsidP="0081455A">
            <w:pPr>
              <w:spacing w:after="0" w:line="480" w:lineRule="auto"/>
              <w:rPr>
                <w:rFonts w:ascii="Times New Roman" w:hAnsi="Times New Roman" w:cs="Times New Roman"/>
                <w:sz w:val="24"/>
                <w:szCs w:val="24"/>
              </w:rPr>
            </w:pPr>
          </w:p>
        </w:tc>
        <w:tc>
          <w:tcPr>
            <w:tcW w:w="1376" w:type="dxa"/>
            <w:tcBorders>
              <w:top w:val="single" w:sz="4" w:space="0" w:color="auto"/>
              <w:left w:val="single" w:sz="4" w:space="0" w:color="auto"/>
              <w:bottom w:val="single" w:sz="4" w:space="0" w:color="auto"/>
              <w:right w:val="single" w:sz="4" w:space="0" w:color="auto"/>
            </w:tcBorders>
          </w:tcPr>
          <w:p w14:paraId="24B4FCFA" w14:textId="77777777" w:rsidR="0081455A" w:rsidRPr="0081455A" w:rsidRDefault="0081455A" w:rsidP="0081455A">
            <w:pPr>
              <w:spacing w:after="0" w:line="480" w:lineRule="auto"/>
              <w:rPr>
                <w:rFonts w:ascii="Times New Roman" w:hAnsi="Times New Roman" w:cs="Times New Roman"/>
                <w:sz w:val="24"/>
                <w:szCs w:val="24"/>
              </w:rPr>
            </w:pPr>
          </w:p>
        </w:tc>
        <w:tc>
          <w:tcPr>
            <w:tcW w:w="1173" w:type="dxa"/>
            <w:tcBorders>
              <w:top w:val="single" w:sz="4" w:space="0" w:color="auto"/>
              <w:left w:val="single" w:sz="4" w:space="0" w:color="auto"/>
              <w:bottom w:val="single" w:sz="4" w:space="0" w:color="auto"/>
              <w:right w:val="single" w:sz="4" w:space="0" w:color="auto"/>
            </w:tcBorders>
          </w:tcPr>
          <w:p w14:paraId="4E59CB80" w14:textId="77777777" w:rsidR="0081455A" w:rsidRPr="0081455A" w:rsidRDefault="0081455A" w:rsidP="0081455A">
            <w:pPr>
              <w:spacing w:after="0" w:line="480" w:lineRule="auto"/>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14:paraId="65E0CEAE" w14:textId="77777777" w:rsidR="0081455A" w:rsidRPr="0081455A" w:rsidRDefault="0081455A" w:rsidP="0081455A">
            <w:pPr>
              <w:spacing w:after="0" w:line="480" w:lineRule="auto"/>
              <w:rPr>
                <w:rFonts w:ascii="Times New Roman" w:hAnsi="Times New Roman" w:cs="Times New Roman"/>
                <w:sz w:val="24"/>
                <w:szCs w:val="24"/>
              </w:rPr>
            </w:pPr>
          </w:p>
        </w:tc>
        <w:tc>
          <w:tcPr>
            <w:tcW w:w="1043" w:type="dxa"/>
            <w:tcBorders>
              <w:top w:val="single" w:sz="4" w:space="0" w:color="auto"/>
              <w:left w:val="single" w:sz="4" w:space="0" w:color="auto"/>
              <w:bottom w:val="single" w:sz="4" w:space="0" w:color="auto"/>
              <w:right w:val="single" w:sz="4" w:space="0" w:color="auto"/>
            </w:tcBorders>
          </w:tcPr>
          <w:p w14:paraId="7C65D99A" w14:textId="77777777" w:rsidR="0081455A" w:rsidRPr="0081455A" w:rsidRDefault="0081455A" w:rsidP="0081455A">
            <w:pPr>
              <w:spacing w:after="0" w:line="480" w:lineRule="auto"/>
              <w:rPr>
                <w:rFonts w:ascii="Times New Roman" w:hAnsi="Times New Roman" w:cs="Times New Roman"/>
                <w:sz w:val="24"/>
                <w:szCs w:val="24"/>
              </w:rPr>
            </w:pPr>
          </w:p>
        </w:tc>
        <w:tc>
          <w:tcPr>
            <w:tcW w:w="1507" w:type="dxa"/>
            <w:tcBorders>
              <w:top w:val="single" w:sz="4" w:space="0" w:color="auto"/>
              <w:left w:val="single" w:sz="4" w:space="0" w:color="auto"/>
              <w:bottom w:val="single" w:sz="4" w:space="0" w:color="auto"/>
              <w:right w:val="single" w:sz="4" w:space="0" w:color="auto"/>
            </w:tcBorders>
            <w:vAlign w:val="center"/>
            <w:hideMark/>
          </w:tcPr>
          <w:p w14:paraId="6A59D477"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sz w:val="24"/>
                <w:szCs w:val="24"/>
              </w:rPr>
              <w:t>932229.902</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338CC40"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sz w:val="24"/>
                <w:szCs w:val="24"/>
              </w:rPr>
              <w:t>675261.302</w:t>
            </w:r>
          </w:p>
        </w:tc>
        <w:tc>
          <w:tcPr>
            <w:tcW w:w="1275" w:type="dxa"/>
            <w:tcBorders>
              <w:top w:val="single" w:sz="4" w:space="0" w:color="auto"/>
              <w:left w:val="single" w:sz="4" w:space="0" w:color="auto"/>
              <w:bottom w:val="single" w:sz="4" w:space="0" w:color="auto"/>
              <w:right w:val="single" w:sz="4" w:space="0" w:color="auto"/>
            </w:tcBorders>
            <w:hideMark/>
          </w:tcPr>
          <w:p w14:paraId="05005FC3"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TBM.01</w:t>
            </w:r>
          </w:p>
        </w:tc>
      </w:tr>
      <w:tr w:rsidR="0081455A" w:rsidRPr="0081455A" w14:paraId="12E52B5F" w14:textId="77777777" w:rsidTr="0081455A">
        <w:tc>
          <w:tcPr>
            <w:tcW w:w="1277" w:type="dxa"/>
            <w:tcBorders>
              <w:top w:val="single" w:sz="4" w:space="0" w:color="auto"/>
              <w:left w:val="single" w:sz="4" w:space="0" w:color="auto"/>
              <w:bottom w:val="single" w:sz="4" w:space="0" w:color="auto"/>
              <w:right w:val="single" w:sz="4" w:space="0" w:color="auto"/>
            </w:tcBorders>
            <w:hideMark/>
          </w:tcPr>
          <w:p w14:paraId="462E0F15"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TBM.01</w:t>
            </w:r>
          </w:p>
        </w:tc>
        <w:tc>
          <w:tcPr>
            <w:tcW w:w="1376" w:type="dxa"/>
            <w:tcBorders>
              <w:top w:val="single" w:sz="4" w:space="0" w:color="auto"/>
              <w:left w:val="single" w:sz="4" w:space="0" w:color="auto"/>
              <w:bottom w:val="single" w:sz="4" w:space="0" w:color="auto"/>
              <w:right w:val="single" w:sz="4" w:space="0" w:color="auto"/>
            </w:tcBorders>
            <w:hideMark/>
          </w:tcPr>
          <w:p w14:paraId="70056A60"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350ᴼ01’01”</w:t>
            </w:r>
          </w:p>
        </w:tc>
        <w:tc>
          <w:tcPr>
            <w:tcW w:w="1173" w:type="dxa"/>
            <w:tcBorders>
              <w:top w:val="single" w:sz="4" w:space="0" w:color="auto"/>
              <w:left w:val="single" w:sz="4" w:space="0" w:color="auto"/>
              <w:bottom w:val="single" w:sz="4" w:space="0" w:color="auto"/>
              <w:right w:val="single" w:sz="4" w:space="0" w:color="auto"/>
            </w:tcBorders>
            <w:hideMark/>
          </w:tcPr>
          <w:p w14:paraId="1ACEC53C"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23.954</w:t>
            </w:r>
          </w:p>
        </w:tc>
        <w:tc>
          <w:tcPr>
            <w:tcW w:w="1133" w:type="dxa"/>
            <w:tcBorders>
              <w:top w:val="single" w:sz="4" w:space="0" w:color="auto"/>
              <w:left w:val="single" w:sz="4" w:space="0" w:color="auto"/>
              <w:bottom w:val="single" w:sz="4" w:space="0" w:color="auto"/>
              <w:right w:val="single" w:sz="4" w:space="0" w:color="auto"/>
            </w:tcBorders>
            <w:hideMark/>
          </w:tcPr>
          <w:p w14:paraId="0971590E"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-4.264</w:t>
            </w:r>
          </w:p>
        </w:tc>
        <w:tc>
          <w:tcPr>
            <w:tcW w:w="1043" w:type="dxa"/>
            <w:tcBorders>
              <w:top w:val="single" w:sz="4" w:space="0" w:color="auto"/>
              <w:left w:val="single" w:sz="4" w:space="0" w:color="auto"/>
              <w:bottom w:val="single" w:sz="4" w:space="0" w:color="auto"/>
              <w:right w:val="single" w:sz="4" w:space="0" w:color="auto"/>
            </w:tcBorders>
            <w:hideMark/>
          </w:tcPr>
          <w:p w14:paraId="5C7221C9"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23.570</w:t>
            </w:r>
          </w:p>
        </w:tc>
        <w:tc>
          <w:tcPr>
            <w:tcW w:w="1507" w:type="dxa"/>
            <w:tcBorders>
              <w:top w:val="single" w:sz="4" w:space="0" w:color="auto"/>
              <w:left w:val="single" w:sz="4" w:space="0" w:color="auto"/>
              <w:bottom w:val="single" w:sz="4" w:space="0" w:color="auto"/>
              <w:right w:val="single" w:sz="4" w:space="0" w:color="auto"/>
            </w:tcBorders>
            <w:vAlign w:val="bottom"/>
            <w:hideMark/>
          </w:tcPr>
          <w:p w14:paraId="21870299"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sz w:val="24"/>
                <w:szCs w:val="24"/>
              </w:rPr>
              <w:t>932225.637</w:t>
            </w:r>
          </w:p>
        </w:tc>
        <w:tc>
          <w:tcPr>
            <w:tcW w:w="1416" w:type="dxa"/>
            <w:tcBorders>
              <w:top w:val="single" w:sz="4" w:space="0" w:color="auto"/>
              <w:left w:val="single" w:sz="4" w:space="0" w:color="auto"/>
              <w:bottom w:val="single" w:sz="4" w:space="0" w:color="auto"/>
              <w:right w:val="single" w:sz="4" w:space="0" w:color="auto"/>
            </w:tcBorders>
            <w:vAlign w:val="bottom"/>
            <w:hideMark/>
          </w:tcPr>
          <w:p w14:paraId="537B749C"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sz w:val="24"/>
                <w:szCs w:val="24"/>
              </w:rPr>
              <w:t>675284.873</w:t>
            </w:r>
          </w:p>
        </w:tc>
        <w:tc>
          <w:tcPr>
            <w:tcW w:w="1275" w:type="dxa"/>
            <w:tcBorders>
              <w:top w:val="single" w:sz="4" w:space="0" w:color="auto"/>
              <w:left w:val="single" w:sz="4" w:space="0" w:color="auto"/>
              <w:bottom w:val="single" w:sz="4" w:space="0" w:color="auto"/>
              <w:right w:val="single" w:sz="4" w:space="0" w:color="auto"/>
            </w:tcBorders>
            <w:hideMark/>
          </w:tcPr>
          <w:p w14:paraId="42355405"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TBM.02</w:t>
            </w:r>
          </w:p>
        </w:tc>
      </w:tr>
      <w:tr w:rsidR="0081455A" w:rsidRPr="0081455A" w14:paraId="7FF39AA6" w14:textId="77777777" w:rsidTr="0081455A">
        <w:tc>
          <w:tcPr>
            <w:tcW w:w="1277" w:type="dxa"/>
            <w:tcBorders>
              <w:top w:val="single" w:sz="4" w:space="0" w:color="auto"/>
              <w:left w:val="single" w:sz="4" w:space="0" w:color="auto"/>
              <w:bottom w:val="single" w:sz="4" w:space="0" w:color="auto"/>
              <w:right w:val="single" w:sz="4" w:space="0" w:color="auto"/>
            </w:tcBorders>
            <w:hideMark/>
          </w:tcPr>
          <w:p w14:paraId="7CBD9008"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TBM.02</w:t>
            </w:r>
          </w:p>
        </w:tc>
        <w:tc>
          <w:tcPr>
            <w:tcW w:w="1376" w:type="dxa"/>
            <w:tcBorders>
              <w:top w:val="single" w:sz="4" w:space="0" w:color="auto"/>
              <w:left w:val="single" w:sz="4" w:space="0" w:color="auto"/>
              <w:bottom w:val="single" w:sz="4" w:space="0" w:color="auto"/>
              <w:right w:val="single" w:sz="4" w:space="0" w:color="auto"/>
            </w:tcBorders>
            <w:hideMark/>
          </w:tcPr>
          <w:p w14:paraId="0F4B8FC6"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234ᴼ59’59”</w:t>
            </w:r>
          </w:p>
        </w:tc>
        <w:tc>
          <w:tcPr>
            <w:tcW w:w="1173" w:type="dxa"/>
            <w:tcBorders>
              <w:top w:val="single" w:sz="4" w:space="0" w:color="auto"/>
              <w:left w:val="single" w:sz="4" w:space="0" w:color="auto"/>
              <w:bottom w:val="single" w:sz="4" w:space="0" w:color="auto"/>
              <w:right w:val="single" w:sz="4" w:space="0" w:color="auto"/>
            </w:tcBorders>
            <w:hideMark/>
          </w:tcPr>
          <w:p w14:paraId="60D764FC"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22.508</w:t>
            </w:r>
          </w:p>
        </w:tc>
        <w:tc>
          <w:tcPr>
            <w:tcW w:w="1133" w:type="dxa"/>
            <w:tcBorders>
              <w:top w:val="single" w:sz="4" w:space="0" w:color="auto"/>
              <w:left w:val="single" w:sz="4" w:space="0" w:color="auto"/>
              <w:bottom w:val="single" w:sz="4" w:space="0" w:color="auto"/>
              <w:right w:val="single" w:sz="4" w:space="0" w:color="auto"/>
            </w:tcBorders>
            <w:hideMark/>
          </w:tcPr>
          <w:p w14:paraId="424A1161"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-18.477</w:t>
            </w:r>
          </w:p>
        </w:tc>
        <w:tc>
          <w:tcPr>
            <w:tcW w:w="1043" w:type="dxa"/>
            <w:tcBorders>
              <w:top w:val="single" w:sz="4" w:space="0" w:color="auto"/>
              <w:left w:val="single" w:sz="4" w:space="0" w:color="auto"/>
              <w:bottom w:val="single" w:sz="4" w:space="0" w:color="auto"/>
              <w:right w:val="single" w:sz="4" w:space="0" w:color="auto"/>
            </w:tcBorders>
            <w:hideMark/>
          </w:tcPr>
          <w:p w14:paraId="2E899D6A"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-12.851</w:t>
            </w:r>
          </w:p>
        </w:tc>
        <w:tc>
          <w:tcPr>
            <w:tcW w:w="1507" w:type="dxa"/>
            <w:tcBorders>
              <w:top w:val="single" w:sz="4" w:space="0" w:color="auto"/>
              <w:left w:val="single" w:sz="4" w:space="0" w:color="auto"/>
              <w:bottom w:val="single" w:sz="4" w:space="0" w:color="auto"/>
              <w:right w:val="single" w:sz="4" w:space="0" w:color="auto"/>
            </w:tcBorders>
            <w:vAlign w:val="bottom"/>
            <w:hideMark/>
          </w:tcPr>
          <w:p w14:paraId="7068C9EA"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932207.160</w:t>
            </w:r>
          </w:p>
        </w:tc>
        <w:tc>
          <w:tcPr>
            <w:tcW w:w="1416" w:type="dxa"/>
            <w:tcBorders>
              <w:top w:val="single" w:sz="4" w:space="0" w:color="auto"/>
              <w:left w:val="single" w:sz="4" w:space="0" w:color="auto"/>
              <w:bottom w:val="single" w:sz="4" w:space="0" w:color="auto"/>
              <w:right w:val="single" w:sz="4" w:space="0" w:color="auto"/>
            </w:tcBorders>
            <w:vAlign w:val="bottom"/>
            <w:hideMark/>
          </w:tcPr>
          <w:p w14:paraId="7F17111D"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675272.022</w:t>
            </w:r>
          </w:p>
        </w:tc>
        <w:tc>
          <w:tcPr>
            <w:tcW w:w="1275" w:type="dxa"/>
            <w:tcBorders>
              <w:top w:val="single" w:sz="4" w:space="0" w:color="auto"/>
              <w:left w:val="single" w:sz="4" w:space="0" w:color="auto"/>
              <w:bottom w:val="single" w:sz="4" w:space="0" w:color="auto"/>
              <w:right w:val="single" w:sz="4" w:space="0" w:color="auto"/>
            </w:tcBorders>
            <w:hideMark/>
          </w:tcPr>
          <w:p w14:paraId="32F87029"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TBM.03</w:t>
            </w:r>
          </w:p>
        </w:tc>
      </w:tr>
    </w:tbl>
    <w:p w14:paraId="3F80D6A1" w14:textId="77777777" w:rsidR="0081455A" w:rsidRPr="0081455A" w:rsidRDefault="0081455A" w:rsidP="0081455A">
      <w:pPr>
        <w:spacing w:after="0" w:line="480" w:lineRule="auto"/>
        <w:rPr>
          <w:rFonts w:ascii="Times New Roman" w:hAnsi="Times New Roman" w:cs="Times New Roman"/>
          <w:sz w:val="24"/>
          <w:szCs w:val="24"/>
        </w:rPr>
      </w:pPr>
    </w:p>
    <w:p w14:paraId="4CB6AFEF"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The result was used to obtain the included angle between TBM.01, TBM.02 and TBM.03 by finding the difference between the bearings of two lines.</w:t>
      </w:r>
    </w:p>
    <w:p w14:paraId="17884EAD"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TBM.02</w:t>
      </w:r>
      <w:r w:rsidRPr="0081455A">
        <w:rPr>
          <w:rFonts w:ascii="Times New Roman" w:hAnsi="Times New Roman" w:cs="Times New Roman"/>
          <w:sz w:val="24"/>
          <w:szCs w:val="24"/>
        </w:rPr>
        <w:tab/>
      </w:r>
      <w:r w:rsidRPr="0081455A">
        <w:rPr>
          <w:rFonts w:ascii="Times New Roman" w:hAnsi="Times New Roman" w:cs="Times New Roman"/>
          <w:sz w:val="24"/>
          <w:szCs w:val="24"/>
        </w:rPr>
        <w:sym w:font="Wingdings 3" w:char="F09E"/>
      </w:r>
      <w:r w:rsidRPr="0081455A">
        <w:rPr>
          <w:rFonts w:ascii="Times New Roman" w:hAnsi="Times New Roman" w:cs="Times New Roman"/>
          <w:sz w:val="24"/>
          <w:szCs w:val="24"/>
        </w:rPr>
        <w:tab/>
        <w:t>TBM.01</w:t>
      </w:r>
      <w:r w:rsidRPr="0081455A">
        <w:rPr>
          <w:rFonts w:ascii="Times New Roman" w:hAnsi="Times New Roman" w:cs="Times New Roman"/>
          <w:sz w:val="24"/>
          <w:szCs w:val="24"/>
        </w:rPr>
        <w:tab/>
        <w:t>=&gt;</w:t>
      </w:r>
      <w:r w:rsidRPr="0081455A">
        <w:rPr>
          <w:rFonts w:ascii="Times New Roman" w:hAnsi="Times New Roman" w:cs="Times New Roman"/>
          <w:sz w:val="24"/>
          <w:szCs w:val="24"/>
        </w:rPr>
        <w:tab/>
        <w:t>170ᴼ01’01”</w:t>
      </w:r>
    </w:p>
    <w:p w14:paraId="633EF712"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TBM.02</w:t>
      </w:r>
      <w:r w:rsidRPr="0081455A">
        <w:rPr>
          <w:rFonts w:ascii="Times New Roman" w:hAnsi="Times New Roman" w:cs="Times New Roman"/>
          <w:sz w:val="24"/>
          <w:szCs w:val="24"/>
        </w:rPr>
        <w:tab/>
      </w:r>
      <w:r w:rsidRPr="0081455A">
        <w:rPr>
          <w:rFonts w:ascii="Times New Roman" w:hAnsi="Times New Roman" w:cs="Times New Roman"/>
          <w:sz w:val="24"/>
          <w:szCs w:val="24"/>
        </w:rPr>
        <w:sym w:font="Wingdings 3" w:char="F09E"/>
      </w:r>
      <w:r w:rsidRPr="0081455A">
        <w:rPr>
          <w:rFonts w:ascii="Times New Roman" w:hAnsi="Times New Roman" w:cs="Times New Roman"/>
          <w:sz w:val="24"/>
          <w:szCs w:val="24"/>
        </w:rPr>
        <w:tab/>
        <w:t>TBM.03</w:t>
      </w:r>
      <w:r w:rsidRPr="0081455A">
        <w:rPr>
          <w:rFonts w:ascii="Times New Roman" w:hAnsi="Times New Roman" w:cs="Times New Roman"/>
          <w:sz w:val="24"/>
          <w:szCs w:val="24"/>
        </w:rPr>
        <w:tab/>
        <w:t>=&gt;</w:t>
      </w:r>
      <w:r w:rsidRPr="0081455A">
        <w:rPr>
          <w:rFonts w:ascii="Times New Roman" w:hAnsi="Times New Roman" w:cs="Times New Roman"/>
          <w:sz w:val="24"/>
          <w:szCs w:val="24"/>
        </w:rPr>
        <w:tab/>
        <w:t>234ᴼ59’59”</w:t>
      </w:r>
    </w:p>
    <w:p w14:paraId="01995E89"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Therefore</w:t>
      </w:r>
      <w:r w:rsidRPr="0081455A">
        <w:rPr>
          <w:rFonts w:ascii="Times New Roman" w:hAnsi="Times New Roman" w:cs="Times New Roman"/>
          <w:sz w:val="24"/>
          <w:szCs w:val="24"/>
        </w:rPr>
        <w:tab/>
        <w:t>(234ᴼ59’58”-170ᴼ01’01”)</w:t>
      </w:r>
    </w:p>
    <w:p w14:paraId="73CC5DF2" w14:textId="77777777" w:rsidR="0081455A" w:rsidRPr="0081455A" w:rsidRDefault="0081455A" w:rsidP="0081455A">
      <w:pPr>
        <w:spacing w:after="0" w:line="480" w:lineRule="auto"/>
        <w:rPr>
          <w:rFonts w:ascii="Times New Roman" w:hAnsi="Times New Roman" w:cs="Times New Roman"/>
          <w:b/>
          <w:sz w:val="24"/>
          <w:szCs w:val="24"/>
          <w:u w:val="single"/>
        </w:rPr>
      </w:pPr>
      <w:r w:rsidRPr="0081455A">
        <w:rPr>
          <w:rFonts w:ascii="Times New Roman" w:hAnsi="Times New Roman" w:cs="Times New Roman"/>
          <w:sz w:val="24"/>
          <w:szCs w:val="24"/>
        </w:rPr>
        <w:t xml:space="preserve">Check angle </w:t>
      </w:r>
      <w:r w:rsidRPr="0081455A">
        <w:rPr>
          <w:rFonts w:ascii="Times New Roman" w:hAnsi="Times New Roman" w:cs="Times New Roman"/>
          <w:sz w:val="24"/>
          <w:szCs w:val="24"/>
        </w:rPr>
        <w:tab/>
      </w:r>
      <w:r w:rsidRPr="0081455A">
        <w:rPr>
          <w:rFonts w:ascii="Times New Roman" w:hAnsi="Times New Roman" w:cs="Times New Roman"/>
          <w:sz w:val="24"/>
          <w:szCs w:val="24"/>
        </w:rPr>
        <w:sym w:font="Wingdings" w:char="F0F0"/>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b/>
          <w:sz w:val="24"/>
          <w:szCs w:val="24"/>
          <w:u w:val="single"/>
        </w:rPr>
        <w:t>64</w:t>
      </w:r>
      <w:r w:rsidRPr="0081455A">
        <w:rPr>
          <w:rFonts w:ascii="Times New Roman" w:hAnsi="Times New Roman" w:cs="Times New Roman"/>
          <w:b/>
          <w:sz w:val="24"/>
          <w:szCs w:val="24"/>
          <w:u w:val="single"/>
          <w:vertAlign w:val="superscript"/>
        </w:rPr>
        <w:t>0</w:t>
      </w:r>
      <w:r w:rsidRPr="0081455A">
        <w:rPr>
          <w:rFonts w:ascii="Times New Roman" w:hAnsi="Times New Roman" w:cs="Times New Roman"/>
          <w:b/>
          <w:sz w:val="24"/>
          <w:szCs w:val="24"/>
          <w:u w:val="single"/>
        </w:rPr>
        <w:t xml:space="preserve"> 59’ 58’’</w:t>
      </w:r>
    </w:p>
    <w:p w14:paraId="023D0541" w14:textId="1C89BCEB" w:rsidR="0081455A" w:rsidRPr="0081455A" w:rsidRDefault="0081455A" w:rsidP="0081455A">
      <w:pPr>
        <w:spacing w:after="0" w:line="480" w:lineRule="auto"/>
        <w:rPr>
          <w:rFonts w:ascii="Times New Roman" w:hAnsi="Times New Roman" w:cs="Times New Roman"/>
          <w:color w:val="FF0000"/>
          <w:sz w:val="24"/>
          <w:szCs w:val="24"/>
        </w:rPr>
      </w:pPr>
      <w:r w:rsidRPr="0081455A">
        <w:rPr>
          <w:rFonts w:ascii="Times New Roman" w:hAnsi="Times New Roman" w:cs="Times New Roman"/>
          <w:noProof/>
          <w:color w:val="FF0000"/>
          <w:sz w:val="24"/>
          <w:szCs w:val="24"/>
        </w:rPr>
        <w:lastRenderedPageBreak/>
        <mc:AlternateContent>
          <mc:Choice Requires="wpg">
            <w:drawing>
              <wp:anchor distT="0" distB="0" distL="114300" distR="114300" simplePos="0" relativeHeight="251697152" behindDoc="0" locked="0" layoutInCell="1" allowOverlap="1" wp14:anchorId="64F94D43" wp14:editId="64188A97">
                <wp:simplePos x="0" y="0"/>
                <wp:positionH relativeFrom="column">
                  <wp:posOffset>1503045</wp:posOffset>
                </wp:positionH>
                <wp:positionV relativeFrom="paragraph">
                  <wp:posOffset>111760</wp:posOffset>
                </wp:positionV>
                <wp:extent cx="3115945" cy="1757680"/>
                <wp:effectExtent l="7620" t="3175" r="635" b="127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5945" cy="1757680"/>
                          <a:chOff x="5734" y="10781"/>
                          <a:chExt cx="4907" cy="2768"/>
                        </a:xfrm>
                      </wpg:grpSpPr>
                      <wpg:grpSp>
                        <wpg:cNvPr id="5" name="Group 79"/>
                        <wpg:cNvGrpSpPr>
                          <a:grpSpLocks/>
                        </wpg:cNvGrpSpPr>
                        <wpg:grpSpPr bwMode="auto">
                          <a:xfrm>
                            <a:off x="6730" y="10781"/>
                            <a:ext cx="3911" cy="2768"/>
                            <a:chOff x="6730" y="10781"/>
                            <a:chExt cx="3911" cy="2768"/>
                          </a:xfrm>
                        </wpg:grpSpPr>
                        <wps:wsp>
                          <wps:cNvPr id="10" name="Rectangle 99"/>
                          <wps:cNvSpPr>
                            <a:spLocks noChangeArrowheads="1"/>
                          </wps:cNvSpPr>
                          <wps:spPr bwMode="auto">
                            <a:xfrm>
                              <a:off x="7287" y="12922"/>
                              <a:ext cx="150"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1" name="Group 81"/>
                          <wpg:cNvGrpSpPr>
                            <a:grpSpLocks/>
                          </wpg:cNvGrpSpPr>
                          <wpg:grpSpPr bwMode="auto">
                            <a:xfrm>
                              <a:off x="6730" y="10781"/>
                              <a:ext cx="3911" cy="2768"/>
                              <a:chOff x="4958" y="10851"/>
                              <a:chExt cx="3911" cy="2768"/>
                            </a:xfrm>
                          </wpg:grpSpPr>
                          <wps:wsp>
                            <wps:cNvPr id="12" name="Straight Arrow Connector 98"/>
                            <wps:cNvCnPr>
                              <a:cxnSpLocks noChangeShapeType="1"/>
                            </wps:cNvCnPr>
                            <wps:spPr bwMode="auto">
                              <a:xfrm>
                                <a:off x="6039" y="12799"/>
                                <a:ext cx="0" cy="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 name="Group 83"/>
                            <wpg:cNvGrpSpPr>
                              <a:grpSpLocks/>
                            </wpg:cNvGrpSpPr>
                            <wpg:grpSpPr bwMode="auto">
                              <a:xfrm>
                                <a:off x="4958" y="10851"/>
                                <a:ext cx="3911" cy="2768"/>
                                <a:chOff x="4958" y="10851"/>
                                <a:chExt cx="3911" cy="2768"/>
                              </a:xfrm>
                            </wpg:grpSpPr>
                            <wps:wsp>
                              <wps:cNvPr id="14" name="Text Box 100"/>
                              <wps:cNvSpPr txBox="1">
                                <a:spLocks noChangeArrowheads="1"/>
                              </wps:cNvSpPr>
                              <wps:spPr bwMode="auto">
                                <a:xfrm>
                                  <a:off x="4958" y="13161"/>
                                  <a:ext cx="1272"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12B94" w14:textId="77777777" w:rsidR="0081455A" w:rsidRDefault="0081455A" w:rsidP="0081455A">
                                    <w:pPr>
                                      <w:rPr>
                                        <w:rFonts w:ascii="Times New Roman" w:hAnsi="Times New Roman" w:cs="Times New Roman"/>
                                        <w:sz w:val="26"/>
                                        <w:szCs w:val="26"/>
                                      </w:rPr>
                                    </w:pPr>
                                    <w:r w:rsidRPr="00557839">
                                      <w:rPr>
                                        <w:rFonts w:ascii="Times New Roman" w:hAnsi="Times New Roman" w:cs="Times New Roman"/>
                                        <w:sz w:val="26"/>
                                        <w:szCs w:val="26"/>
                                      </w:rPr>
                                      <w:t>TBM</w:t>
                                    </w:r>
                                    <w:r>
                                      <w:rPr>
                                        <w:rFonts w:ascii="Times New Roman" w:hAnsi="Times New Roman" w:cs="Times New Roman"/>
                                        <w:sz w:val="26"/>
                                        <w:szCs w:val="26"/>
                                      </w:rPr>
                                      <w:t>.02</w:t>
                                    </w:r>
                                    <w:r w:rsidRPr="00557839">
                                      <w:rPr>
                                        <w:rFonts w:ascii="Times New Roman" w:hAnsi="Times New Roman" w:cs="Times New Roman"/>
                                        <w:sz w:val="26"/>
                                        <w:szCs w:val="26"/>
                                      </w:rPr>
                                      <w:t>TBM</w:t>
                                    </w:r>
                                    <w:r>
                                      <w:rPr>
                                        <w:rFonts w:ascii="Times New Roman" w:hAnsi="Times New Roman" w:cs="Times New Roman"/>
                                        <w:sz w:val="26"/>
                                        <w:szCs w:val="26"/>
                                      </w:rPr>
                                      <w:t>.02</w:t>
                                    </w:r>
                                  </w:p>
                                </w:txbxContent>
                              </wps:txbx>
                              <wps:bodyPr rot="0" vert="horz" wrap="square" lIns="91440" tIns="45720" rIns="91440" bIns="45720" anchor="t" anchorCtr="0" upright="1">
                                <a:noAutofit/>
                              </wps:bodyPr>
                            </wps:wsp>
                            <wps:wsp>
                              <wps:cNvPr id="15" name="Straight Arrow Connector 95"/>
                              <wps:cNvCnPr>
                                <a:cxnSpLocks noChangeShapeType="1"/>
                              </wps:cNvCnPr>
                              <wps:spPr bwMode="auto">
                                <a:xfrm rot="5400000">
                                  <a:off x="4762" y="12291"/>
                                  <a:ext cx="16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Text Box 93"/>
                              <wps:cNvSpPr txBox="1">
                                <a:spLocks noChangeArrowheads="1"/>
                              </wps:cNvSpPr>
                              <wps:spPr bwMode="auto">
                                <a:xfrm>
                                  <a:off x="4998" y="10851"/>
                                  <a:ext cx="1272"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E2D7E" w14:textId="77777777" w:rsidR="0081455A" w:rsidRDefault="0081455A" w:rsidP="0081455A">
                                    <w:pPr>
                                      <w:rPr>
                                        <w:rFonts w:ascii="Times New Roman" w:hAnsi="Times New Roman" w:cs="Times New Roman"/>
                                        <w:sz w:val="26"/>
                                        <w:szCs w:val="26"/>
                                      </w:rPr>
                                    </w:pPr>
                                    <w:r>
                                      <w:rPr>
                                        <w:rFonts w:ascii="Times New Roman" w:hAnsi="Times New Roman" w:cs="Times New Roman"/>
                                        <w:sz w:val="26"/>
                                        <w:szCs w:val="26"/>
                                      </w:rPr>
                                      <w:t>TBM.01TBM.01</w:t>
                                    </w:r>
                                  </w:p>
                                </w:txbxContent>
                              </wps:txbx>
                              <wps:bodyPr rot="0" vert="horz" wrap="square" lIns="91440" tIns="45720" rIns="91440" bIns="45720" anchor="t" anchorCtr="0" upright="1">
                                <a:noAutofit/>
                              </wps:bodyPr>
                            </wps:wsp>
                            <wps:wsp>
                              <wps:cNvPr id="31" name="Text Box 92"/>
                              <wps:cNvSpPr txBox="1">
                                <a:spLocks noChangeArrowheads="1"/>
                              </wps:cNvSpPr>
                              <wps:spPr bwMode="auto">
                                <a:xfrm>
                                  <a:off x="7597" y="12033"/>
                                  <a:ext cx="1272"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B5A62" w14:textId="77777777" w:rsidR="0081455A" w:rsidRPr="00557839" w:rsidRDefault="0081455A" w:rsidP="0081455A">
                                    <w:pPr>
                                      <w:rPr>
                                        <w:rFonts w:ascii="Times New Roman" w:hAnsi="Times New Roman" w:cs="Times New Roman"/>
                                        <w:sz w:val="26"/>
                                        <w:szCs w:val="26"/>
                                      </w:rPr>
                                    </w:pPr>
                                    <w:r w:rsidRPr="00557839">
                                      <w:rPr>
                                        <w:rFonts w:ascii="Times New Roman" w:hAnsi="Times New Roman" w:cs="Times New Roman"/>
                                        <w:sz w:val="26"/>
                                        <w:szCs w:val="26"/>
                                      </w:rPr>
                                      <w:t>TBM.03TBM.03</w:t>
                                    </w:r>
                                  </w:p>
                                </w:txbxContent>
                              </wps:txbx>
                              <wps:bodyPr rot="0" vert="horz" wrap="square" lIns="91440" tIns="45720" rIns="91440" bIns="45720" anchor="t" anchorCtr="0" upright="1">
                                <a:noAutofit/>
                              </wps:bodyPr>
                            </wps:wsp>
                            <wps:wsp>
                              <wps:cNvPr id="32" name="Rectangle 91"/>
                              <wps:cNvSpPr>
                                <a:spLocks noChangeArrowheads="1"/>
                              </wps:cNvSpPr>
                              <wps:spPr bwMode="auto">
                                <a:xfrm>
                                  <a:off x="7385" y="12153"/>
                                  <a:ext cx="150" cy="1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Rectangle 90"/>
                              <wps:cNvSpPr>
                                <a:spLocks noChangeArrowheads="1"/>
                              </wps:cNvSpPr>
                              <wps:spPr bwMode="auto">
                                <a:xfrm>
                                  <a:off x="5497" y="11318"/>
                                  <a:ext cx="150"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AutoShape 90"/>
                              <wps:cNvCnPr>
                                <a:cxnSpLocks noChangeShapeType="1"/>
                              </wps:cNvCnPr>
                              <wps:spPr bwMode="auto">
                                <a:xfrm flipV="1">
                                  <a:off x="5610" y="12270"/>
                                  <a:ext cx="1815" cy="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 name="Arc 91"/>
                            <wps:cNvSpPr>
                              <a:spLocks/>
                            </wps:cNvSpPr>
                            <wps:spPr bwMode="auto">
                              <a:xfrm>
                                <a:off x="5580" y="12524"/>
                                <a:ext cx="433" cy="32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6" name="Text Box 92"/>
                        <wps:cNvSpPr txBox="1">
                          <a:spLocks noChangeArrowheads="1"/>
                        </wps:cNvSpPr>
                        <wps:spPr bwMode="auto">
                          <a:xfrm>
                            <a:off x="5734" y="12217"/>
                            <a:ext cx="1562" cy="474"/>
                          </a:xfrm>
                          <a:prstGeom prst="rect">
                            <a:avLst/>
                          </a:prstGeom>
                          <a:solidFill>
                            <a:srgbClr val="FFFFFF"/>
                          </a:solidFill>
                          <a:ln w="9525">
                            <a:solidFill>
                              <a:schemeClr val="bg1">
                                <a:lumMod val="100000"/>
                                <a:lumOff val="0"/>
                              </a:schemeClr>
                            </a:solidFill>
                            <a:miter lim="800000"/>
                            <a:headEnd/>
                            <a:tailEnd/>
                          </a:ln>
                        </wps:spPr>
                        <wps:txbx>
                          <w:txbxContent>
                            <w:p w14:paraId="2580EE51" w14:textId="77777777" w:rsidR="0081455A" w:rsidRDefault="0081455A" w:rsidP="0081455A">
                              <w:r w:rsidRPr="00BD24CE">
                                <w:rPr>
                                  <w:rFonts w:ascii="Times New Roman" w:hAnsi="Times New Roman" w:cs="Times New Roman"/>
                                  <w:sz w:val="24"/>
                                  <w:szCs w:val="24"/>
                                </w:rPr>
                                <w:t>64</w:t>
                              </w:r>
                              <w:r w:rsidRPr="00BD24CE">
                                <w:rPr>
                                  <w:rFonts w:ascii="Times New Roman" w:hAnsi="Times New Roman" w:cs="Times New Roman"/>
                                  <w:sz w:val="24"/>
                                  <w:szCs w:val="24"/>
                                  <w:vertAlign w:val="superscript"/>
                                </w:rPr>
                                <w:t>0</w:t>
                              </w:r>
                              <w:r>
                                <w:rPr>
                                  <w:rFonts w:ascii="Times New Roman" w:hAnsi="Times New Roman" w:cs="Times New Roman"/>
                                  <w:sz w:val="24"/>
                                  <w:szCs w:val="24"/>
                                </w:rPr>
                                <w:t xml:space="preserve"> 59’ 58’’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94D43" id="Group 4" o:spid="_x0000_s1088" style="position:absolute;margin-left:118.35pt;margin-top:8.8pt;width:245.35pt;height:138.4pt;z-index:251697152" coordorigin="5734,10781" coordsize="4907,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">
                <v:group id="Group 79" o:spid="_x0000_s1089" style="position:absolute;left:6730;top:10781;width:3911;height:2768" coordorigin="6730,10781" coordsize="3911,2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99" o:spid="_x0000_s1090" style="position:absolute;left:7287;top:12922;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group id="Group 81" o:spid="_x0000_s1091" style="position:absolute;left:6730;top:10781;width:3911;height:2768" coordorigin="4958,10851" coordsize="3911,2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Straight Arrow Connector 98" o:spid="_x0000_s1092" type="#_x0000_t32" style="position:absolute;left:6039;top:12799;width:0;height: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group id="Group 83" o:spid="_x0000_s1093" style="position:absolute;left:4958;top:10851;width:3911;height:2768" coordorigin="4958,10851" coordsize="3911,2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100" o:spid="_x0000_s1094" type="#_x0000_t202" style="position:absolute;left:4958;top:13161;width:1272;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69D12B94" w14:textId="77777777" w:rsidR="0081455A" w:rsidRDefault="0081455A" w:rsidP="0081455A">
                              <w:pPr>
                                <w:rPr>
                                  <w:rFonts w:ascii="Times New Roman" w:hAnsi="Times New Roman" w:cs="Times New Roman"/>
                                  <w:sz w:val="26"/>
                                  <w:szCs w:val="26"/>
                                </w:rPr>
                              </w:pPr>
                              <w:r w:rsidRPr="00557839">
                                <w:rPr>
                                  <w:rFonts w:ascii="Times New Roman" w:hAnsi="Times New Roman" w:cs="Times New Roman"/>
                                  <w:sz w:val="26"/>
                                  <w:szCs w:val="26"/>
                                </w:rPr>
                                <w:t>TBM</w:t>
                              </w:r>
                              <w:r>
                                <w:rPr>
                                  <w:rFonts w:ascii="Times New Roman" w:hAnsi="Times New Roman" w:cs="Times New Roman"/>
                                  <w:sz w:val="26"/>
                                  <w:szCs w:val="26"/>
                                </w:rPr>
                                <w:t>.02</w:t>
                              </w:r>
                              <w:r w:rsidRPr="00557839">
                                <w:rPr>
                                  <w:rFonts w:ascii="Times New Roman" w:hAnsi="Times New Roman" w:cs="Times New Roman"/>
                                  <w:sz w:val="26"/>
                                  <w:szCs w:val="26"/>
                                </w:rPr>
                                <w:t>TBM</w:t>
                              </w:r>
                              <w:r>
                                <w:rPr>
                                  <w:rFonts w:ascii="Times New Roman" w:hAnsi="Times New Roman" w:cs="Times New Roman"/>
                                  <w:sz w:val="26"/>
                                  <w:szCs w:val="26"/>
                                </w:rPr>
                                <w:t>.02</w:t>
                              </w:r>
                            </w:p>
                          </w:txbxContent>
                        </v:textbox>
                      </v:shape>
                      <v:shape id="Straight Arrow Connector 95" o:spid="_x0000_s1095" type="#_x0000_t32" style="position:absolute;left:4762;top:12291;width:1636;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WZDcEAAADbAAAADwAAAGRycy9kb3ducmV2LnhtbERPzWrCQBC+C77DMkJvurGtQaKriBAo&#10;7aEk5gGG7JhEs7Mhu03St+8KQm/z8f3O/jiZVgzUu8aygvUqAkFcWt1wpaC4pMstCOeRNbaWScEv&#10;OTge5rM9JtqOnNGQ+0qEEHYJKqi97xIpXVmTQbeyHXHgrrY36APsK6l7HEO4aeVrFMXSYMOhocaO&#10;zjWV9/zHKPjavvvqll3tWzF8b2QXfabFGCv1sphOOxCeJv8vfro/dJi/gccv4QB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RZkNwQAAANsAAAAPAAAAAAAAAAAAAAAA&#10;AKECAABkcnMvZG93bnJldi54bWxQSwUGAAAAAAQABAD5AAAAjwMAAAAA&#10;"/>
                      <v:shape id="Text Box 93" o:spid="_x0000_s1096" type="#_x0000_t202" style="position:absolute;left:4998;top:10851;width:1272;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44BE2D7E" w14:textId="77777777" w:rsidR="0081455A" w:rsidRDefault="0081455A" w:rsidP="0081455A">
                              <w:pPr>
                                <w:rPr>
                                  <w:rFonts w:ascii="Times New Roman" w:hAnsi="Times New Roman" w:cs="Times New Roman"/>
                                  <w:sz w:val="26"/>
                                  <w:szCs w:val="26"/>
                                </w:rPr>
                              </w:pPr>
                              <w:r>
                                <w:rPr>
                                  <w:rFonts w:ascii="Times New Roman" w:hAnsi="Times New Roman" w:cs="Times New Roman"/>
                                  <w:sz w:val="26"/>
                                  <w:szCs w:val="26"/>
                                </w:rPr>
                                <w:t>TBM.01TBM.01</w:t>
                              </w:r>
                            </w:p>
                          </w:txbxContent>
                        </v:textbox>
                      </v:shape>
                      <v:shape id="Text Box 92" o:spid="_x0000_s1097" type="#_x0000_t202" style="position:absolute;left:7597;top:12033;width:1272;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14:paraId="1F2B5A62" w14:textId="77777777" w:rsidR="0081455A" w:rsidRPr="00557839" w:rsidRDefault="0081455A" w:rsidP="0081455A">
                              <w:pPr>
                                <w:rPr>
                                  <w:rFonts w:ascii="Times New Roman" w:hAnsi="Times New Roman" w:cs="Times New Roman"/>
                                  <w:sz w:val="26"/>
                                  <w:szCs w:val="26"/>
                                </w:rPr>
                              </w:pPr>
                              <w:r w:rsidRPr="00557839">
                                <w:rPr>
                                  <w:rFonts w:ascii="Times New Roman" w:hAnsi="Times New Roman" w:cs="Times New Roman"/>
                                  <w:sz w:val="26"/>
                                  <w:szCs w:val="26"/>
                                </w:rPr>
                                <w:t>TBM.03TBM.03</w:t>
                              </w:r>
                            </w:p>
                          </w:txbxContent>
                        </v:textbox>
                      </v:shape>
                      <v:rect id="Rectangle 91" o:spid="_x0000_s1098" style="position:absolute;left:7385;top:12153;width:15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rect id="Rectangle 90" o:spid="_x0000_s1099" style="position:absolute;left:5497;top:11318;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shape id="AutoShape 90" o:spid="_x0000_s1100" type="#_x0000_t32" style="position:absolute;left:5610;top:12270;width:1815;height:7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gNcQAAADbAAAADwAAAGRycy9kb3ducmV2LnhtbESPQWsCMRSE74X+h/AEL0Wza0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2A1xAAAANsAAAAPAAAAAAAAAAAA&#10;AAAAAKECAABkcnMvZG93bnJldi54bWxQSwUGAAAAAAQABAD5AAAAkgMAAAAA&#10;"/>
                    </v:group>
                    <v:shape id="Arc 91" o:spid="_x0000_s1101" style="position:absolute;left:5580;top:12524;width:433;height:32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YX8UA&#10;AADbAAAADwAAAGRycy9kb3ducmV2LnhtbESP3WrCQBSE7wu+w3KE3tWNLUqJriIWIVRr8Qfx8pg9&#10;JtHs2ZDdanx7tyB4OczMN8xw3JhSXKh2hWUF3U4Egji1uuBMwXYze/sE4TyyxtIyKbiRg/Go9TLE&#10;WNsrr+iy9pkIEHYxKsi9r2IpXZqTQdexFXHwjrY26IOsM6lrvAa4KeV7FPWlwYLDQo4VTXNKz+s/&#10;o8D9LrZLPia9n3my/J4ddqf9gr+Uem03kwEIT41/hh/tRCv46MH/l/AD5O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FhfxQAAANsAAAAPAAAAAAAAAAAAAAAAAJgCAABkcnMv&#10;ZG93bnJldi54bWxQSwUGAAAAAAQABAD1AAAAigMAAAAA&#10;" path="m,nfc11929,,21600,9670,21600,21600em,nsc11929,,21600,9670,21600,21600l,21600,,xe" filled="f">
                      <v:path arrowok="t" o:extrusionok="f" o:connecttype="custom" o:connectlocs="0,0;433,323;0,323" o:connectangles="0,0,0"/>
                    </v:shape>
                  </v:group>
                </v:group>
                <v:shape id="Text Box 92" o:spid="_x0000_s1102" type="#_x0000_t202" style="position:absolute;left:5734;top:12217;width:156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NGMQA&#10;AADbAAAADwAAAGRycy9kb3ducmV2LnhtbESPQWvCQBSE7wX/w/IEb3WjlqDRVURRepHSKOrxmX0m&#10;wezbkN1q6q/vFgo9DjPzDTNbtKYSd2pcaVnBoB+BIM6sLjlXcNhvXscgnEfWWFkmBd/kYDHvvMww&#10;0fbBn3RPfS4ChF2CCgrv60RKlxVk0PVtTRy8q20M+iCbXOoGHwFuKjmMolgaLDksFFjTqqDsln4Z&#10;BS6L4uPHW3o8XeSWnhOt1+ftTqlet11OQXhq/X/4r/2uFYxi+P0Sfo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zRjEAAAA2wAAAA8AAAAAAAAAAAAAAAAAmAIAAGRycy9k&#10;b3ducmV2LnhtbFBLBQYAAAAABAAEAPUAAACJAwAAAAA=&#10;" strokecolor="white [3212]">
                  <v:textbox>
                    <w:txbxContent>
                      <w:p w14:paraId="2580EE51" w14:textId="77777777" w:rsidR="0081455A" w:rsidRDefault="0081455A" w:rsidP="0081455A">
                        <w:r w:rsidRPr="00BD24CE">
                          <w:rPr>
                            <w:rFonts w:ascii="Times New Roman" w:hAnsi="Times New Roman" w:cs="Times New Roman"/>
                            <w:sz w:val="24"/>
                            <w:szCs w:val="24"/>
                          </w:rPr>
                          <w:t>64</w:t>
                        </w:r>
                        <w:r w:rsidRPr="00BD24CE">
                          <w:rPr>
                            <w:rFonts w:ascii="Times New Roman" w:hAnsi="Times New Roman" w:cs="Times New Roman"/>
                            <w:sz w:val="24"/>
                            <w:szCs w:val="24"/>
                            <w:vertAlign w:val="superscript"/>
                          </w:rPr>
                          <w:t>0</w:t>
                        </w:r>
                        <w:r>
                          <w:rPr>
                            <w:rFonts w:ascii="Times New Roman" w:hAnsi="Times New Roman" w:cs="Times New Roman"/>
                            <w:sz w:val="24"/>
                            <w:szCs w:val="24"/>
                          </w:rPr>
                          <w:t xml:space="preserve"> 59’ 58’’   </w:t>
                        </w:r>
                      </w:p>
                    </w:txbxContent>
                  </v:textbox>
                </v:shape>
              </v:group>
            </w:pict>
          </mc:Fallback>
        </mc:AlternateContent>
      </w:r>
    </w:p>
    <w:p w14:paraId="79FF42AF" w14:textId="77777777" w:rsidR="0081455A" w:rsidRPr="0081455A" w:rsidRDefault="0081455A" w:rsidP="0081455A">
      <w:pPr>
        <w:spacing w:after="0" w:line="480" w:lineRule="auto"/>
        <w:rPr>
          <w:rFonts w:ascii="Times New Roman" w:hAnsi="Times New Roman" w:cs="Times New Roman"/>
          <w:color w:val="FF0000"/>
          <w:sz w:val="24"/>
          <w:szCs w:val="24"/>
        </w:rPr>
      </w:pPr>
    </w:p>
    <w:p w14:paraId="456EA5C0" w14:textId="77777777" w:rsidR="0081455A" w:rsidRDefault="0081455A" w:rsidP="0081455A">
      <w:pPr>
        <w:tabs>
          <w:tab w:val="left" w:pos="4769"/>
        </w:tabs>
        <w:spacing w:after="0" w:line="480" w:lineRule="auto"/>
        <w:rPr>
          <w:rFonts w:ascii="Times New Roman" w:hAnsi="Times New Roman" w:cs="Times New Roman"/>
          <w:color w:val="C00000"/>
          <w:sz w:val="24"/>
          <w:szCs w:val="24"/>
        </w:rPr>
      </w:pPr>
      <w:r w:rsidRPr="0081455A">
        <w:rPr>
          <w:rFonts w:ascii="Times New Roman" w:hAnsi="Times New Roman" w:cs="Times New Roman"/>
          <w:color w:val="C00000"/>
          <w:sz w:val="24"/>
          <w:szCs w:val="24"/>
        </w:rPr>
        <w:tab/>
      </w:r>
    </w:p>
    <w:p w14:paraId="4313B495" w14:textId="77777777" w:rsidR="0081455A" w:rsidRDefault="0081455A" w:rsidP="0081455A">
      <w:pPr>
        <w:tabs>
          <w:tab w:val="left" w:pos="4769"/>
        </w:tabs>
        <w:spacing w:after="0" w:line="480" w:lineRule="auto"/>
        <w:rPr>
          <w:rFonts w:ascii="Times New Roman" w:hAnsi="Times New Roman" w:cs="Times New Roman"/>
          <w:color w:val="C00000"/>
          <w:sz w:val="24"/>
          <w:szCs w:val="24"/>
        </w:rPr>
      </w:pPr>
    </w:p>
    <w:p w14:paraId="660383CE" w14:textId="77777777" w:rsidR="0081455A" w:rsidRDefault="0081455A" w:rsidP="0081455A">
      <w:pPr>
        <w:tabs>
          <w:tab w:val="left" w:pos="4769"/>
        </w:tabs>
        <w:spacing w:after="0" w:line="480" w:lineRule="auto"/>
        <w:rPr>
          <w:rFonts w:ascii="Times New Roman" w:hAnsi="Times New Roman" w:cs="Times New Roman"/>
          <w:color w:val="C00000"/>
          <w:sz w:val="24"/>
          <w:szCs w:val="24"/>
        </w:rPr>
      </w:pPr>
    </w:p>
    <w:p w14:paraId="2FE46136" w14:textId="77777777" w:rsidR="0081455A" w:rsidRPr="0081455A" w:rsidRDefault="0081455A" w:rsidP="0081455A">
      <w:pPr>
        <w:tabs>
          <w:tab w:val="left" w:pos="4769"/>
        </w:tabs>
        <w:spacing w:after="0" w:line="480" w:lineRule="auto"/>
        <w:rPr>
          <w:rFonts w:ascii="Times New Roman" w:hAnsi="Times New Roman" w:cs="Times New Roman"/>
          <w:color w:val="C00000"/>
          <w:sz w:val="24"/>
          <w:szCs w:val="24"/>
        </w:rPr>
      </w:pPr>
    </w:p>
    <w:p w14:paraId="40D99E00" w14:textId="77777777" w:rsidR="0081455A" w:rsidRPr="0081455A" w:rsidRDefault="0081455A" w:rsidP="0081455A">
      <w:pPr>
        <w:spacing w:after="0" w:line="480" w:lineRule="auto"/>
        <w:rPr>
          <w:rFonts w:ascii="Times New Roman" w:hAnsi="Times New Roman" w:cs="Times New Roman"/>
          <w:i/>
          <w:sz w:val="24"/>
          <w:szCs w:val="24"/>
        </w:rPr>
      </w:pPr>
      <w:r w:rsidRPr="0081455A">
        <w:rPr>
          <w:rFonts w:ascii="Times New Roman" w:hAnsi="Times New Roman" w:cs="Times New Roman"/>
          <w:i/>
          <w:sz w:val="24"/>
          <w:szCs w:val="24"/>
        </w:rPr>
        <w:t xml:space="preserve">Fig.2.6 </w:t>
      </w:r>
      <w:r w:rsidRPr="0081455A">
        <w:rPr>
          <w:rFonts w:ascii="Times New Roman" w:hAnsi="Times New Roman" w:cs="Times New Roman"/>
          <w:i/>
          <w:noProof/>
          <w:sz w:val="24"/>
          <w:szCs w:val="24"/>
          <w:lang w:eastAsia="en-GB"/>
        </w:rPr>
        <w:t>show the sketch of check angle from the observed data</w:t>
      </w:r>
    </w:p>
    <w:p w14:paraId="778F4B60"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sz w:val="24"/>
          <w:szCs w:val="24"/>
        </w:rPr>
        <w:t xml:space="preserve">The difference between the Observed check angle and the computed from given check angle was </w:t>
      </w:r>
      <w:r w:rsidRPr="0081455A">
        <w:rPr>
          <w:rFonts w:ascii="Times New Roman" w:hAnsi="Times New Roman" w:cs="Times New Roman"/>
          <w:b/>
          <w:sz w:val="24"/>
          <w:szCs w:val="24"/>
        </w:rPr>
        <w:t>00</w:t>
      </w:r>
      <w:r w:rsidRPr="0081455A">
        <w:rPr>
          <w:rFonts w:ascii="Times New Roman" w:hAnsi="Times New Roman" w:cs="Times New Roman"/>
          <w:b/>
          <w:sz w:val="24"/>
          <w:szCs w:val="24"/>
          <w:vertAlign w:val="superscript"/>
        </w:rPr>
        <w:t>0</w:t>
      </w:r>
      <w:r w:rsidRPr="0081455A">
        <w:rPr>
          <w:rFonts w:ascii="Times New Roman" w:hAnsi="Times New Roman" w:cs="Times New Roman"/>
          <w:b/>
          <w:sz w:val="24"/>
          <w:szCs w:val="24"/>
        </w:rPr>
        <w:t xml:space="preserve"> 00’ 01’’</w:t>
      </w:r>
    </w:p>
    <w:p w14:paraId="4F4B98DC" w14:textId="77777777" w:rsidR="0081455A" w:rsidRPr="0081455A" w:rsidRDefault="0081455A" w:rsidP="00585E09">
      <w:pPr>
        <w:pStyle w:val="ListParagraph"/>
        <w:numPr>
          <w:ilvl w:val="0"/>
          <w:numId w:val="12"/>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Computed distance from the given data (TBM.02 </w:t>
      </w:r>
      <w:r w:rsidRPr="0081455A">
        <w:rPr>
          <w:rFonts w:ascii="Times New Roman" w:hAnsi="Times New Roman" w:cs="Times New Roman"/>
          <w:sz w:val="24"/>
          <w:szCs w:val="24"/>
        </w:rPr>
        <w:sym w:font="Wingdings 3" w:char="F09E"/>
      </w:r>
      <w:r w:rsidRPr="0081455A">
        <w:rPr>
          <w:rFonts w:ascii="Times New Roman" w:hAnsi="Times New Roman" w:cs="Times New Roman"/>
          <w:sz w:val="24"/>
          <w:szCs w:val="24"/>
        </w:rPr>
        <w:t xml:space="preserve"> TBM.01) </w:t>
      </w:r>
      <w:r w:rsidRPr="0081455A">
        <w:rPr>
          <w:rFonts w:ascii="Times New Roman" w:hAnsi="Times New Roman" w:cs="Times New Roman"/>
          <w:sz w:val="24"/>
          <w:szCs w:val="24"/>
        </w:rPr>
        <w:tab/>
        <w:t>=</w:t>
      </w:r>
      <w:r w:rsidRPr="0081455A">
        <w:rPr>
          <w:rFonts w:ascii="Times New Roman" w:hAnsi="Times New Roman" w:cs="Times New Roman"/>
          <w:sz w:val="24"/>
          <w:szCs w:val="24"/>
        </w:rPr>
        <w:tab/>
        <w:t>23.953m</w:t>
      </w:r>
    </w:p>
    <w:p w14:paraId="22341AD9" w14:textId="77777777" w:rsidR="0081455A" w:rsidRPr="0081455A" w:rsidRDefault="0081455A" w:rsidP="00585E09">
      <w:pPr>
        <w:pStyle w:val="ListParagraph"/>
        <w:numPr>
          <w:ilvl w:val="0"/>
          <w:numId w:val="12"/>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Computed distance from the observed data (TBM.02 </w:t>
      </w:r>
      <w:r w:rsidRPr="0081455A">
        <w:rPr>
          <w:rFonts w:ascii="Times New Roman" w:hAnsi="Times New Roman" w:cs="Times New Roman"/>
          <w:sz w:val="24"/>
          <w:szCs w:val="24"/>
        </w:rPr>
        <w:sym w:font="Wingdings 3" w:char="F09E"/>
      </w:r>
      <w:r w:rsidRPr="0081455A">
        <w:rPr>
          <w:rFonts w:ascii="Times New Roman" w:hAnsi="Times New Roman" w:cs="Times New Roman"/>
          <w:sz w:val="24"/>
          <w:szCs w:val="24"/>
        </w:rPr>
        <w:t xml:space="preserve"> TBM.01) </w:t>
      </w:r>
      <w:r w:rsidRPr="0081455A">
        <w:rPr>
          <w:rFonts w:ascii="Times New Roman" w:hAnsi="Times New Roman" w:cs="Times New Roman"/>
          <w:sz w:val="24"/>
          <w:szCs w:val="24"/>
        </w:rPr>
        <w:tab/>
        <w:t xml:space="preserve">= </w:t>
      </w:r>
      <w:r w:rsidRPr="0081455A">
        <w:rPr>
          <w:rFonts w:ascii="Times New Roman" w:hAnsi="Times New Roman" w:cs="Times New Roman"/>
          <w:sz w:val="24"/>
          <w:szCs w:val="24"/>
        </w:rPr>
        <w:tab/>
        <w:t>23.954m</w:t>
      </w:r>
    </w:p>
    <w:p w14:paraId="43F6B207" w14:textId="77777777" w:rsidR="0081455A" w:rsidRPr="0081455A" w:rsidRDefault="0081455A" w:rsidP="0081455A">
      <w:pPr>
        <w:spacing w:after="0" w:line="480" w:lineRule="auto"/>
        <w:ind w:left="720"/>
        <w:rPr>
          <w:rFonts w:ascii="Times New Roman" w:hAnsi="Times New Roman" w:cs="Times New Roman"/>
          <w:b/>
          <w:sz w:val="24"/>
          <w:szCs w:val="24"/>
        </w:rPr>
      </w:pPr>
      <w:r w:rsidRPr="0081455A">
        <w:rPr>
          <w:rFonts w:ascii="Times New Roman" w:hAnsi="Times New Roman" w:cs="Times New Roman"/>
          <w:sz w:val="24"/>
          <w:szCs w:val="24"/>
        </w:rPr>
        <w:t>Difference obtained with the two result was compared as</w:t>
      </w:r>
      <w:r w:rsidRPr="0081455A">
        <w:rPr>
          <w:rFonts w:ascii="Times New Roman" w:hAnsi="Times New Roman" w:cs="Times New Roman"/>
          <w:sz w:val="24"/>
          <w:szCs w:val="24"/>
        </w:rPr>
        <w:tab/>
        <w:t xml:space="preserve">= </w:t>
      </w:r>
      <w:r w:rsidRPr="0081455A">
        <w:rPr>
          <w:rFonts w:ascii="Times New Roman" w:hAnsi="Times New Roman" w:cs="Times New Roman"/>
          <w:sz w:val="24"/>
          <w:szCs w:val="24"/>
        </w:rPr>
        <w:tab/>
      </w:r>
      <w:r w:rsidRPr="0081455A">
        <w:rPr>
          <w:rFonts w:ascii="Times New Roman" w:hAnsi="Times New Roman" w:cs="Times New Roman"/>
          <w:b/>
          <w:sz w:val="24"/>
          <w:szCs w:val="24"/>
        </w:rPr>
        <w:t>0.001m</w:t>
      </w:r>
    </w:p>
    <w:p w14:paraId="6A187D0C" w14:textId="77777777" w:rsidR="0081455A" w:rsidRPr="0081455A" w:rsidRDefault="0081455A" w:rsidP="00585E09">
      <w:pPr>
        <w:pStyle w:val="ListParagraph"/>
        <w:numPr>
          <w:ilvl w:val="0"/>
          <w:numId w:val="12"/>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Computed distance from the given data (TBM.02 </w:t>
      </w:r>
      <w:r w:rsidRPr="0081455A">
        <w:rPr>
          <w:rFonts w:ascii="Times New Roman" w:hAnsi="Times New Roman" w:cs="Times New Roman"/>
          <w:sz w:val="24"/>
          <w:szCs w:val="24"/>
        </w:rPr>
        <w:sym w:font="Wingdings 3" w:char="F09E"/>
      </w:r>
      <w:r w:rsidRPr="0081455A">
        <w:rPr>
          <w:rFonts w:ascii="Times New Roman" w:hAnsi="Times New Roman" w:cs="Times New Roman"/>
          <w:sz w:val="24"/>
          <w:szCs w:val="24"/>
        </w:rPr>
        <w:t xml:space="preserve"> TBM.03) </w:t>
      </w:r>
      <w:r w:rsidRPr="0081455A">
        <w:rPr>
          <w:rFonts w:ascii="Times New Roman" w:hAnsi="Times New Roman" w:cs="Times New Roman"/>
          <w:sz w:val="24"/>
          <w:szCs w:val="24"/>
        </w:rPr>
        <w:tab/>
        <w:t xml:space="preserve">= </w:t>
      </w:r>
      <w:r w:rsidRPr="0081455A">
        <w:rPr>
          <w:rFonts w:ascii="Times New Roman" w:hAnsi="Times New Roman" w:cs="Times New Roman"/>
          <w:sz w:val="24"/>
          <w:szCs w:val="24"/>
        </w:rPr>
        <w:tab/>
        <w:t>22.507m</w:t>
      </w:r>
    </w:p>
    <w:p w14:paraId="488232A4" w14:textId="77777777" w:rsidR="0081455A" w:rsidRPr="0081455A" w:rsidRDefault="0081455A" w:rsidP="00585E09">
      <w:pPr>
        <w:pStyle w:val="ListParagraph"/>
        <w:numPr>
          <w:ilvl w:val="0"/>
          <w:numId w:val="12"/>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Computed distance from the observed data (TBM.02 </w:t>
      </w:r>
      <w:r w:rsidRPr="0081455A">
        <w:rPr>
          <w:rFonts w:ascii="Times New Roman" w:hAnsi="Times New Roman" w:cs="Times New Roman"/>
          <w:sz w:val="24"/>
          <w:szCs w:val="24"/>
        </w:rPr>
        <w:sym w:font="Wingdings 3" w:char="F09E"/>
      </w:r>
      <w:r w:rsidRPr="0081455A">
        <w:rPr>
          <w:rFonts w:ascii="Times New Roman" w:hAnsi="Times New Roman" w:cs="Times New Roman"/>
          <w:sz w:val="24"/>
          <w:szCs w:val="24"/>
        </w:rPr>
        <w:t xml:space="preserve"> TBM.03)</w:t>
      </w:r>
      <w:r w:rsidRPr="0081455A">
        <w:rPr>
          <w:rFonts w:ascii="Times New Roman" w:hAnsi="Times New Roman" w:cs="Times New Roman"/>
          <w:sz w:val="24"/>
          <w:szCs w:val="24"/>
        </w:rPr>
        <w:tab/>
        <w:t xml:space="preserve">= </w:t>
      </w:r>
      <w:r w:rsidRPr="0081455A">
        <w:rPr>
          <w:rFonts w:ascii="Times New Roman" w:hAnsi="Times New Roman" w:cs="Times New Roman"/>
          <w:sz w:val="24"/>
          <w:szCs w:val="24"/>
        </w:rPr>
        <w:tab/>
        <w:t>22.508m</w:t>
      </w:r>
    </w:p>
    <w:p w14:paraId="45DD8C07" w14:textId="77777777" w:rsidR="0081455A" w:rsidRPr="0081455A" w:rsidRDefault="0081455A" w:rsidP="0081455A">
      <w:pPr>
        <w:spacing w:after="0" w:line="480" w:lineRule="auto"/>
        <w:ind w:firstLine="720"/>
        <w:rPr>
          <w:rFonts w:ascii="Times New Roman" w:hAnsi="Times New Roman" w:cs="Times New Roman"/>
          <w:b/>
          <w:sz w:val="24"/>
          <w:szCs w:val="24"/>
        </w:rPr>
      </w:pPr>
      <w:r w:rsidRPr="0081455A">
        <w:rPr>
          <w:rFonts w:ascii="Times New Roman" w:hAnsi="Times New Roman" w:cs="Times New Roman"/>
          <w:sz w:val="24"/>
          <w:szCs w:val="24"/>
        </w:rPr>
        <w:t xml:space="preserve">Difference of the two results </w:t>
      </w:r>
      <w:r w:rsidRPr="0081455A">
        <w:rPr>
          <w:rFonts w:ascii="Times New Roman" w:hAnsi="Times New Roman" w:cs="Times New Roman"/>
          <w:sz w:val="24"/>
          <w:szCs w:val="24"/>
        </w:rPr>
        <w:tab/>
        <w:t xml:space="preserve">= </w:t>
      </w:r>
      <w:r w:rsidRPr="0081455A">
        <w:rPr>
          <w:rFonts w:ascii="Times New Roman" w:hAnsi="Times New Roman" w:cs="Times New Roman"/>
          <w:sz w:val="24"/>
          <w:szCs w:val="24"/>
        </w:rPr>
        <w:tab/>
      </w:r>
      <w:r w:rsidRPr="0081455A">
        <w:rPr>
          <w:rFonts w:ascii="Times New Roman" w:hAnsi="Times New Roman" w:cs="Times New Roman"/>
          <w:b/>
          <w:sz w:val="24"/>
          <w:szCs w:val="24"/>
        </w:rPr>
        <w:t>0.001m</w:t>
      </w:r>
    </w:p>
    <w:p w14:paraId="5F51C933"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3.7.2</w:t>
      </w:r>
      <w:r w:rsidRPr="0081455A">
        <w:rPr>
          <w:rFonts w:ascii="Times New Roman" w:hAnsi="Times New Roman" w:cs="Times New Roman"/>
          <w:b/>
          <w:sz w:val="24"/>
          <w:szCs w:val="24"/>
        </w:rPr>
        <w:tab/>
        <w:t>GEOMETRIC DATA ACQUISITION</w:t>
      </w:r>
    </w:p>
    <w:p w14:paraId="5FA08F81"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3.7.3</w:t>
      </w:r>
      <w:r w:rsidRPr="0081455A">
        <w:rPr>
          <w:rFonts w:ascii="Times New Roman" w:hAnsi="Times New Roman" w:cs="Times New Roman"/>
          <w:b/>
          <w:sz w:val="24"/>
          <w:szCs w:val="24"/>
        </w:rPr>
        <w:tab/>
        <w:t>TRAVERSE OF BM POINTS</w:t>
      </w:r>
    </w:p>
    <w:p w14:paraId="2DAE29DF" w14:textId="77777777" w:rsidR="0081455A" w:rsidRPr="0081455A" w:rsidRDefault="0081455A" w:rsidP="0081455A">
      <w:pPr>
        <w:spacing w:after="0" w:line="480" w:lineRule="auto"/>
        <w:ind w:left="720" w:firstLine="720"/>
        <w:rPr>
          <w:rFonts w:ascii="Times New Roman" w:hAnsi="Times New Roman" w:cs="Times New Roman"/>
          <w:sz w:val="24"/>
          <w:szCs w:val="24"/>
        </w:rPr>
      </w:pPr>
      <w:r w:rsidRPr="0081455A">
        <w:rPr>
          <w:rFonts w:ascii="Times New Roman" w:hAnsi="Times New Roman" w:cs="Times New Roman"/>
          <w:sz w:val="24"/>
          <w:szCs w:val="24"/>
        </w:rPr>
        <w:t xml:space="preserve">Traverse was run round the established eleven (11) BM points. The CX105Total Station was set up on BM.02, a back sight was taken to BM.01 after the instrument is switched on and all temporary adjustments were carried out. The stations parameters (N, E and H) were enter into the memory of instrument for both occupied and reflector target station at back sight station (BM.02 and BM.01) respectively. Fore sight was taken to the first BM.03 and measurement stored, the instrument was then moved to the BM.01 as instrument station and reflectors were positioned at BM.02 and BM.03 as back sight and fore sight respectively. The occupied station (BM.01) parameter was entered into the Total Station and measurement was taken to CL-Road Centerline. This whole process continues </w:t>
      </w:r>
      <w:r w:rsidRPr="0081455A">
        <w:rPr>
          <w:rFonts w:ascii="Times New Roman" w:hAnsi="Times New Roman" w:cs="Times New Roman"/>
          <w:sz w:val="24"/>
          <w:szCs w:val="24"/>
        </w:rPr>
        <w:lastRenderedPageBreak/>
        <w:t>and the traverse was closed back at BM.02. The numbers of BM are eleven (11) in total. The table below show the list of the benchmarks observed.</w:t>
      </w:r>
    </w:p>
    <w:p w14:paraId="0D8919F8"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3.7.4</w:t>
      </w:r>
      <w:r w:rsidRPr="0081455A">
        <w:rPr>
          <w:rFonts w:ascii="Times New Roman" w:hAnsi="Times New Roman" w:cs="Times New Roman"/>
          <w:b/>
          <w:sz w:val="24"/>
          <w:szCs w:val="24"/>
        </w:rPr>
        <w:tab/>
        <w:t>DATA ACQUISITION</w:t>
      </w:r>
    </w:p>
    <w:p w14:paraId="5FB5FD48" w14:textId="77777777" w:rsidR="0081455A" w:rsidRDefault="0081455A" w:rsidP="0081455A">
      <w:pPr>
        <w:pStyle w:val="ListParagraph"/>
        <w:spacing w:after="0" w:line="480" w:lineRule="auto"/>
        <w:ind w:firstLine="720"/>
        <w:rPr>
          <w:rFonts w:ascii="Times New Roman" w:hAnsi="Times New Roman" w:cs="Times New Roman"/>
          <w:color w:val="000000" w:themeColor="text1"/>
          <w:sz w:val="24"/>
          <w:szCs w:val="24"/>
        </w:rPr>
      </w:pPr>
      <w:r w:rsidRPr="0081455A">
        <w:rPr>
          <w:rFonts w:ascii="Times New Roman" w:hAnsi="Times New Roman" w:cs="Times New Roman"/>
          <w:sz w:val="24"/>
          <w:szCs w:val="24"/>
        </w:rPr>
        <w:t xml:space="preserve">The CX Total Station was set-up on BM.02, switched on and all temporary adjustments were carried out. The instrument was set on coordinates mode and the instrument parameters (Station name, Height of instrument, and N, E, H) as well as the target station parameters (Back sight station name, Height of reflector, and N, E H) were keyed into the Total Station. Then orientation was made to the reflector at station BM.01, and the measurement between the two stations was stored in the memory of the instrument. Foresight was made to 0+000m </w:t>
      </w:r>
      <w:proofErr w:type="spellStart"/>
      <w:r w:rsidRPr="0081455A">
        <w:rPr>
          <w:rFonts w:ascii="Times New Roman" w:hAnsi="Times New Roman" w:cs="Times New Roman"/>
          <w:sz w:val="24"/>
          <w:szCs w:val="24"/>
        </w:rPr>
        <w:t>chainage</w:t>
      </w:r>
      <w:proofErr w:type="spellEnd"/>
      <w:r w:rsidRPr="0081455A">
        <w:rPr>
          <w:rFonts w:ascii="Times New Roman" w:hAnsi="Times New Roman" w:cs="Times New Roman"/>
          <w:sz w:val="24"/>
          <w:szCs w:val="24"/>
        </w:rPr>
        <w:t xml:space="preserve"> centerline and then to the cross-sections at 20m away from the center line on both side and stored on the Total Station. Then the reflectors were now moved to the next </w:t>
      </w:r>
      <w:proofErr w:type="spellStart"/>
      <w:r w:rsidRPr="0081455A">
        <w:rPr>
          <w:rFonts w:ascii="Times New Roman" w:hAnsi="Times New Roman" w:cs="Times New Roman"/>
          <w:sz w:val="24"/>
          <w:szCs w:val="24"/>
        </w:rPr>
        <w:t>chainage</w:t>
      </w:r>
      <w:proofErr w:type="spellEnd"/>
      <w:r w:rsidRPr="0081455A">
        <w:rPr>
          <w:rFonts w:ascii="Times New Roman" w:hAnsi="Times New Roman" w:cs="Times New Roman"/>
          <w:sz w:val="24"/>
          <w:szCs w:val="24"/>
        </w:rPr>
        <w:t xml:space="preserve"> 0+025 and the same measurement performed for the first </w:t>
      </w:r>
      <w:proofErr w:type="spellStart"/>
      <w:r w:rsidRPr="0081455A">
        <w:rPr>
          <w:rFonts w:ascii="Times New Roman" w:hAnsi="Times New Roman" w:cs="Times New Roman"/>
          <w:sz w:val="24"/>
          <w:szCs w:val="24"/>
        </w:rPr>
        <w:t>chainage</w:t>
      </w:r>
      <w:proofErr w:type="spellEnd"/>
      <w:r w:rsidRPr="0081455A">
        <w:rPr>
          <w:rFonts w:ascii="Times New Roman" w:hAnsi="Times New Roman" w:cs="Times New Roman"/>
          <w:sz w:val="24"/>
          <w:szCs w:val="24"/>
        </w:rPr>
        <w:t xml:space="preserve"> is repeated here i.e. the centerline and the cross-section. Also details were fixed alongside traversing; IP points was also coordinated by moving the reflectors to the desired point of interest and denoted using a different code (CL, BLD, E.P, RT, LT, W.F, and DR. CV. Where CL means Centerline, BLD means Buildings, E.P. means Electric Poles, RT means Road Right Side, LT means Road Left Side, W.F. means Wall Fenced, DR mean Drainage line, CV mean Culvert ). This whole process continues until the reflector is no longer visible from the instrument. Then the instrument station was changed and the above process of data acquisition was repeated for the marked </w:t>
      </w:r>
      <w:proofErr w:type="spellStart"/>
      <w:r w:rsidRPr="0081455A">
        <w:rPr>
          <w:rFonts w:ascii="Times New Roman" w:hAnsi="Times New Roman" w:cs="Times New Roman"/>
          <w:sz w:val="24"/>
          <w:szCs w:val="24"/>
        </w:rPr>
        <w:t>chainages</w:t>
      </w:r>
      <w:proofErr w:type="spellEnd"/>
      <w:r w:rsidRPr="0081455A">
        <w:rPr>
          <w:rFonts w:ascii="Times New Roman" w:hAnsi="Times New Roman" w:cs="Times New Roman"/>
          <w:sz w:val="24"/>
          <w:szCs w:val="24"/>
        </w:rPr>
        <w:t xml:space="preserve"> and BM points till the end of the route was reached. The traverse was closed on BM11. The discrepancy between the observed and the given coordinates for the easting and northing is -0.099m and +0.102 respectively was used to compute for linear accuracy and found to be 1: 63,000, </w:t>
      </w:r>
      <w:r w:rsidRPr="0081455A">
        <w:rPr>
          <w:rFonts w:ascii="Times New Roman" w:hAnsi="Times New Roman" w:cs="Times New Roman"/>
          <w:color w:val="000000" w:themeColor="text1"/>
          <w:sz w:val="24"/>
          <w:szCs w:val="24"/>
        </w:rPr>
        <w:t>compare with the permissible accuracy of 1:5000.</w:t>
      </w:r>
    </w:p>
    <w:p w14:paraId="67721341" w14:textId="77777777" w:rsidR="0081455A" w:rsidRPr="0081455A" w:rsidRDefault="0081455A" w:rsidP="0081455A">
      <w:pPr>
        <w:pStyle w:val="ListParagraph"/>
        <w:spacing w:after="0" w:line="480" w:lineRule="auto"/>
        <w:ind w:firstLine="720"/>
        <w:rPr>
          <w:rFonts w:ascii="Times New Roman" w:hAnsi="Times New Roman" w:cs="Times New Roman"/>
          <w:color w:val="000000" w:themeColor="text1"/>
          <w:sz w:val="24"/>
          <w:szCs w:val="24"/>
        </w:rPr>
      </w:pPr>
    </w:p>
    <w:p w14:paraId="63C2AA37" w14:textId="77777777" w:rsidR="0081455A" w:rsidRPr="0081455A" w:rsidRDefault="0081455A" w:rsidP="0081455A">
      <w:pPr>
        <w:spacing w:after="0" w:line="480" w:lineRule="auto"/>
        <w:rPr>
          <w:rFonts w:ascii="Times New Roman" w:hAnsi="Times New Roman" w:cs="Times New Roman"/>
          <w:b/>
          <w:sz w:val="24"/>
          <w:szCs w:val="24"/>
        </w:rPr>
      </w:pPr>
    </w:p>
    <w:p w14:paraId="3E08F1DF" w14:textId="6577741F"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noProof/>
          <w:sz w:val="24"/>
          <w:szCs w:val="24"/>
        </w:rPr>
        <w:lastRenderedPageBreak/>
        <mc:AlternateContent>
          <mc:Choice Requires="wps">
            <w:drawing>
              <wp:anchor distT="0" distB="0" distL="114298" distR="114298" simplePos="0" relativeHeight="251635712" behindDoc="0" locked="0" layoutInCell="1" allowOverlap="1" wp14:anchorId="4B15E293" wp14:editId="19CCEB9C">
                <wp:simplePos x="0" y="0"/>
                <wp:positionH relativeFrom="column">
                  <wp:posOffset>5876924</wp:posOffset>
                </wp:positionH>
                <wp:positionV relativeFrom="paragraph">
                  <wp:posOffset>162560</wp:posOffset>
                </wp:positionV>
                <wp:extent cx="0" cy="752475"/>
                <wp:effectExtent l="0" t="0" r="19050" b="2857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2AC43" id="Straight Arrow Connector 30" o:spid="_x0000_s1026" type="#_x0000_t32" style="position:absolute;margin-left:462.75pt;margin-top:12.8pt;width:0;height:59.25pt;z-index:251635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"/>
            </w:pict>
          </mc:Fallback>
        </mc:AlternateContent>
      </w:r>
      <w:r w:rsidRPr="0081455A">
        <w:rPr>
          <w:rFonts w:ascii="Times New Roman" w:hAnsi="Times New Roman" w:cs="Times New Roman"/>
          <w:noProof/>
          <w:sz w:val="24"/>
          <w:szCs w:val="24"/>
        </w:rPr>
        <mc:AlternateContent>
          <mc:Choice Requires="wps">
            <w:drawing>
              <wp:anchor distT="0" distB="0" distL="114298" distR="114298" simplePos="0" relativeHeight="251639808" behindDoc="0" locked="0" layoutInCell="1" allowOverlap="1" wp14:anchorId="21A1F613" wp14:editId="3677251E">
                <wp:simplePos x="0" y="0"/>
                <wp:positionH relativeFrom="column">
                  <wp:posOffset>4410074</wp:posOffset>
                </wp:positionH>
                <wp:positionV relativeFrom="paragraph">
                  <wp:posOffset>15240</wp:posOffset>
                </wp:positionV>
                <wp:extent cx="0" cy="752475"/>
                <wp:effectExtent l="0" t="0" r="19050" b="2857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698A8" id="Straight Arrow Connector 29" o:spid="_x0000_s1026" type="#_x0000_t32" style="position:absolute;margin-left:347.25pt;margin-top:1.2pt;width:0;height:59.25pt;z-index:251639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"/>
            </w:pict>
          </mc:Fallback>
        </mc:AlternateContent>
      </w:r>
      <w:r w:rsidRPr="0081455A">
        <w:rPr>
          <w:rFonts w:ascii="Times New Roman" w:hAnsi="Times New Roman" w:cs="Times New Roman"/>
          <w:noProof/>
          <w:sz w:val="24"/>
          <w:szCs w:val="24"/>
        </w:rPr>
        <mc:AlternateContent>
          <mc:Choice Requires="wps">
            <w:drawing>
              <wp:anchor distT="0" distB="0" distL="114298" distR="114298" simplePos="0" relativeHeight="251643904" behindDoc="0" locked="0" layoutInCell="1" allowOverlap="1" wp14:anchorId="5D69F41E" wp14:editId="2DB3BEE2">
                <wp:simplePos x="0" y="0"/>
                <wp:positionH relativeFrom="column">
                  <wp:posOffset>2514599</wp:posOffset>
                </wp:positionH>
                <wp:positionV relativeFrom="paragraph">
                  <wp:posOffset>257810</wp:posOffset>
                </wp:positionV>
                <wp:extent cx="0" cy="752475"/>
                <wp:effectExtent l="0" t="0" r="19050" b="2857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FB632" id="Straight Arrow Connector 28" o:spid="_x0000_s1026" type="#_x0000_t32" style="position:absolute;margin-left:198pt;margin-top:20.3pt;width:0;height:59.25pt;z-index:251643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"/>
            </w:pict>
          </mc:Fallback>
        </mc:AlternateContent>
      </w:r>
      <w:r w:rsidRPr="0081455A">
        <w:rPr>
          <w:rFonts w:ascii="Times New Roman" w:hAnsi="Times New Roman" w:cs="Times New Roman"/>
          <w:noProof/>
          <w:sz w:val="24"/>
          <w:szCs w:val="24"/>
        </w:rPr>
        <mc:AlternateContent>
          <mc:Choice Requires="wps">
            <w:drawing>
              <wp:anchor distT="0" distB="0" distL="114298" distR="114298" simplePos="0" relativeHeight="251648000" behindDoc="0" locked="0" layoutInCell="1" allowOverlap="1" wp14:anchorId="44C70C19" wp14:editId="2AB42451">
                <wp:simplePos x="0" y="0"/>
                <wp:positionH relativeFrom="column">
                  <wp:posOffset>352424</wp:posOffset>
                </wp:positionH>
                <wp:positionV relativeFrom="paragraph">
                  <wp:posOffset>162560</wp:posOffset>
                </wp:positionV>
                <wp:extent cx="0" cy="752475"/>
                <wp:effectExtent l="0" t="0" r="19050" b="2857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0B630" id="Straight Arrow Connector 27" o:spid="_x0000_s1026" type="#_x0000_t32" style="position:absolute;margin-left:27.75pt;margin-top:12.8pt;width:0;height:59.25pt;z-index:251648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"/>
            </w:pict>
          </mc:Fallback>
        </mc:AlternateContent>
      </w:r>
      <w:r w:rsidRPr="0081455A">
        <w:rPr>
          <w:rFonts w:ascii="Times New Roman" w:hAnsi="Times New Roman" w:cs="Times New Roman"/>
          <w:noProof/>
          <w:sz w:val="24"/>
          <w:szCs w:val="24"/>
        </w:rPr>
        <mc:AlternateContent>
          <mc:Choice Requires="wps">
            <w:drawing>
              <wp:anchor distT="0" distB="0" distL="114300" distR="114300" simplePos="0" relativeHeight="251652096" behindDoc="0" locked="0" layoutInCell="1" allowOverlap="1" wp14:anchorId="2327F5D3" wp14:editId="0FBF8417">
                <wp:simplePos x="0" y="0"/>
                <wp:positionH relativeFrom="column">
                  <wp:posOffset>3267075</wp:posOffset>
                </wp:positionH>
                <wp:positionV relativeFrom="paragraph">
                  <wp:posOffset>62865</wp:posOffset>
                </wp:positionV>
                <wp:extent cx="466725" cy="304800"/>
                <wp:effectExtent l="0" t="0" r="952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D0AAB" w14:textId="77777777" w:rsidR="0081455A" w:rsidRDefault="0081455A" w:rsidP="0081455A">
                            <w:pPr>
                              <w:rPr>
                                <w:rFonts w:ascii="Times New Roman" w:hAnsi="Times New Roman" w:cs="Times New Roman"/>
                                <w:sz w:val="24"/>
                              </w:rPr>
                            </w:pPr>
                            <w:r>
                              <w:rPr>
                                <w:rFonts w:ascii="Times New Roman" w:hAnsi="Times New Roman" w:cs="Times New Roman"/>
                                <w:sz w:val="24"/>
                              </w:rPr>
                              <w:t>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7F5D3" id="Text Box 26" o:spid="_x0000_s1103" type="#_x0000_t202" style="position:absolute;margin-left:257.25pt;margin-top:4.95pt;width:36.75pt;height: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57iAIAABg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" stroked="f">
                <v:textbox>
                  <w:txbxContent>
                    <w:p w14:paraId="5C8D0AAB" w14:textId="77777777" w:rsidR="0081455A" w:rsidRDefault="0081455A" w:rsidP="0081455A">
                      <w:pPr>
                        <w:rPr>
                          <w:rFonts w:ascii="Times New Roman" w:hAnsi="Times New Roman" w:cs="Times New Roman"/>
                          <w:sz w:val="24"/>
                        </w:rPr>
                      </w:pPr>
                      <w:r>
                        <w:rPr>
                          <w:rFonts w:ascii="Times New Roman" w:hAnsi="Times New Roman" w:cs="Times New Roman"/>
                          <w:sz w:val="24"/>
                        </w:rPr>
                        <w:t>TP2</w:t>
                      </w:r>
                    </w:p>
                  </w:txbxContent>
                </v:textbox>
              </v:shape>
            </w:pict>
          </mc:Fallback>
        </mc:AlternateContent>
      </w:r>
      <w:r w:rsidRPr="0081455A">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4F0E51DB" wp14:editId="35887669">
                <wp:simplePos x="0" y="0"/>
                <wp:positionH relativeFrom="column">
                  <wp:posOffset>1066800</wp:posOffset>
                </wp:positionH>
                <wp:positionV relativeFrom="paragraph">
                  <wp:posOffset>215265</wp:posOffset>
                </wp:positionV>
                <wp:extent cx="466725" cy="304800"/>
                <wp:effectExtent l="0" t="0" r="952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C79E6" w14:textId="77777777" w:rsidR="0081455A" w:rsidRDefault="0081455A" w:rsidP="0081455A">
                            <w:pPr>
                              <w:rPr>
                                <w:rFonts w:ascii="Times New Roman" w:hAnsi="Times New Roman" w:cs="Times New Roman"/>
                                <w:sz w:val="24"/>
                              </w:rPr>
                            </w:pPr>
                            <w:r>
                              <w:rPr>
                                <w:rFonts w:ascii="Times New Roman" w:hAnsi="Times New Roman" w:cs="Times New Roman"/>
                                <w:sz w:val="24"/>
                              </w:rPr>
                              <w:t>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E51DB" id="Text Box 25" o:spid="_x0000_s1104" type="#_x0000_t202" style="position:absolute;margin-left:84pt;margin-top:16.95pt;width:36.7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" stroked="f">
                <v:textbox>
                  <w:txbxContent>
                    <w:p w14:paraId="6F9C79E6" w14:textId="77777777" w:rsidR="0081455A" w:rsidRDefault="0081455A" w:rsidP="0081455A">
                      <w:pPr>
                        <w:rPr>
                          <w:rFonts w:ascii="Times New Roman" w:hAnsi="Times New Roman" w:cs="Times New Roman"/>
                          <w:sz w:val="24"/>
                        </w:rPr>
                      </w:pPr>
                      <w:r>
                        <w:rPr>
                          <w:rFonts w:ascii="Times New Roman" w:hAnsi="Times New Roman" w:cs="Times New Roman"/>
                          <w:sz w:val="24"/>
                        </w:rPr>
                        <w:t>TP1</w:t>
                      </w:r>
                    </w:p>
                  </w:txbxContent>
                </v:textbox>
              </v:shape>
            </w:pict>
          </mc:Fallback>
        </mc:AlternateContent>
      </w:r>
      <w:r w:rsidRPr="0081455A">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3670CDB" wp14:editId="00943E1D">
                <wp:simplePos x="0" y="0"/>
                <wp:positionH relativeFrom="column">
                  <wp:posOffset>303530</wp:posOffset>
                </wp:positionH>
                <wp:positionV relativeFrom="paragraph">
                  <wp:posOffset>320040</wp:posOffset>
                </wp:positionV>
                <wp:extent cx="5754370" cy="414020"/>
                <wp:effectExtent l="0" t="0" r="17780" b="24130"/>
                <wp:wrapNone/>
                <wp:docPr id="2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4370" cy="414020"/>
                        </a:xfrm>
                        <a:custGeom>
                          <a:avLst/>
                          <a:gdLst>
                            <a:gd name="T0" fmla="*/ 47 w 9062"/>
                            <a:gd name="T1" fmla="*/ 532 h 652"/>
                            <a:gd name="T2" fmla="*/ 137 w 9062"/>
                            <a:gd name="T3" fmla="*/ 517 h 652"/>
                            <a:gd name="T4" fmla="*/ 872 w 9062"/>
                            <a:gd name="T5" fmla="*/ 352 h 652"/>
                            <a:gd name="T6" fmla="*/ 3092 w 9062"/>
                            <a:gd name="T7" fmla="*/ 622 h 652"/>
                            <a:gd name="T8" fmla="*/ 4907 w 9062"/>
                            <a:gd name="T9" fmla="*/ 337 h 652"/>
                            <a:gd name="T10" fmla="*/ 7637 w 9062"/>
                            <a:gd name="T11" fmla="*/ 52 h 652"/>
                            <a:gd name="T12" fmla="*/ 9062 w 9062"/>
                            <a:gd name="T13" fmla="*/ 652 h 652"/>
                          </a:gdLst>
                          <a:ahLst/>
                          <a:cxnLst>
                            <a:cxn ang="0">
                              <a:pos x="T0" y="T1"/>
                            </a:cxn>
                            <a:cxn ang="0">
                              <a:pos x="T2" y="T3"/>
                            </a:cxn>
                            <a:cxn ang="0">
                              <a:pos x="T4" y="T5"/>
                            </a:cxn>
                            <a:cxn ang="0">
                              <a:pos x="T6" y="T7"/>
                            </a:cxn>
                            <a:cxn ang="0">
                              <a:pos x="T8" y="T9"/>
                            </a:cxn>
                            <a:cxn ang="0">
                              <a:pos x="T10" y="T11"/>
                            </a:cxn>
                            <a:cxn ang="0">
                              <a:pos x="T12" y="T13"/>
                            </a:cxn>
                          </a:cxnLst>
                          <a:rect l="0" t="0" r="r" b="b"/>
                          <a:pathLst>
                            <a:path w="9062" h="652">
                              <a:moveTo>
                                <a:pt x="47" y="532"/>
                              </a:moveTo>
                              <a:cubicBezTo>
                                <a:pt x="23" y="539"/>
                                <a:pt x="0" y="547"/>
                                <a:pt x="137" y="517"/>
                              </a:cubicBezTo>
                              <a:cubicBezTo>
                                <a:pt x="274" y="487"/>
                                <a:pt x="380" y="334"/>
                                <a:pt x="872" y="352"/>
                              </a:cubicBezTo>
                              <a:cubicBezTo>
                                <a:pt x="1364" y="370"/>
                                <a:pt x="2420" y="624"/>
                                <a:pt x="3092" y="622"/>
                              </a:cubicBezTo>
                              <a:cubicBezTo>
                                <a:pt x="3764" y="620"/>
                                <a:pt x="4150" y="432"/>
                                <a:pt x="4907" y="337"/>
                              </a:cubicBezTo>
                              <a:cubicBezTo>
                                <a:pt x="5664" y="242"/>
                                <a:pt x="6945" y="0"/>
                                <a:pt x="7637" y="52"/>
                              </a:cubicBezTo>
                              <a:cubicBezTo>
                                <a:pt x="8329" y="104"/>
                                <a:pt x="8695" y="378"/>
                                <a:pt x="9062" y="6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0F0F6" id="Freeform 24" o:spid="_x0000_s1026" style="position:absolute;margin-left:23.9pt;margin-top:25.2pt;width:453.1pt;height:3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6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" path="m47,532c23,539,,547,137,517,274,487,380,334,872,352v492,18,1548,272,2220,270c3764,620,4150,432,4907,337,5664,242,6945,,7637,52v692,52,1058,326,1425,600e" filled="f">
                <v:path arrowok="t" o:connecttype="custom" o:connectlocs="29845,337820;86995,328295;553720,223520;1963420,394970;3115945,213995;4849495,33020;5754370,414020" o:connectangles="0,0,0,0,0,0,0"/>
              </v:shape>
            </w:pict>
          </mc:Fallback>
        </mc:AlternateContent>
      </w:r>
      <w:r w:rsidRPr="0081455A">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36526A4" wp14:editId="7AE1B9B4">
                <wp:simplePos x="0" y="0"/>
                <wp:positionH relativeFrom="column">
                  <wp:posOffset>303530</wp:posOffset>
                </wp:positionH>
                <wp:positionV relativeFrom="paragraph">
                  <wp:posOffset>215265</wp:posOffset>
                </wp:positionV>
                <wp:extent cx="5754370" cy="414020"/>
                <wp:effectExtent l="0" t="0" r="17780" b="24130"/>
                <wp:wrapNone/>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4370" cy="414020"/>
                        </a:xfrm>
                        <a:custGeom>
                          <a:avLst/>
                          <a:gdLst>
                            <a:gd name="T0" fmla="*/ 47 w 9062"/>
                            <a:gd name="T1" fmla="*/ 532 h 652"/>
                            <a:gd name="T2" fmla="*/ 137 w 9062"/>
                            <a:gd name="T3" fmla="*/ 517 h 652"/>
                            <a:gd name="T4" fmla="*/ 872 w 9062"/>
                            <a:gd name="T5" fmla="*/ 352 h 652"/>
                            <a:gd name="T6" fmla="*/ 3092 w 9062"/>
                            <a:gd name="T7" fmla="*/ 622 h 652"/>
                            <a:gd name="T8" fmla="*/ 4907 w 9062"/>
                            <a:gd name="T9" fmla="*/ 337 h 652"/>
                            <a:gd name="T10" fmla="*/ 7637 w 9062"/>
                            <a:gd name="T11" fmla="*/ 52 h 652"/>
                            <a:gd name="T12" fmla="*/ 9062 w 9062"/>
                            <a:gd name="T13" fmla="*/ 652 h 652"/>
                          </a:gdLst>
                          <a:ahLst/>
                          <a:cxnLst>
                            <a:cxn ang="0">
                              <a:pos x="T0" y="T1"/>
                            </a:cxn>
                            <a:cxn ang="0">
                              <a:pos x="T2" y="T3"/>
                            </a:cxn>
                            <a:cxn ang="0">
                              <a:pos x="T4" y="T5"/>
                            </a:cxn>
                            <a:cxn ang="0">
                              <a:pos x="T6" y="T7"/>
                            </a:cxn>
                            <a:cxn ang="0">
                              <a:pos x="T8" y="T9"/>
                            </a:cxn>
                            <a:cxn ang="0">
                              <a:pos x="T10" y="T11"/>
                            </a:cxn>
                            <a:cxn ang="0">
                              <a:pos x="T12" y="T13"/>
                            </a:cxn>
                          </a:cxnLst>
                          <a:rect l="0" t="0" r="r" b="b"/>
                          <a:pathLst>
                            <a:path w="9062" h="652">
                              <a:moveTo>
                                <a:pt x="47" y="532"/>
                              </a:moveTo>
                              <a:cubicBezTo>
                                <a:pt x="23" y="539"/>
                                <a:pt x="0" y="547"/>
                                <a:pt x="137" y="517"/>
                              </a:cubicBezTo>
                              <a:cubicBezTo>
                                <a:pt x="274" y="487"/>
                                <a:pt x="380" y="334"/>
                                <a:pt x="872" y="352"/>
                              </a:cubicBezTo>
                              <a:cubicBezTo>
                                <a:pt x="1364" y="370"/>
                                <a:pt x="2420" y="624"/>
                                <a:pt x="3092" y="622"/>
                              </a:cubicBezTo>
                              <a:cubicBezTo>
                                <a:pt x="3764" y="620"/>
                                <a:pt x="4150" y="432"/>
                                <a:pt x="4907" y="337"/>
                              </a:cubicBezTo>
                              <a:cubicBezTo>
                                <a:pt x="5664" y="242"/>
                                <a:pt x="6945" y="0"/>
                                <a:pt x="7637" y="52"/>
                              </a:cubicBezTo>
                              <a:cubicBezTo>
                                <a:pt x="8329" y="104"/>
                                <a:pt x="8695" y="378"/>
                                <a:pt x="9062" y="6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BE53F" id="Freeform 23" o:spid="_x0000_s1026" style="position:absolute;margin-left:23.9pt;margin-top:16.95pt;width:453.1pt;height:3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6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" path="m47,532c23,539,,547,137,517,274,487,380,334,872,352v492,18,1548,272,2220,270c3764,620,4150,432,4907,337,5664,242,6945,,7637,52v692,52,1058,326,1425,600e" filled="f">
                <v:path arrowok="t" o:connecttype="custom" o:connectlocs="29845,337820;86995,328295;553720,223520;1963420,394970;3115945,213995;4849495,33020;5754370,414020" o:connectangles="0,0,0,0,0,0,0"/>
              </v:shape>
            </w:pict>
          </mc:Fallback>
        </mc:AlternateContent>
      </w:r>
      <w:r w:rsidRPr="0081455A">
        <w:rPr>
          <w:rFonts w:ascii="Times New Roman" w:hAnsi="Times New Roman" w:cs="Times New Roman"/>
          <w:b/>
          <w:sz w:val="24"/>
          <w:szCs w:val="24"/>
        </w:rPr>
        <w:tab/>
      </w:r>
      <w:r w:rsidRPr="0081455A">
        <w:rPr>
          <w:rFonts w:ascii="Times New Roman" w:hAnsi="Times New Roman" w:cs="Times New Roman"/>
          <w:b/>
          <w:sz w:val="24"/>
          <w:szCs w:val="24"/>
        </w:rPr>
        <w:tab/>
      </w:r>
      <w:r w:rsidRPr="0081455A">
        <w:rPr>
          <w:rFonts w:ascii="Times New Roman" w:hAnsi="Times New Roman" w:cs="Times New Roman"/>
          <w:b/>
          <w:sz w:val="24"/>
          <w:szCs w:val="24"/>
        </w:rPr>
        <w:tab/>
      </w:r>
      <w:r w:rsidRPr="0081455A">
        <w:rPr>
          <w:rFonts w:ascii="Times New Roman" w:hAnsi="Times New Roman" w:cs="Times New Roman"/>
          <w:b/>
          <w:sz w:val="24"/>
          <w:szCs w:val="24"/>
        </w:rPr>
        <w:tab/>
      </w:r>
      <w:r w:rsidRPr="0081455A">
        <w:rPr>
          <w:rFonts w:ascii="Times New Roman" w:hAnsi="Times New Roman" w:cs="Times New Roman"/>
          <w:b/>
          <w:sz w:val="24"/>
          <w:szCs w:val="24"/>
        </w:rPr>
        <w:tab/>
      </w:r>
      <w:r w:rsidRPr="0081455A">
        <w:rPr>
          <w:rFonts w:ascii="Times New Roman" w:hAnsi="Times New Roman" w:cs="Times New Roman"/>
          <w:b/>
          <w:sz w:val="24"/>
          <w:szCs w:val="24"/>
        </w:rPr>
        <w:tab/>
      </w:r>
      <w:r w:rsidRPr="0081455A">
        <w:rPr>
          <w:rFonts w:ascii="Times New Roman" w:hAnsi="Times New Roman" w:cs="Times New Roman"/>
          <w:b/>
          <w:sz w:val="24"/>
          <w:szCs w:val="24"/>
        </w:rPr>
        <w:tab/>
      </w:r>
      <w:r w:rsidRPr="0081455A">
        <w:rPr>
          <w:rFonts w:ascii="Times New Roman" w:hAnsi="Times New Roman" w:cs="Times New Roman"/>
          <w:b/>
          <w:sz w:val="24"/>
          <w:szCs w:val="24"/>
        </w:rPr>
        <w:tab/>
      </w:r>
    </w:p>
    <w:p w14:paraId="7833D572" w14:textId="2F8D1597" w:rsidR="0081455A" w:rsidRPr="0081455A" w:rsidRDefault="0081455A" w:rsidP="0081455A">
      <w:pPr>
        <w:spacing w:after="0" w:line="480" w:lineRule="auto"/>
        <w:ind w:left="360"/>
        <w:rPr>
          <w:rFonts w:ascii="Times New Roman" w:hAnsi="Times New Roman" w:cs="Times New Roman"/>
          <w:b/>
          <w:sz w:val="24"/>
          <w:szCs w:val="24"/>
        </w:rPr>
      </w:pPr>
      <w:r w:rsidRPr="0081455A">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A884FCC" wp14:editId="2DEB1B8F">
                <wp:simplePos x="0" y="0"/>
                <wp:positionH relativeFrom="column">
                  <wp:posOffset>-38100</wp:posOffset>
                </wp:positionH>
                <wp:positionV relativeFrom="paragraph">
                  <wp:posOffset>135890</wp:posOffset>
                </wp:positionV>
                <wp:extent cx="390525" cy="304800"/>
                <wp:effectExtent l="0" t="0" r="952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CFDF7" w14:textId="77777777" w:rsidR="0081455A" w:rsidRDefault="0081455A" w:rsidP="0081455A">
                            <w:pPr>
                              <w:rPr>
                                <w:rFonts w:ascii="Times New Roman" w:hAnsi="Times New Roman" w:cs="Times New Roman"/>
                                <w:sz w:val="24"/>
                              </w:rPr>
                            </w:pPr>
                            <w:r>
                              <w:rPr>
                                <w:rFonts w:ascii="Times New Roman" w:hAnsi="Times New Roman" w:cs="Times New Roman"/>
                                <w:sz w:val="24"/>
                              </w:rPr>
                              <w:t>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84FCC" id="Text Box 22" o:spid="_x0000_s1105" type="#_x0000_t202" style="position:absolute;left:0;text-align:left;margin-left:-3pt;margin-top:10.7pt;width:30.7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" stroked="f">
                <v:textbox>
                  <w:txbxContent>
                    <w:p w14:paraId="72ACFDF7" w14:textId="77777777" w:rsidR="0081455A" w:rsidRDefault="0081455A" w:rsidP="0081455A">
                      <w:pPr>
                        <w:rPr>
                          <w:rFonts w:ascii="Times New Roman" w:hAnsi="Times New Roman" w:cs="Times New Roman"/>
                          <w:sz w:val="24"/>
                        </w:rPr>
                      </w:pPr>
                      <w:r>
                        <w:rPr>
                          <w:rFonts w:ascii="Times New Roman" w:hAnsi="Times New Roman" w:cs="Times New Roman"/>
                          <w:sz w:val="24"/>
                        </w:rPr>
                        <w:t>CL</w:t>
                      </w:r>
                    </w:p>
                  </w:txbxContent>
                </v:textbox>
              </v:shape>
            </w:pict>
          </mc:Fallback>
        </mc:AlternateContent>
      </w:r>
      <w:r w:rsidRPr="0081455A">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A6A265F" wp14:editId="514B0F54">
                <wp:simplePos x="0" y="0"/>
                <wp:positionH relativeFrom="column">
                  <wp:posOffset>4991100</wp:posOffset>
                </wp:positionH>
                <wp:positionV relativeFrom="paragraph">
                  <wp:posOffset>78740</wp:posOffset>
                </wp:positionV>
                <wp:extent cx="466725" cy="304800"/>
                <wp:effectExtent l="0" t="0" r="952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446A4" w14:textId="77777777" w:rsidR="0081455A" w:rsidRDefault="0081455A" w:rsidP="0081455A">
                            <w:pPr>
                              <w:rPr>
                                <w:rFonts w:ascii="Times New Roman" w:hAnsi="Times New Roman" w:cs="Times New Roman"/>
                                <w:sz w:val="24"/>
                              </w:rPr>
                            </w:pPr>
                            <w:r>
                              <w:rPr>
                                <w:rFonts w:ascii="Times New Roman" w:hAnsi="Times New Roman" w:cs="Times New Roman"/>
                                <w:sz w:val="24"/>
                              </w:rPr>
                              <w:t>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A265F" id="Text Box 21" o:spid="_x0000_s1106" type="#_x0000_t202" style="position:absolute;left:0;text-align:left;margin-left:393pt;margin-top:6.2pt;width:36.7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" stroked="f">
                <v:textbox>
                  <w:txbxContent>
                    <w:p w14:paraId="6BB446A4" w14:textId="77777777" w:rsidR="0081455A" w:rsidRDefault="0081455A" w:rsidP="0081455A">
                      <w:pPr>
                        <w:rPr>
                          <w:rFonts w:ascii="Times New Roman" w:hAnsi="Times New Roman" w:cs="Times New Roman"/>
                          <w:sz w:val="24"/>
                        </w:rPr>
                      </w:pPr>
                      <w:r>
                        <w:rPr>
                          <w:rFonts w:ascii="Times New Roman" w:hAnsi="Times New Roman" w:cs="Times New Roman"/>
                          <w:sz w:val="24"/>
                        </w:rPr>
                        <w:t>TP3</w:t>
                      </w:r>
                    </w:p>
                  </w:txbxContent>
                </v:textbox>
              </v:shape>
            </w:pict>
          </mc:Fallback>
        </mc:AlternateContent>
      </w:r>
    </w:p>
    <w:p w14:paraId="779063A8" w14:textId="77777777" w:rsidR="0081455A" w:rsidRPr="0081455A" w:rsidRDefault="0081455A" w:rsidP="0081455A">
      <w:pPr>
        <w:spacing w:after="0" w:line="480" w:lineRule="auto"/>
        <w:ind w:left="360"/>
        <w:rPr>
          <w:rFonts w:ascii="Times New Roman" w:hAnsi="Times New Roman" w:cs="Times New Roman"/>
          <w:b/>
          <w:sz w:val="24"/>
          <w:szCs w:val="24"/>
        </w:rPr>
      </w:pPr>
    </w:p>
    <w:p w14:paraId="794C1DF0" w14:textId="77777777" w:rsidR="0081455A" w:rsidRPr="0081455A" w:rsidRDefault="0081455A" w:rsidP="0081455A">
      <w:pPr>
        <w:spacing w:after="0" w:line="480" w:lineRule="auto"/>
        <w:ind w:left="360"/>
        <w:rPr>
          <w:rFonts w:ascii="Times New Roman" w:eastAsia="Times New Roman" w:hAnsi="Times New Roman" w:cs="Times New Roman"/>
          <w:b/>
          <w:bCs/>
          <w:sz w:val="24"/>
          <w:szCs w:val="24"/>
        </w:rPr>
      </w:pPr>
      <w:r w:rsidRPr="0081455A">
        <w:rPr>
          <w:rFonts w:ascii="Times New Roman" w:hAnsi="Times New Roman" w:cs="Times New Roman"/>
          <w:b/>
          <w:sz w:val="24"/>
          <w:szCs w:val="24"/>
        </w:rPr>
        <w:t xml:space="preserve">    CH 0+000</w:t>
      </w:r>
      <w:r w:rsidRPr="0081455A">
        <w:rPr>
          <w:rFonts w:ascii="Times New Roman" w:hAnsi="Times New Roman" w:cs="Times New Roman"/>
          <w:b/>
          <w:sz w:val="24"/>
          <w:szCs w:val="24"/>
        </w:rPr>
        <w:tab/>
      </w:r>
      <w:r w:rsidRPr="0081455A">
        <w:rPr>
          <w:rFonts w:ascii="Times New Roman" w:hAnsi="Times New Roman" w:cs="Times New Roman"/>
          <w:b/>
          <w:sz w:val="24"/>
          <w:szCs w:val="24"/>
        </w:rPr>
        <w:tab/>
      </w:r>
      <w:r w:rsidRPr="0081455A">
        <w:rPr>
          <w:rFonts w:ascii="Times New Roman" w:hAnsi="Times New Roman" w:cs="Times New Roman"/>
          <w:b/>
          <w:sz w:val="24"/>
          <w:szCs w:val="24"/>
        </w:rPr>
        <w:tab/>
        <w:t>CH 0+100</w:t>
      </w:r>
      <w:r w:rsidRPr="0081455A">
        <w:rPr>
          <w:rFonts w:ascii="Times New Roman" w:hAnsi="Times New Roman" w:cs="Times New Roman"/>
          <w:b/>
          <w:sz w:val="24"/>
          <w:szCs w:val="24"/>
        </w:rPr>
        <w:tab/>
      </w:r>
      <w:r w:rsidRPr="0081455A">
        <w:rPr>
          <w:rFonts w:ascii="Times New Roman" w:hAnsi="Times New Roman" w:cs="Times New Roman"/>
          <w:b/>
          <w:sz w:val="24"/>
          <w:szCs w:val="24"/>
        </w:rPr>
        <w:tab/>
      </w:r>
      <w:r w:rsidRPr="0081455A">
        <w:rPr>
          <w:rFonts w:ascii="Times New Roman" w:hAnsi="Times New Roman" w:cs="Times New Roman"/>
          <w:b/>
          <w:sz w:val="24"/>
          <w:szCs w:val="24"/>
        </w:rPr>
        <w:tab/>
        <w:t>CH 0+200</w:t>
      </w:r>
      <w:r w:rsidRPr="0081455A">
        <w:rPr>
          <w:rFonts w:ascii="Times New Roman" w:hAnsi="Times New Roman" w:cs="Times New Roman"/>
          <w:b/>
          <w:sz w:val="24"/>
          <w:szCs w:val="24"/>
        </w:rPr>
        <w:tab/>
        <w:t xml:space="preserve">      CH 0+300</w:t>
      </w:r>
      <w:r w:rsidRPr="0081455A">
        <w:rPr>
          <w:rFonts w:ascii="Times New Roman" w:hAnsi="Times New Roman" w:cs="Times New Roman"/>
          <w:b/>
          <w:sz w:val="24"/>
          <w:szCs w:val="24"/>
        </w:rPr>
        <w:tab/>
      </w:r>
    </w:p>
    <w:p w14:paraId="78256E67" w14:textId="77777777" w:rsidR="0081455A" w:rsidRPr="0081455A" w:rsidRDefault="0081455A" w:rsidP="0081455A">
      <w:pPr>
        <w:spacing w:before="100" w:beforeAutospacing="1" w:after="100" w:afterAutospacing="1" w:line="480" w:lineRule="auto"/>
        <w:ind w:left="360"/>
        <w:rPr>
          <w:rFonts w:ascii="Times New Roman" w:eastAsia="Times New Roman" w:hAnsi="Times New Roman" w:cs="Times New Roman"/>
          <w:sz w:val="24"/>
          <w:szCs w:val="24"/>
        </w:rPr>
      </w:pPr>
    </w:p>
    <w:p w14:paraId="4F096D1D" w14:textId="77777777" w:rsidR="0081455A" w:rsidRPr="0081455A" w:rsidRDefault="0081455A" w:rsidP="0081455A">
      <w:pPr>
        <w:tabs>
          <w:tab w:val="left" w:pos="3539"/>
        </w:tabs>
        <w:spacing w:before="100" w:beforeAutospacing="1" w:after="100" w:afterAutospacing="1" w:line="480" w:lineRule="auto"/>
        <w:ind w:left="360"/>
        <w:rPr>
          <w:rFonts w:ascii="Times New Roman" w:eastAsia="Times New Roman" w:hAnsi="Times New Roman" w:cs="Times New Roman"/>
          <w:sz w:val="24"/>
          <w:szCs w:val="24"/>
        </w:rPr>
      </w:pPr>
      <w:r w:rsidRPr="0081455A">
        <w:rPr>
          <w:rFonts w:ascii="Times New Roman" w:eastAsia="Times New Roman" w:hAnsi="Times New Roman" w:cs="Times New Roman"/>
          <w:sz w:val="24"/>
          <w:szCs w:val="24"/>
        </w:rPr>
        <w:tab/>
      </w:r>
    </w:p>
    <w:p w14:paraId="37ABC994" w14:textId="77777777" w:rsidR="0081455A" w:rsidRPr="0081455A" w:rsidRDefault="0081455A" w:rsidP="0081455A">
      <w:pPr>
        <w:tabs>
          <w:tab w:val="left" w:pos="3539"/>
        </w:tabs>
        <w:spacing w:before="100" w:beforeAutospacing="1" w:after="100" w:afterAutospacing="1" w:line="480" w:lineRule="auto"/>
        <w:ind w:left="360"/>
        <w:rPr>
          <w:rFonts w:ascii="Times New Roman" w:eastAsia="Times New Roman" w:hAnsi="Times New Roman" w:cs="Times New Roman"/>
          <w:sz w:val="24"/>
          <w:szCs w:val="24"/>
        </w:rPr>
      </w:pPr>
    </w:p>
    <w:p w14:paraId="5460F6A6" w14:textId="77777777" w:rsidR="0081455A" w:rsidRPr="0081455A" w:rsidRDefault="0081455A" w:rsidP="0081455A">
      <w:pPr>
        <w:tabs>
          <w:tab w:val="left" w:pos="3539"/>
        </w:tabs>
        <w:spacing w:before="100" w:beforeAutospacing="1" w:after="100" w:afterAutospacing="1" w:line="480" w:lineRule="auto"/>
        <w:ind w:left="360"/>
        <w:rPr>
          <w:rFonts w:ascii="Times New Roman" w:eastAsia="Times New Roman" w:hAnsi="Times New Roman" w:cs="Times New Roman"/>
          <w:sz w:val="24"/>
          <w:szCs w:val="24"/>
        </w:rPr>
      </w:pPr>
    </w:p>
    <w:p w14:paraId="26E32DE0" w14:textId="77777777" w:rsidR="0081455A" w:rsidRPr="0081455A" w:rsidRDefault="0081455A" w:rsidP="0081455A">
      <w:pPr>
        <w:tabs>
          <w:tab w:val="left" w:pos="3539"/>
        </w:tabs>
        <w:spacing w:before="100" w:beforeAutospacing="1" w:after="100" w:afterAutospacing="1" w:line="480" w:lineRule="auto"/>
        <w:ind w:left="360"/>
        <w:rPr>
          <w:rFonts w:ascii="Times New Roman" w:eastAsia="Times New Roman" w:hAnsi="Times New Roman" w:cs="Times New Roman"/>
          <w:sz w:val="24"/>
          <w:szCs w:val="24"/>
        </w:rPr>
      </w:pPr>
    </w:p>
    <w:p w14:paraId="7463AF9B" w14:textId="77777777" w:rsidR="0081455A" w:rsidRPr="0081455A" w:rsidRDefault="0081455A" w:rsidP="0081455A">
      <w:pPr>
        <w:tabs>
          <w:tab w:val="left" w:pos="3539"/>
        </w:tabs>
        <w:spacing w:before="100" w:beforeAutospacing="1" w:after="100" w:afterAutospacing="1" w:line="480" w:lineRule="auto"/>
        <w:ind w:left="360"/>
        <w:rPr>
          <w:rFonts w:ascii="Times New Roman" w:eastAsia="Times New Roman" w:hAnsi="Times New Roman" w:cs="Times New Roman"/>
          <w:sz w:val="24"/>
          <w:szCs w:val="24"/>
        </w:rPr>
      </w:pPr>
    </w:p>
    <w:p w14:paraId="2F54C738" w14:textId="77777777" w:rsidR="0081455A" w:rsidRDefault="0081455A" w:rsidP="0081455A">
      <w:pPr>
        <w:tabs>
          <w:tab w:val="left" w:pos="3539"/>
        </w:tabs>
        <w:spacing w:before="100" w:beforeAutospacing="1" w:after="100" w:afterAutospacing="1" w:line="480" w:lineRule="auto"/>
        <w:ind w:left="360"/>
        <w:rPr>
          <w:rFonts w:ascii="Times New Roman" w:eastAsia="Times New Roman" w:hAnsi="Times New Roman" w:cs="Times New Roman"/>
          <w:sz w:val="24"/>
          <w:szCs w:val="24"/>
        </w:rPr>
      </w:pPr>
    </w:p>
    <w:p w14:paraId="1E599F20" w14:textId="77777777" w:rsidR="0081455A" w:rsidRDefault="0081455A" w:rsidP="0081455A">
      <w:pPr>
        <w:tabs>
          <w:tab w:val="left" w:pos="3539"/>
        </w:tabs>
        <w:spacing w:before="100" w:beforeAutospacing="1" w:after="100" w:afterAutospacing="1" w:line="480" w:lineRule="auto"/>
        <w:ind w:left="360"/>
        <w:rPr>
          <w:rFonts w:ascii="Times New Roman" w:eastAsia="Times New Roman" w:hAnsi="Times New Roman" w:cs="Times New Roman"/>
          <w:sz w:val="24"/>
          <w:szCs w:val="24"/>
        </w:rPr>
      </w:pPr>
    </w:p>
    <w:p w14:paraId="6F3A416D" w14:textId="77777777" w:rsidR="0081455A" w:rsidRDefault="0081455A" w:rsidP="0081455A">
      <w:pPr>
        <w:tabs>
          <w:tab w:val="left" w:pos="3539"/>
        </w:tabs>
        <w:spacing w:before="100" w:beforeAutospacing="1" w:after="100" w:afterAutospacing="1" w:line="480" w:lineRule="auto"/>
        <w:ind w:left="360"/>
        <w:rPr>
          <w:rFonts w:ascii="Times New Roman" w:eastAsia="Times New Roman" w:hAnsi="Times New Roman" w:cs="Times New Roman"/>
          <w:sz w:val="24"/>
          <w:szCs w:val="24"/>
        </w:rPr>
      </w:pPr>
    </w:p>
    <w:p w14:paraId="28ECD248" w14:textId="77777777" w:rsidR="0081455A" w:rsidRDefault="0081455A" w:rsidP="0081455A">
      <w:pPr>
        <w:tabs>
          <w:tab w:val="left" w:pos="3539"/>
        </w:tabs>
        <w:spacing w:before="100" w:beforeAutospacing="1" w:after="100" w:afterAutospacing="1" w:line="480" w:lineRule="auto"/>
        <w:ind w:left="360"/>
        <w:rPr>
          <w:rFonts w:ascii="Times New Roman" w:eastAsia="Times New Roman" w:hAnsi="Times New Roman" w:cs="Times New Roman"/>
          <w:sz w:val="24"/>
          <w:szCs w:val="24"/>
        </w:rPr>
      </w:pPr>
    </w:p>
    <w:p w14:paraId="204BEC59" w14:textId="77777777" w:rsidR="0081455A" w:rsidRDefault="0081455A" w:rsidP="0081455A">
      <w:pPr>
        <w:tabs>
          <w:tab w:val="left" w:pos="3539"/>
        </w:tabs>
        <w:spacing w:before="100" w:beforeAutospacing="1" w:after="100" w:afterAutospacing="1" w:line="480" w:lineRule="auto"/>
        <w:ind w:left="360"/>
        <w:rPr>
          <w:rFonts w:ascii="Times New Roman" w:eastAsia="Times New Roman" w:hAnsi="Times New Roman" w:cs="Times New Roman"/>
          <w:sz w:val="24"/>
          <w:szCs w:val="24"/>
        </w:rPr>
      </w:pPr>
    </w:p>
    <w:p w14:paraId="1BB6E428" w14:textId="77777777" w:rsidR="0081455A" w:rsidRDefault="0081455A" w:rsidP="0081455A">
      <w:pPr>
        <w:tabs>
          <w:tab w:val="left" w:pos="3539"/>
        </w:tabs>
        <w:spacing w:before="100" w:beforeAutospacing="1" w:after="100" w:afterAutospacing="1" w:line="480" w:lineRule="auto"/>
        <w:ind w:left="360"/>
        <w:rPr>
          <w:rFonts w:ascii="Times New Roman" w:eastAsia="Times New Roman" w:hAnsi="Times New Roman" w:cs="Times New Roman"/>
          <w:sz w:val="24"/>
          <w:szCs w:val="24"/>
        </w:rPr>
      </w:pPr>
    </w:p>
    <w:p w14:paraId="525B937E" w14:textId="77777777" w:rsidR="0081455A" w:rsidRDefault="0081455A" w:rsidP="0081455A">
      <w:pPr>
        <w:tabs>
          <w:tab w:val="left" w:pos="3539"/>
        </w:tabs>
        <w:spacing w:before="100" w:beforeAutospacing="1" w:after="100" w:afterAutospacing="1" w:line="480" w:lineRule="auto"/>
        <w:ind w:left="360"/>
        <w:rPr>
          <w:rFonts w:ascii="Times New Roman" w:eastAsia="Times New Roman" w:hAnsi="Times New Roman" w:cs="Times New Roman"/>
          <w:sz w:val="24"/>
          <w:szCs w:val="24"/>
        </w:rPr>
      </w:pPr>
    </w:p>
    <w:p w14:paraId="1E36351F" w14:textId="77777777" w:rsidR="0081455A" w:rsidRDefault="0081455A" w:rsidP="0081455A">
      <w:pPr>
        <w:tabs>
          <w:tab w:val="left" w:pos="3539"/>
        </w:tabs>
        <w:spacing w:before="100" w:beforeAutospacing="1" w:after="100" w:afterAutospacing="1" w:line="480" w:lineRule="auto"/>
        <w:ind w:left="360"/>
        <w:rPr>
          <w:rFonts w:ascii="Times New Roman" w:eastAsia="Times New Roman" w:hAnsi="Times New Roman" w:cs="Times New Roman"/>
          <w:sz w:val="24"/>
          <w:szCs w:val="24"/>
        </w:rPr>
      </w:pPr>
    </w:p>
    <w:p w14:paraId="20A0B2C4" w14:textId="77777777" w:rsidR="0081455A" w:rsidRDefault="0081455A" w:rsidP="0081455A">
      <w:pPr>
        <w:tabs>
          <w:tab w:val="left" w:pos="3539"/>
        </w:tabs>
        <w:spacing w:before="100" w:beforeAutospacing="1" w:after="100" w:afterAutospacing="1" w:line="480" w:lineRule="auto"/>
        <w:ind w:left="360"/>
        <w:rPr>
          <w:rFonts w:ascii="Times New Roman" w:eastAsia="Times New Roman" w:hAnsi="Times New Roman" w:cs="Times New Roman"/>
          <w:sz w:val="24"/>
          <w:szCs w:val="24"/>
        </w:rPr>
      </w:pPr>
    </w:p>
    <w:p w14:paraId="4FF6CE23" w14:textId="77777777" w:rsidR="0081455A" w:rsidRPr="0081455A" w:rsidRDefault="0081455A" w:rsidP="0081455A">
      <w:pPr>
        <w:tabs>
          <w:tab w:val="left" w:pos="3539"/>
        </w:tabs>
        <w:spacing w:before="100" w:beforeAutospacing="1" w:after="100" w:afterAutospacing="1" w:line="480" w:lineRule="auto"/>
        <w:ind w:left="360"/>
        <w:rPr>
          <w:rFonts w:ascii="Times New Roman" w:eastAsia="Times New Roman" w:hAnsi="Times New Roman" w:cs="Times New Roman"/>
          <w:sz w:val="24"/>
          <w:szCs w:val="24"/>
        </w:rPr>
      </w:pPr>
    </w:p>
    <w:p w14:paraId="626B7733" w14:textId="77777777" w:rsidR="0081455A" w:rsidRPr="0081455A" w:rsidRDefault="0081455A" w:rsidP="0081455A">
      <w:pPr>
        <w:spacing w:before="100" w:beforeAutospacing="1" w:after="100" w:afterAutospacing="1" w:line="480" w:lineRule="auto"/>
        <w:ind w:left="360"/>
        <w:jc w:val="center"/>
        <w:rPr>
          <w:rFonts w:ascii="Times New Roman" w:eastAsia="Times New Roman" w:hAnsi="Times New Roman" w:cs="Times New Roman"/>
          <w:b/>
          <w:sz w:val="24"/>
          <w:szCs w:val="24"/>
        </w:rPr>
      </w:pPr>
      <w:r w:rsidRPr="0081455A">
        <w:rPr>
          <w:rFonts w:ascii="Times New Roman" w:eastAsia="Times New Roman" w:hAnsi="Times New Roman" w:cs="Times New Roman"/>
          <w:b/>
          <w:sz w:val="24"/>
          <w:szCs w:val="24"/>
        </w:rPr>
        <w:t>CHAPTER FOUR</w:t>
      </w:r>
    </w:p>
    <w:p w14:paraId="4FC8C0C9" w14:textId="77777777" w:rsidR="0081455A" w:rsidRPr="0081455A" w:rsidRDefault="0081455A" w:rsidP="0081455A">
      <w:pPr>
        <w:spacing w:before="100" w:beforeAutospacing="1" w:after="100" w:afterAutospacing="1" w:line="480" w:lineRule="auto"/>
        <w:rPr>
          <w:rFonts w:ascii="Times New Roman" w:eastAsia="Times New Roman" w:hAnsi="Times New Roman" w:cs="Times New Roman"/>
          <w:b/>
          <w:sz w:val="24"/>
          <w:szCs w:val="24"/>
        </w:rPr>
      </w:pPr>
      <w:r w:rsidRPr="0081455A">
        <w:rPr>
          <w:rFonts w:ascii="Times New Roman" w:eastAsia="Times New Roman" w:hAnsi="Times New Roman" w:cs="Times New Roman"/>
          <w:b/>
          <w:sz w:val="24"/>
          <w:szCs w:val="24"/>
        </w:rPr>
        <w:t>4.0</w:t>
      </w:r>
      <w:r w:rsidRPr="0081455A">
        <w:rPr>
          <w:rFonts w:ascii="Times New Roman" w:eastAsia="Times New Roman" w:hAnsi="Times New Roman" w:cs="Times New Roman"/>
          <w:b/>
          <w:sz w:val="24"/>
          <w:szCs w:val="24"/>
        </w:rPr>
        <w:tab/>
        <w:t>DATA PROCESSING</w:t>
      </w:r>
    </w:p>
    <w:p w14:paraId="6398B004" w14:textId="77777777" w:rsidR="0081455A" w:rsidRPr="0081455A" w:rsidRDefault="0081455A" w:rsidP="0081455A">
      <w:pPr>
        <w:spacing w:before="100" w:beforeAutospacing="1" w:after="100" w:afterAutospacing="1" w:line="480" w:lineRule="auto"/>
        <w:ind w:left="720" w:firstLine="720"/>
        <w:rPr>
          <w:rFonts w:ascii="Times New Roman" w:eastAsia="Times New Roman" w:hAnsi="Times New Roman" w:cs="Times New Roman"/>
          <w:b/>
          <w:sz w:val="24"/>
          <w:szCs w:val="24"/>
        </w:rPr>
      </w:pPr>
      <w:r w:rsidRPr="0081455A">
        <w:rPr>
          <w:rFonts w:ascii="Times New Roman" w:hAnsi="Times New Roman" w:cs="Times New Roman"/>
          <w:sz w:val="24"/>
          <w:szCs w:val="24"/>
        </w:rPr>
        <w:t>The data processing follows immediately after the completion of the data acquisition and the selected software from the chapter three. This involved the methods used in downloading / retrieving, sorting and analyzing of acquired data (field data). Here the data downloaded was processed into information using appropriate methods and software. The steps involved are as follows;</w:t>
      </w:r>
    </w:p>
    <w:p w14:paraId="73A570DA" w14:textId="77777777" w:rsidR="0081455A" w:rsidRPr="0081455A" w:rsidRDefault="0081455A" w:rsidP="0081455A">
      <w:pPr>
        <w:spacing w:after="0" w:line="480" w:lineRule="auto"/>
        <w:ind w:left="720" w:hanging="720"/>
        <w:rPr>
          <w:rFonts w:ascii="Times New Roman" w:hAnsi="Times New Roman" w:cs="Times New Roman"/>
          <w:b/>
          <w:sz w:val="24"/>
          <w:szCs w:val="24"/>
        </w:rPr>
      </w:pPr>
      <w:r w:rsidRPr="0081455A">
        <w:rPr>
          <w:rFonts w:ascii="Times New Roman" w:hAnsi="Times New Roman" w:cs="Times New Roman"/>
          <w:b/>
          <w:sz w:val="24"/>
          <w:szCs w:val="24"/>
        </w:rPr>
        <w:t>4.1</w:t>
      </w:r>
      <w:r w:rsidRPr="0081455A">
        <w:rPr>
          <w:rFonts w:ascii="Times New Roman" w:hAnsi="Times New Roman" w:cs="Times New Roman"/>
          <w:b/>
          <w:sz w:val="24"/>
          <w:szCs w:val="24"/>
        </w:rPr>
        <w:tab/>
        <w:t>DATA DOWNLOADING (CX- TOTAL STATION)</w:t>
      </w:r>
    </w:p>
    <w:p w14:paraId="2CE74E83" w14:textId="77777777" w:rsidR="0081455A" w:rsidRPr="0081455A" w:rsidRDefault="0081455A" w:rsidP="0081455A">
      <w:pPr>
        <w:spacing w:after="0" w:line="480" w:lineRule="auto"/>
        <w:ind w:left="720" w:hanging="720"/>
        <w:rPr>
          <w:rFonts w:ascii="Times New Roman" w:hAnsi="Times New Roman" w:cs="Times New Roman"/>
          <w:b/>
          <w:sz w:val="24"/>
          <w:szCs w:val="24"/>
        </w:rPr>
      </w:pPr>
      <w:r w:rsidRPr="0081455A">
        <w:rPr>
          <w:rFonts w:ascii="Times New Roman" w:hAnsi="Times New Roman" w:cs="Times New Roman"/>
          <w:b/>
          <w:sz w:val="24"/>
          <w:szCs w:val="24"/>
        </w:rPr>
        <w:t>4.1.1</w:t>
      </w:r>
      <w:r w:rsidRPr="0081455A">
        <w:rPr>
          <w:rFonts w:ascii="Times New Roman" w:hAnsi="Times New Roman" w:cs="Times New Roman"/>
          <w:b/>
          <w:sz w:val="24"/>
          <w:szCs w:val="24"/>
        </w:rPr>
        <w:tab/>
        <w:t>DOWNLOADING PROCEDURE</w:t>
      </w:r>
    </w:p>
    <w:p w14:paraId="40BBC00C" w14:textId="77777777" w:rsidR="0081455A" w:rsidRPr="0081455A" w:rsidRDefault="0081455A" w:rsidP="0081455A">
      <w:pPr>
        <w:spacing w:after="0" w:line="480" w:lineRule="auto"/>
        <w:ind w:left="720" w:firstLine="720"/>
        <w:rPr>
          <w:rFonts w:ascii="Times New Roman" w:hAnsi="Times New Roman" w:cs="Times New Roman"/>
          <w:sz w:val="24"/>
          <w:szCs w:val="24"/>
        </w:rPr>
      </w:pPr>
      <w:r w:rsidRPr="0081455A">
        <w:rPr>
          <w:rFonts w:ascii="Times New Roman" w:hAnsi="Times New Roman" w:cs="Times New Roman"/>
          <w:sz w:val="24"/>
          <w:szCs w:val="24"/>
        </w:rPr>
        <w:t xml:space="preserve">The data were transferred from the Total station to the SD Card via the SD card Slotted in into Total Station and later downloaded into the computer using </w:t>
      </w:r>
      <w:proofErr w:type="spellStart"/>
      <w:r w:rsidRPr="0081455A">
        <w:rPr>
          <w:rFonts w:ascii="Times New Roman" w:hAnsi="Times New Roman" w:cs="Times New Roman"/>
          <w:sz w:val="24"/>
          <w:szCs w:val="24"/>
        </w:rPr>
        <w:t>Ts</w:t>
      </w:r>
      <w:proofErr w:type="spellEnd"/>
      <w:r w:rsidRPr="0081455A">
        <w:rPr>
          <w:rFonts w:ascii="Times New Roman" w:hAnsi="Times New Roman" w:cs="Times New Roman"/>
          <w:sz w:val="24"/>
          <w:szCs w:val="24"/>
        </w:rPr>
        <w:t>-Link Sokkia (CX105) Total Station software.</w:t>
      </w:r>
    </w:p>
    <w:p w14:paraId="7DC358A2" w14:textId="77777777" w:rsidR="0081455A" w:rsidRPr="0081455A" w:rsidRDefault="0081455A" w:rsidP="0081455A">
      <w:pPr>
        <w:spacing w:after="0" w:line="480" w:lineRule="auto"/>
        <w:ind w:left="720" w:firstLine="720"/>
        <w:rPr>
          <w:rFonts w:ascii="Times New Roman" w:hAnsi="Times New Roman" w:cs="Times New Roman"/>
          <w:sz w:val="24"/>
          <w:szCs w:val="24"/>
        </w:rPr>
      </w:pPr>
      <w:r w:rsidRPr="0081455A">
        <w:rPr>
          <w:rFonts w:ascii="Times New Roman" w:hAnsi="Times New Roman" w:cs="Times New Roman"/>
          <w:sz w:val="24"/>
          <w:szCs w:val="24"/>
        </w:rPr>
        <w:t>The following procedure was followed during the downloading from the Total Station to the computer;</w:t>
      </w:r>
    </w:p>
    <w:p w14:paraId="4A2C3B9B" w14:textId="77777777" w:rsidR="0081455A" w:rsidRPr="0081455A" w:rsidRDefault="0081455A" w:rsidP="0081455A">
      <w:pPr>
        <w:spacing w:after="0" w:line="480" w:lineRule="auto"/>
        <w:ind w:left="720"/>
        <w:rPr>
          <w:rFonts w:ascii="Times New Roman" w:hAnsi="Times New Roman" w:cs="Times New Roman"/>
          <w:b/>
          <w:sz w:val="24"/>
          <w:szCs w:val="24"/>
        </w:rPr>
      </w:pPr>
      <w:r w:rsidRPr="0081455A">
        <w:rPr>
          <w:rFonts w:ascii="Times New Roman" w:hAnsi="Times New Roman" w:cs="Times New Roman"/>
          <w:sz w:val="24"/>
          <w:szCs w:val="24"/>
        </w:rPr>
        <w:t xml:space="preserve">The SD card was Slot in into the Total Station and the instrument was powered on. The job “Route” was selected from the list of JOBS to be downloaded then transfer to the SD Card following the steps below </w:t>
      </w:r>
    </w:p>
    <w:p w14:paraId="1DF793C9"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w:t>
      </w:r>
      <w:r w:rsidRPr="0081455A">
        <w:rPr>
          <w:rFonts w:ascii="Times New Roman" w:hAnsi="Times New Roman" w:cs="Times New Roman"/>
          <w:sz w:val="24"/>
          <w:szCs w:val="24"/>
        </w:rPr>
        <w:tab/>
        <w:t xml:space="preserve">click on F4 which means transfer </w:t>
      </w:r>
    </w:p>
    <w:p w14:paraId="3DED3DC4"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w:t>
      </w:r>
      <w:r w:rsidRPr="0081455A">
        <w:rPr>
          <w:rFonts w:ascii="Times New Roman" w:hAnsi="Times New Roman" w:cs="Times New Roman"/>
          <w:sz w:val="24"/>
          <w:szCs w:val="24"/>
        </w:rPr>
        <w:tab/>
        <w:t xml:space="preserve">The following option displayed on the total station screen </w:t>
      </w:r>
    </w:p>
    <w:p w14:paraId="51676770" w14:textId="77777777" w:rsidR="0081455A" w:rsidRPr="0081455A" w:rsidRDefault="0081455A" w:rsidP="00585E09">
      <w:pPr>
        <w:pStyle w:val="ListParagraph"/>
        <w:widowControl w:val="0"/>
        <w:numPr>
          <w:ilvl w:val="0"/>
          <w:numId w:val="11"/>
        </w:numPr>
        <w:autoSpaceDE w:val="0"/>
        <w:autoSpaceDN w:val="0"/>
        <w:adjustRightInd w:val="0"/>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Comm. sends data </w:t>
      </w:r>
    </w:p>
    <w:p w14:paraId="06F8085C" w14:textId="77777777" w:rsidR="0081455A" w:rsidRPr="0081455A" w:rsidRDefault="0081455A" w:rsidP="00585E09">
      <w:pPr>
        <w:pStyle w:val="ListParagraph"/>
        <w:widowControl w:val="0"/>
        <w:numPr>
          <w:ilvl w:val="0"/>
          <w:numId w:val="11"/>
        </w:numPr>
        <w:autoSpaceDE w:val="0"/>
        <w:autoSpaceDN w:val="0"/>
        <w:adjustRightInd w:val="0"/>
        <w:spacing w:after="0" w:line="480" w:lineRule="auto"/>
        <w:rPr>
          <w:rFonts w:ascii="Times New Roman" w:hAnsi="Times New Roman" w:cs="Times New Roman"/>
          <w:sz w:val="24"/>
          <w:szCs w:val="24"/>
        </w:rPr>
      </w:pPr>
      <w:r w:rsidRPr="0081455A">
        <w:rPr>
          <w:rFonts w:ascii="Times New Roman" w:hAnsi="Times New Roman" w:cs="Times New Roman"/>
          <w:sz w:val="24"/>
          <w:szCs w:val="24"/>
        </w:rPr>
        <w:t>Comm. receive data</w:t>
      </w:r>
    </w:p>
    <w:p w14:paraId="74656EA3" w14:textId="77777777" w:rsidR="0081455A" w:rsidRPr="0081455A" w:rsidRDefault="0081455A" w:rsidP="00585E09">
      <w:pPr>
        <w:pStyle w:val="ListParagraph"/>
        <w:widowControl w:val="0"/>
        <w:numPr>
          <w:ilvl w:val="0"/>
          <w:numId w:val="11"/>
        </w:numPr>
        <w:autoSpaceDE w:val="0"/>
        <w:autoSpaceDN w:val="0"/>
        <w:adjustRightInd w:val="0"/>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Comm. setting </w:t>
      </w:r>
    </w:p>
    <w:p w14:paraId="72524C69" w14:textId="77777777" w:rsidR="0081455A" w:rsidRPr="0081455A" w:rsidRDefault="0081455A" w:rsidP="00585E09">
      <w:pPr>
        <w:pStyle w:val="ListParagraph"/>
        <w:widowControl w:val="0"/>
        <w:numPr>
          <w:ilvl w:val="0"/>
          <w:numId w:val="11"/>
        </w:numPr>
        <w:autoSpaceDE w:val="0"/>
        <w:autoSpaceDN w:val="0"/>
        <w:adjustRightInd w:val="0"/>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Memory to S.D card </w:t>
      </w:r>
    </w:p>
    <w:p w14:paraId="5A4A593F" w14:textId="77777777" w:rsidR="0081455A" w:rsidRPr="0081455A" w:rsidRDefault="0081455A" w:rsidP="00585E09">
      <w:pPr>
        <w:pStyle w:val="ListParagraph"/>
        <w:widowControl w:val="0"/>
        <w:numPr>
          <w:ilvl w:val="0"/>
          <w:numId w:val="11"/>
        </w:numPr>
        <w:autoSpaceDE w:val="0"/>
        <w:autoSpaceDN w:val="0"/>
        <w:adjustRightInd w:val="0"/>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S.D card to memory </w:t>
      </w:r>
    </w:p>
    <w:p w14:paraId="714E9E86" w14:textId="77777777" w:rsidR="0081455A" w:rsidRPr="0081455A" w:rsidRDefault="0081455A" w:rsidP="00585E09">
      <w:pPr>
        <w:pStyle w:val="ListParagraph"/>
        <w:widowControl w:val="0"/>
        <w:numPr>
          <w:ilvl w:val="0"/>
          <w:numId w:val="11"/>
        </w:numPr>
        <w:autoSpaceDE w:val="0"/>
        <w:autoSpaceDN w:val="0"/>
        <w:adjustRightInd w:val="0"/>
        <w:spacing w:after="0" w:line="480" w:lineRule="auto"/>
        <w:rPr>
          <w:rFonts w:ascii="Times New Roman" w:hAnsi="Times New Roman" w:cs="Times New Roman"/>
          <w:sz w:val="24"/>
          <w:szCs w:val="24"/>
        </w:rPr>
      </w:pPr>
      <w:r w:rsidRPr="0081455A">
        <w:rPr>
          <w:rFonts w:ascii="Times New Roman" w:hAnsi="Times New Roman" w:cs="Times New Roman"/>
          <w:sz w:val="24"/>
          <w:szCs w:val="24"/>
        </w:rPr>
        <w:lastRenderedPageBreak/>
        <w:t xml:space="preserve">S.D card to file manager </w:t>
      </w:r>
    </w:p>
    <w:p w14:paraId="7024764F" w14:textId="77777777" w:rsidR="0081455A" w:rsidRPr="0081455A" w:rsidRDefault="0081455A" w:rsidP="0081455A">
      <w:pPr>
        <w:spacing w:after="0" w:line="480" w:lineRule="auto"/>
        <w:ind w:left="720" w:hanging="360"/>
        <w:rPr>
          <w:rFonts w:ascii="Times New Roman" w:hAnsi="Times New Roman" w:cs="Times New Roman"/>
          <w:sz w:val="24"/>
          <w:szCs w:val="24"/>
        </w:rPr>
      </w:pPr>
      <w:r w:rsidRPr="0081455A">
        <w:rPr>
          <w:rFonts w:ascii="Times New Roman" w:hAnsi="Times New Roman" w:cs="Times New Roman"/>
          <w:sz w:val="24"/>
          <w:szCs w:val="24"/>
        </w:rPr>
        <w:t>-</w:t>
      </w:r>
      <w:r w:rsidRPr="0081455A">
        <w:rPr>
          <w:rFonts w:ascii="Times New Roman" w:hAnsi="Times New Roman" w:cs="Times New Roman"/>
          <w:sz w:val="24"/>
          <w:szCs w:val="24"/>
        </w:rPr>
        <w:tab/>
        <w:t>Then the fourth (4th) option is selected since we are moving the job “Route” from Instrument memory to SD card</w:t>
      </w:r>
    </w:p>
    <w:p w14:paraId="41DBA9D0" w14:textId="77777777" w:rsidR="0081455A" w:rsidRPr="0081455A" w:rsidRDefault="0081455A" w:rsidP="0081455A">
      <w:pPr>
        <w:spacing w:after="0" w:line="480" w:lineRule="auto"/>
        <w:ind w:firstLine="360"/>
        <w:rPr>
          <w:rFonts w:ascii="Times New Roman" w:hAnsi="Times New Roman" w:cs="Times New Roman"/>
          <w:sz w:val="24"/>
          <w:szCs w:val="24"/>
        </w:rPr>
      </w:pPr>
      <w:r w:rsidRPr="0081455A">
        <w:rPr>
          <w:rFonts w:ascii="Times New Roman" w:hAnsi="Times New Roman" w:cs="Times New Roman"/>
          <w:sz w:val="24"/>
          <w:szCs w:val="24"/>
        </w:rPr>
        <w:t>-</w:t>
      </w:r>
      <w:r w:rsidRPr="0081455A">
        <w:rPr>
          <w:rFonts w:ascii="Times New Roman" w:hAnsi="Times New Roman" w:cs="Times New Roman"/>
          <w:sz w:val="24"/>
          <w:szCs w:val="24"/>
        </w:rPr>
        <w:tab/>
        <w:t>Then press ok</w:t>
      </w:r>
    </w:p>
    <w:p w14:paraId="230E66CF" w14:textId="77777777" w:rsidR="0081455A" w:rsidRPr="0081455A" w:rsidRDefault="0081455A" w:rsidP="0081455A">
      <w:pPr>
        <w:spacing w:after="0" w:line="480" w:lineRule="auto"/>
        <w:ind w:firstLine="360"/>
        <w:rPr>
          <w:rFonts w:ascii="Times New Roman" w:hAnsi="Times New Roman" w:cs="Times New Roman"/>
          <w:sz w:val="24"/>
          <w:szCs w:val="24"/>
        </w:rPr>
      </w:pPr>
      <w:r w:rsidRPr="0081455A">
        <w:rPr>
          <w:rFonts w:ascii="Times New Roman" w:hAnsi="Times New Roman" w:cs="Times New Roman"/>
          <w:sz w:val="24"/>
          <w:szCs w:val="24"/>
        </w:rPr>
        <w:t>-</w:t>
      </w:r>
      <w:r w:rsidRPr="0081455A">
        <w:rPr>
          <w:rFonts w:ascii="Times New Roman" w:hAnsi="Times New Roman" w:cs="Times New Roman"/>
          <w:sz w:val="24"/>
          <w:szCs w:val="24"/>
        </w:rPr>
        <w:tab/>
        <w:t>Click on F1 to create a new file</w:t>
      </w:r>
    </w:p>
    <w:p w14:paraId="7A8AC94B" w14:textId="77777777" w:rsidR="0081455A" w:rsidRPr="0081455A" w:rsidRDefault="0081455A" w:rsidP="0081455A">
      <w:pPr>
        <w:spacing w:after="0" w:line="480" w:lineRule="auto"/>
        <w:ind w:firstLine="360"/>
        <w:rPr>
          <w:rFonts w:ascii="Times New Roman" w:hAnsi="Times New Roman" w:cs="Times New Roman"/>
          <w:sz w:val="24"/>
          <w:szCs w:val="24"/>
        </w:rPr>
      </w:pPr>
      <w:r w:rsidRPr="0081455A">
        <w:rPr>
          <w:rFonts w:ascii="Times New Roman" w:hAnsi="Times New Roman" w:cs="Times New Roman"/>
          <w:sz w:val="24"/>
          <w:szCs w:val="24"/>
        </w:rPr>
        <w:t>-</w:t>
      </w:r>
      <w:r w:rsidRPr="0081455A">
        <w:rPr>
          <w:rFonts w:ascii="Times New Roman" w:hAnsi="Times New Roman" w:cs="Times New Roman"/>
          <w:sz w:val="24"/>
          <w:szCs w:val="24"/>
        </w:rPr>
        <w:tab/>
        <w:t xml:space="preserve">Input the file name and press F5 (ok) </w:t>
      </w:r>
    </w:p>
    <w:p w14:paraId="395947FE" w14:textId="77777777" w:rsidR="0081455A" w:rsidRPr="0081455A" w:rsidRDefault="0081455A" w:rsidP="0081455A">
      <w:pPr>
        <w:spacing w:after="0" w:line="480" w:lineRule="auto"/>
        <w:ind w:left="720" w:hanging="360"/>
        <w:rPr>
          <w:rFonts w:ascii="Times New Roman" w:hAnsi="Times New Roman" w:cs="Times New Roman"/>
          <w:sz w:val="24"/>
          <w:szCs w:val="24"/>
        </w:rPr>
      </w:pPr>
      <w:r w:rsidRPr="0081455A">
        <w:rPr>
          <w:rFonts w:ascii="Times New Roman" w:hAnsi="Times New Roman" w:cs="Times New Roman"/>
          <w:sz w:val="24"/>
          <w:szCs w:val="24"/>
        </w:rPr>
        <w:t>-</w:t>
      </w:r>
      <w:r w:rsidRPr="0081455A">
        <w:rPr>
          <w:rFonts w:ascii="Times New Roman" w:hAnsi="Times New Roman" w:cs="Times New Roman"/>
          <w:sz w:val="24"/>
          <w:szCs w:val="24"/>
        </w:rPr>
        <w:tab/>
        <w:t>Search for the file name then press enter and the data was successfully moved from instrument memory to SD card</w:t>
      </w:r>
    </w:p>
    <w:p w14:paraId="312BBDF5"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4.1.2    DOWNLOAD FROM SD CARD TO COMPUTER SYSTEM</w:t>
      </w:r>
    </w:p>
    <w:p w14:paraId="76231BF2" w14:textId="77777777" w:rsidR="0081455A" w:rsidRPr="0081455A" w:rsidRDefault="0081455A" w:rsidP="0081455A">
      <w:pPr>
        <w:spacing w:after="0" w:line="480" w:lineRule="auto"/>
        <w:ind w:left="720"/>
        <w:rPr>
          <w:rFonts w:ascii="Times New Roman" w:hAnsi="Times New Roman" w:cs="Times New Roman"/>
          <w:sz w:val="24"/>
          <w:szCs w:val="24"/>
        </w:rPr>
      </w:pPr>
      <w:r w:rsidRPr="0081455A">
        <w:rPr>
          <w:rFonts w:ascii="Times New Roman" w:hAnsi="Times New Roman" w:cs="Times New Roman"/>
          <w:sz w:val="24"/>
          <w:szCs w:val="24"/>
        </w:rPr>
        <w:t xml:space="preserve">The Sokkia-link software was installed on the computer system and was used to download from the SD card to system. </w:t>
      </w:r>
    </w:p>
    <w:p w14:paraId="3BF3F8BE" w14:textId="77777777" w:rsidR="0081455A" w:rsidRPr="0081455A" w:rsidRDefault="0081455A" w:rsidP="0081455A">
      <w:pPr>
        <w:spacing w:after="0" w:line="480" w:lineRule="auto"/>
        <w:ind w:left="720"/>
        <w:rPr>
          <w:rFonts w:ascii="Times New Roman" w:hAnsi="Times New Roman" w:cs="Times New Roman"/>
          <w:sz w:val="24"/>
          <w:szCs w:val="24"/>
        </w:rPr>
      </w:pPr>
      <w:r w:rsidRPr="0081455A">
        <w:rPr>
          <w:rFonts w:ascii="Times New Roman" w:hAnsi="Times New Roman" w:cs="Times New Roman"/>
          <w:sz w:val="24"/>
          <w:szCs w:val="24"/>
        </w:rPr>
        <w:t>The following procedures were followed</w:t>
      </w:r>
    </w:p>
    <w:p w14:paraId="199A652C"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w:t>
      </w:r>
      <w:r w:rsidRPr="0081455A">
        <w:rPr>
          <w:rFonts w:ascii="Times New Roman" w:hAnsi="Times New Roman" w:cs="Times New Roman"/>
          <w:sz w:val="24"/>
          <w:szCs w:val="24"/>
        </w:rPr>
        <w:tab/>
        <w:t>Insert the memory card at the appropriate slot on the Computer system.</w:t>
      </w:r>
    </w:p>
    <w:p w14:paraId="5327FBC9"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w:t>
      </w:r>
      <w:r w:rsidRPr="0081455A">
        <w:rPr>
          <w:rFonts w:ascii="Times New Roman" w:hAnsi="Times New Roman" w:cs="Times New Roman"/>
          <w:sz w:val="24"/>
          <w:szCs w:val="24"/>
        </w:rPr>
        <w:tab/>
        <w:t>Sokkia-link software was launched from the desktop screen.</w:t>
      </w:r>
    </w:p>
    <w:p w14:paraId="3FF32DB4"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w:t>
      </w:r>
      <w:r w:rsidRPr="0081455A">
        <w:rPr>
          <w:rFonts w:ascii="Times New Roman" w:hAnsi="Times New Roman" w:cs="Times New Roman"/>
          <w:sz w:val="24"/>
          <w:szCs w:val="24"/>
        </w:rPr>
        <w:tab/>
        <w:t>Click on the SD card on the software</w:t>
      </w:r>
    </w:p>
    <w:p w14:paraId="6F2D2A81"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w:t>
      </w:r>
      <w:r w:rsidRPr="0081455A">
        <w:rPr>
          <w:rFonts w:ascii="Times New Roman" w:hAnsi="Times New Roman" w:cs="Times New Roman"/>
          <w:sz w:val="24"/>
          <w:szCs w:val="24"/>
        </w:rPr>
        <w:tab/>
        <w:t>Scroll on import data</w:t>
      </w:r>
    </w:p>
    <w:p w14:paraId="32C48815"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w:t>
      </w:r>
      <w:r w:rsidRPr="0081455A">
        <w:rPr>
          <w:rFonts w:ascii="Times New Roman" w:hAnsi="Times New Roman" w:cs="Times New Roman"/>
          <w:sz w:val="24"/>
          <w:szCs w:val="24"/>
        </w:rPr>
        <w:tab/>
        <w:t xml:space="preserve">Click on the file name </w:t>
      </w:r>
    </w:p>
    <w:p w14:paraId="38A552CA"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        </w:t>
      </w:r>
      <w:r w:rsidRPr="0081455A">
        <w:rPr>
          <w:rFonts w:ascii="Times New Roman" w:hAnsi="Times New Roman" w:cs="Times New Roman"/>
          <w:sz w:val="24"/>
          <w:szCs w:val="24"/>
        </w:rPr>
        <w:tab/>
        <w:t>Click on yes</w:t>
      </w:r>
    </w:p>
    <w:p w14:paraId="3965DBF6" w14:textId="77777777" w:rsidR="0081455A" w:rsidRPr="0081455A" w:rsidRDefault="0081455A" w:rsidP="0081455A">
      <w:pPr>
        <w:pStyle w:val="ListParagraph"/>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The coordinates will display in the format </w:t>
      </w:r>
    </w:p>
    <w:tbl>
      <w:tblPr>
        <w:tblW w:w="0" w:type="auto"/>
        <w:tblInd w:w="2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720"/>
        <w:gridCol w:w="810"/>
        <w:gridCol w:w="633"/>
        <w:gridCol w:w="990"/>
      </w:tblGrid>
      <w:tr w:rsidR="0081455A" w:rsidRPr="0081455A" w14:paraId="1189437A" w14:textId="77777777" w:rsidTr="0081455A">
        <w:tc>
          <w:tcPr>
            <w:tcW w:w="900" w:type="dxa"/>
            <w:tcBorders>
              <w:top w:val="single" w:sz="4" w:space="0" w:color="auto"/>
              <w:left w:val="single" w:sz="4" w:space="0" w:color="auto"/>
              <w:bottom w:val="single" w:sz="4" w:space="0" w:color="auto"/>
              <w:right w:val="single" w:sz="4" w:space="0" w:color="auto"/>
            </w:tcBorders>
            <w:hideMark/>
          </w:tcPr>
          <w:p w14:paraId="13B43846"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PT</w:t>
            </w:r>
          </w:p>
        </w:tc>
        <w:tc>
          <w:tcPr>
            <w:tcW w:w="720" w:type="dxa"/>
            <w:tcBorders>
              <w:top w:val="single" w:sz="4" w:space="0" w:color="auto"/>
              <w:left w:val="single" w:sz="4" w:space="0" w:color="auto"/>
              <w:bottom w:val="single" w:sz="4" w:space="0" w:color="auto"/>
              <w:right w:val="single" w:sz="4" w:space="0" w:color="auto"/>
            </w:tcBorders>
            <w:hideMark/>
          </w:tcPr>
          <w:p w14:paraId="03DF88FC"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N/X</w:t>
            </w:r>
          </w:p>
        </w:tc>
        <w:tc>
          <w:tcPr>
            <w:tcW w:w="810" w:type="dxa"/>
            <w:tcBorders>
              <w:top w:val="single" w:sz="4" w:space="0" w:color="auto"/>
              <w:left w:val="single" w:sz="4" w:space="0" w:color="auto"/>
              <w:bottom w:val="single" w:sz="4" w:space="0" w:color="auto"/>
              <w:right w:val="single" w:sz="4" w:space="0" w:color="auto"/>
            </w:tcBorders>
            <w:hideMark/>
          </w:tcPr>
          <w:p w14:paraId="3196DDD3"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E/Y</w:t>
            </w:r>
          </w:p>
        </w:tc>
        <w:tc>
          <w:tcPr>
            <w:tcW w:w="633" w:type="dxa"/>
            <w:tcBorders>
              <w:top w:val="single" w:sz="4" w:space="0" w:color="auto"/>
              <w:left w:val="single" w:sz="4" w:space="0" w:color="auto"/>
              <w:bottom w:val="single" w:sz="4" w:space="0" w:color="auto"/>
              <w:right w:val="single" w:sz="4" w:space="0" w:color="auto"/>
            </w:tcBorders>
            <w:hideMark/>
          </w:tcPr>
          <w:p w14:paraId="03C8BCED"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Z</w:t>
            </w:r>
          </w:p>
        </w:tc>
        <w:tc>
          <w:tcPr>
            <w:tcW w:w="990" w:type="dxa"/>
            <w:tcBorders>
              <w:top w:val="single" w:sz="4" w:space="0" w:color="auto"/>
              <w:left w:val="single" w:sz="4" w:space="0" w:color="auto"/>
              <w:bottom w:val="single" w:sz="4" w:space="0" w:color="auto"/>
              <w:right w:val="single" w:sz="4" w:space="0" w:color="auto"/>
            </w:tcBorders>
            <w:hideMark/>
          </w:tcPr>
          <w:p w14:paraId="47047856"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CODE</w:t>
            </w:r>
          </w:p>
        </w:tc>
      </w:tr>
      <w:tr w:rsidR="0081455A" w:rsidRPr="0081455A" w14:paraId="6B3A02FF" w14:textId="77777777" w:rsidTr="0081455A">
        <w:tc>
          <w:tcPr>
            <w:tcW w:w="900" w:type="dxa"/>
            <w:tcBorders>
              <w:top w:val="single" w:sz="4" w:space="0" w:color="auto"/>
              <w:left w:val="single" w:sz="4" w:space="0" w:color="auto"/>
              <w:bottom w:val="single" w:sz="4" w:space="0" w:color="auto"/>
              <w:right w:val="single" w:sz="4" w:space="0" w:color="auto"/>
            </w:tcBorders>
          </w:tcPr>
          <w:p w14:paraId="59EE56B1" w14:textId="77777777" w:rsidR="0081455A" w:rsidRPr="0081455A" w:rsidRDefault="0081455A" w:rsidP="0081455A">
            <w:pPr>
              <w:spacing w:after="0" w:line="480" w:lineRule="auto"/>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2780A70F" w14:textId="77777777" w:rsidR="0081455A" w:rsidRPr="0081455A" w:rsidRDefault="0081455A" w:rsidP="0081455A">
            <w:pPr>
              <w:spacing w:after="0" w:line="480" w:lineRule="auto"/>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14:paraId="0D95AD5D" w14:textId="77777777" w:rsidR="0081455A" w:rsidRPr="0081455A" w:rsidRDefault="0081455A" w:rsidP="0081455A">
            <w:pPr>
              <w:spacing w:after="0" w:line="480" w:lineRule="auto"/>
              <w:rPr>
                <w:rFonts w:ascii="Times New Roman" w:hAnsi="Times New Roman" w:cs="Times New Roman"/>
                <w:sz w:val="24"/>
                <w:szCs w:val="24"/>
              </w:rPr>
            </w:pPr>
          </w:p>
        </w:tc>
        <w:tc>
          <w:tcPr>
            <w:tcW w:w="633" w:type="dxa"/>
            <w:tcBorders>
              <w:top w:val="single" w:sz="4" w:space="0" w:color="auto"/>
              <w:left w:val="single" w:sz="4" w:space="0" w:color="auto"/>
              <w:bottom w:val="single" w:sz="4" w:space="0" w:color="auto"/>
              <w:right w:val="single" w:sz="4" w:space="0" w:color="auto"/>
            </w:tcBorders>
          </w:tcPr>
          <w:p w14:paraId="42288421" w14:textId="77777777" w:rsidR="0081455A" w:rsidRPr="0081455A" w:rsidRDefault="0081455A" w:rsidP="0081455A">
            <w:pPr>
              <w:spacing w:after="0" w:line="480" w:lineRule="auto"/>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14:paraId="2761BA6F" w14:textId="77777777" w:rsidR="0081455A" w:rsidRPr="0081455A" w:rsidRDefault="0081455A" w:rsidP="0081455A">
            <w:pPr>
              <w:spacing w:after="0" w:line="480" w:lineRule="auto"/>
              <w:rPr>
                <w:rFonts w:ascii="Times New Roman" w:hAnsi="Times New Roman" w:cs="Times New Roman"/>
                <w:sz w:val="24"/>
                <w:szCs w:val="24"/>
              </w:rPr>
            </w:pPr>
          </w:p>
        </w:tc>
      </w:tr>
    </w:tbl>
    <w:p w14:paraId="2B91E633"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w:t>
      </w:r>
      <w:r w:rsidRPr="0081455A">
        <w:rPr>
          <w:rFonts w:ascii="Times New Roman" w:hAnsi="Times New Roman" w:cs="Times New Roman"/>
          <w:sz w:val="24"/>
          <w:szCs w:val="24"/>
        </w:rPr>
        <w:tab/>
        <w:t>Then save the file as text file.</w:t>
      </w:r>
    </w:p>
    <w:p w14:paraId="17390C38"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b/>
          <w:sz w:val="24"/>
          <w:szCs w:val="24"/>
        </w:rPr>
        <w:t>4.2</w:t>
      </w:r>
      <w:r w:rsidRPr="0081455A">
        <w:rPr>
          <w:rFonts w:ascii="Times New Roman" w:hAnsi="Times New Roman" w:cs="Times New Roman"/>
          <w:b/>
          <w:sz w:val="24"/>
          <w:szCs w:val="24"/>
        </w:rPr>
        <w:tab/>
        <w:t>DATA PROCESSING PROCEDURE</w:t>
      </w:r>
    </w:p>
    <w:p w14:paraId="02968415" w14:textId="77777777" w:rsidR="0081455A" w:rsidRPr="0081455A" w:rsidRDefault="0081455A" w:rsidP="0081455A">
      <w:pPr>
        <w:spacing w:after="0" w:line="480" w:lineRule="auto"/>
        <w:ind w:left="720" w:firstLine="720"/>
        <w:rPr>
          <w:rFonts w:ascii="Times New Roman" w:hAnsi="Times New Roman" w:cs="Times New Roman"/>
          <w:sz w:val="24"/>
          <w:szCs w:val="24"/>
        </w:rPr>
      </w:pPr>
      <w:r w:rsidRPr="0081455A">
        <w:rPr>
          <w:rFonts w:ascii="Times New Roman" w:hAnsi="Times New Roman" w:cs="Times New Roman"/>
          <w:sz w:val="24"/>
          <w:szCs w:val="24"/>
        </w:rPr>
        <w:t>The file was opened and point data were displayed. This was then copied to a notepad and Microsoft excel environment for further processing.</w:t>
      </w:r>
    </w:p>
    <w:p w14:paraId="6355D4E5" w14:textId="77777777" w:rsidR="0081455A" w:rsidRPr="0081455A" w:rsidRDefault="0081455A" w:rsidP="0081455A">
      <w:pPr>
        <w:spacing w:after="0" w:line="480" w:lineRule="auto"/>
        <w:ind w:left="720"/>
        <w:rPr>
          <w:rFonts w:ascii="Times New Roman" w:hAnsi="Times New Roman" w:cs="Times New Roman"/>
          <w:sz w:val="24"/>
          <w:szCs w:val="24"/>
        </w:rPr>
      </w:pPr>
      <w:r w:rsidRPr="0081455A">
        <w:rPr>
          <w:rFonts w:ascii="Times New Roman" w:hAnsi="Times New Roman" w:cs="Times New Roman"/>
          <w:sz w:val="24"/>
          <w:szCs w:val="24"/>
        </w:rPr>
        <w:t>On notepad, data were well spaced to differentiate one column from the other and unwanted information deleted.</w:t>
      </w:r>
    </w:p>
    <w:p w14:paraId="6ED54908" w14:textId="77777777" w:rsidR="0081455A" w:rsidRPr="0081455A" w:rsidRDefault="0081455A" w:rsidP="0081455A">
      <w:pPr>
        <w:spacing w:after="0" w:line="480" w:lineRule="auto"/>
        <w:ind w:left="720"/>
        <w:rPr>
          <w:rFonts w:ascii="Times New Roman" w:hAnsi="Times New Roman" w:cs="Times New Roman"/>
          <w:sz w:val="24"/>
          <w:szCs w:val="24"/>
        </w:rPr>
      </w:pPr>
      <w:r w:rsidRPr="0081455A">
        <w:rPr>
          <w:rFonts w:ascii="Times New Roman" w:hAnsi="Times New Roman" w:cs="Times New Roman"/>
          <w:sz w:val="24"/>
          <w:szCs w:val="24"/>
        </w:rPr>
        <w:lastRenderedPageBreak/>
        <w:t xml:space="preserve">On Microsoft excel, data were prepared for scripting purpose in AutoCAD. A small </w:t>
      </w:r>
      <w:proofErr w:type="spellStart"/>
      <w:r w:rsidRPr="0081455A">
        <w:rPr>
          <w:rFonts w:ascii="Times New Roman" w:hAnsi="Times New Roman" w:cs="Times New Roman"/>
          <w:sz w:val="24"/>
          <w:szCs w:val="24"/>
        </w:rPr>
        <w:t>programme</w:t>
      </w:r>
      <w:proofErr w:type="spellEnd"/>
      <w:r w:rsidRPr="0081455A">
        <w:rPr>
          <w:rFonts w:ascii="Times New Roman" w:hAnsi="Times New Roman" w:cs="Times New Roman"/>
          <w:sz w:val="24"/>
          <w:szCs w:val="24"/>
        </w:rPr>
        <w:t xml:space="preserve"> was written to prepare point and text scripts files.</w:t>
      </w:r>
    </w:p>
    <w:p w14:paraId="075FA1B5"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4.2.1</w:t>
      </w:r>
      <w:r w:rsidRPr="0081455A">
        <w:rPr>
          <w:rFonts w:ascii="Times New Roman" w:hAnsi="Times New Roman" w:cs="Times New Roman"/>
          <w:b/>
          <w:sz w:val="24"/>
          <w:szCs w:val="24"/>
        </w:rPr>
        <w:tab/>
        <w:t>PLOTTING PROCEDURE IN CIVILCAD 2014</w:t>
      </w:r>
    </w:p>
    <w:p w14:paraId="7ACB6282" w14:textId="77777777" w:rsidR="0081455A" w:rsidRPr="0081455A" w:rsidRDefault="0081455A" w:rsidP="00585E09">
      <w:pPr>
        <w:pStyle w:val="ListParagraph"/>
        <w:numPr>
          <w:ilvl w:val="2"/>
          <w:numId w:val="18"/>
        </w:numPr>
        <w:spacing w:after="0" w:line="480" w:lineRule="auto"/>
        <w:ind w:left="709"/>
        <w:rPr>
          <w:rFonts w:ascii="Times New Roman" w:hAnsi="Times New Roman" w:cs="Times New Roman"/>
          <w:sz w:val="24"/>
          <w:szCs w:val="24"/>
        </w:rPr>
      </w:pPr>
      <w:r w:rsidRPr="0081455A">
        <w:rPr>
          <w:rFonts w:ascii="Times New Roman" w:hAnsi="Times New Roman" w:cs="Times New Roman"/>
          <w:sz w:val="24"/>
          <w:szCs w:val="24"/>
        </w:rPr>
        <w:t>CIVILCAD 2014 was lunched and NEW PROJECT was clicked index FILE MENU and named e.g. Route Survey, the OPEN button was clicked.</w:t>
      </w:r>
    </w:p>
    <w:p w14:paraId="678F198C" w14:textId="77777777" w:rsidR="0081455A" w:rsidRPr="0081455A" w:rsidRDefault="0081455A" w:rsidP="00585E09">
      <w:pPr>
        <w:pStyle w:val="ListParagraph"/>
        <w:numPr>
          <w:ilvl w:val="2"/>
          <w:numId w:val="18"/>
        </w:numPr>
        <w:spacing w:after="0" w:line="480" w:lineRule="auto"/>
        <w:ind w:left="709"/>
        <w:rPr>
          <w:rFonts w:ascii="Times New Roman" w:hAnsi="Times New Roman" w:cs="Times New Roman"/>
          <w:sz w:val="24"/>
          <w:szCs w:val="24"/>
        </w:rPr>
      </w:pPr>
      <w:r w:rsidRPr="0081455A">
        <w:rPr>
          <w:rFonts w:ascii="Times New Roman" w:hAnsi="Times New Roman" w:cs="Times New Roman"/>
          <w:sz w:val="24"/>
          <w:szCs w:val="24"/>
        </w:rPr>
        <w:t>CONFIGURATION was then clicked under file menu to carry out General settings (Language, System units, Angles units, and Printout font size etc.), drawing environment settings, and Coordinate format settings and File settings.</w:t>
      </w:r>
    </w:p>
    <w:p w14:paraId="77D407AB" w14:textId="77777777" w:rsidR="0081455A" w:rsidRPr="0081455A" w:rsidRDefault="0081455A" w:rsidP="00585E09">
      <w:pPr>
        <w:pStyle w:val="ListParagraph"/>
        <w:numPr>
          <w:ilvl w:val="2"/>
          <w:numId w:val="18"/>
        </w:numPr>
        <w:spacing w:after="0" w:line="480" w:lineRule="auto"/>
        <w:ind w:left="709"/>
        <w:rPr>
          <w:rFonts w:ascii="Times New Roman" w:hAnsi="Times New Roman" w:cs="Times New Roman"/>
          <w:sz w:val="24"/>
          <w:szCs w:val="24"/>
        </w:rPr>
      </w:pPr>
      <w:r w:rsidRPr="0081455A">
        <w:rPr>
          <w:rFonts w:ascii="Times New Roman" w:hAnsi="Times New Roman" w:cs="Times New Roman"/>
          <w:sz w:val="24"/>
          <w:szCs w:val="24"/>
        </w:rPr>
        <w:t>Having completed the configuration, TOPOGRAPHY MENU was clicked and COORDINATES was chosen in the pull down menu.</w:t>
      </w:r>
    </w:p>
    <w:p w14:paraId="1C3715F9" w14:textId="77777777" w:rsidR="0081455A" w:rsidRPr="0081455A" w:rsidRDefault="0081455A" w:rsidP="00585E09">
      <w:pPr>
        <w:pStyle w:val="ListParagraph"/>
        <w:numPr>
          <w:ilvl w:val="2"/>
          <w:numId w:val="18"/>
        </w:numPr>
        <w:spacing w:after="0" w:line="480" w:lineRule="auto"/>
        <w:ind w:left="709"/>
        <w:rPr>
          <w:rFonts w:ascii="Times New Roman" w:hAnsi="Times New Roman" w:cs="Times New Roman"/>
          <w:sz w:val="24"/>
          <w:szCs w:val="24"/>
        </w:rPr>
      </w:pPr>
      <w:r w:rsidRPr="0081455A">
        <w:rPr>
          <w:rFonts w:ascii="Times New Roman" w:hAnsi="Times New Roman" w:cs="Times New Roman"/>
          <w:sz w:val="24"/>
          <w:szCs w:val="24"/>
        </w:rPr>
        <w:t>In the dialogue box, ‘</w:t>
      </w:r>
      <w:r w:rsidRPr="0081455A">
        <w:rPr>
          <w:rFonts w:ascii="Times New Roman" w:hAnsi="Times New Roman" w:cs="Times New Roman"/>
          <w:i/>
          <w:sz w:val="24"/>
          <w:szCs w:val="24"/>
        </w:rPr>
        <w:t>Load menu from text file’</w:t>
      </w:r>
      <w:r w:rsidRPr="0081455A">
        <w:rPr>
          <w:rFonts w:ascii="Times New Roman" w:hAnsi="Times New Roman" w:cs="Times New Roman"/>
          <w:sz w:val="24"/>
          <w:szCs w:val="24"/>
        </w:rPr>
        <w:t xml:space="preserve"> button was clicked to load raw data coordinates that was arranged in the format; </w:t>
      </w:r>
      <w:r w:rsidRPr="0081455A">
        <w:rPr>
          <w:rFonts w:ascii="Times New Roman" w:hAnsi="Times New Roman" w:cs="Times New Roman"/>
          <w:i/>
          <w:sz w:val="24"/>
          <w:szCs w:val="24"/>
        </w:rPr>
        <w:t>Point ID, Easting, Northing, and Height</w:t>
      </w:r>
      <w:r w:rsidRPr="0081455A">
        <w:rPr>
          <w:rFonts w:ascii="Times New Roman" w:hAnsi="Times New Roman" w:cs="Times New Roman"/>
          <w:sz w:val="24"/>
          <w:szCs w:val="24"/>
        </w:rPr>
        <w:t>.</w:t>
      </w:r>
    </w:p>
    <w:p w14:paraId="0852A5D6" w14:textId="77777777" w:rsidR="0081455A" w:rsidRPr="0081455A" w:rsidRDefault="0081455A" w:rsidP="00585E09">
      <w:pPr>
        <w:pStyle w:val="ListParagraph"/>
        <w:numPr>
          <w:ilvl w:val="2"/>
          <w:numId w:val="18"/>
        </w:numPr>
        <w:spacing w:after="0" w:line="480" w:lineRule="auto"/>
        <w:ind w:left="709"/>
        <w:rPr>
          <w:rFonts w:ascii="Times New Roman" w:hAnsi="Times New Roman" w:cs="Times New Roman"/>
          <w:sz w:val="24"/>
          <w:szCs w:val="24"/>
        </w:rPr>
      </w:pPr>
      <w:r w:rsidRPr="0081455A">
        <w:rPr>
          <w:rFonts w:ascii="Times New Roman" w:hAnsi="Times New Roman" w:cs="Times New Roman"/>
          <w:sz w:val="24"/>
          <w:szCs w:val="24"/>
        </w:rPr>
        <w:t>After selecting the raw data file and clicked Open, REFRESH ALL button was clicked and the software automatically run the script and plot the whole data just exactly the way it was surveyed. Also layers were automatically created for all the point Ids, Heights and Symbols used. But layers for each feature that was fixed along the route were manually created, e.g. buildings, Electric poles, Drainages, Culverts etc.</w:t>
      </w:r>
    </w:p>
    <w:p w14:paraId="471A7637" w14:textId="4565A854" w:rsidR="0081455A" w:rsidRPr="0081455A" w:rsidRDefault="0081455A" w:rsidP="00585E09">
      <w:pPr>
        <w:pStyle w:val="ListParagraph"/>
        <w:numPr>
          <w:ilvl w:val="2"/>
          <w:numId w:val="18"/>
        </w:numPr>
        <w:spacing w:after="0" w:line="480" w:lineRule="auto"/>
        <w:ind w:left="709"/>
        <w:rPr>
          <w:rFonts w:ascii="Times New Roman" w:hAnsi="Times New Roman" w:cs="Times New Roman"/>
          <w:sz w:val="24"/>
          <w:szCs w:val="24"/>
        </w:rPr>
      </w:pPr>
      <w:r w:rsidRPr="0081455A">
        <w:rPr>
          <w:rFonts w:ascii="Times New Roman" w:hAnsi="Times New Roman" w:cs="Times New Roman"/>
          <w:sz w:val="24"/>
          <w:szCs w:val="24"/>
        </w:rPr>
        <w:t>Line, Polyline, points and Splines tools were used to join all the features that were fixed along the route path into its appropriate layers.</w:t>
      </w:r>
    </w:p>
    <w:p w14:paraId="5D35EEB3" w14:textId="77777777" w:rsidR="0081455A" w:rsidRPr="0081455A" w:rsidRDefault="0081455A" w:rsidP="0081455A">
      <w:pPr>
        <w:spacing w:after="0" w:line="480" w:lineRule="auto"/>
        <w:ind w:left="720" w:hanging="720"/>
        <w:rPr>
          <w:rFonts w:ascii="Times New Roman" w:hAnsi="Times New Roman" w:cs="Times New Roman"/>
          <w:b/>
          <w:sz w:val="24"/>
          <w:szCs w:val="24"/>
        </w:rPr>
      </w:pPr>
      <w:r w:rsidRPr="0081455A">
        <w:rPr>
          <w:rFonts w:ascii="Times New Roman" w:hAnsi="Times New Roman" w:cs="Times New Roman"/>
          <w:b/>
          <w:sz w:val="24"/>
          <w:szCs w:val="24"/>
        </w:rPr>
        <w:t>4.2.2</w:t>
      </w:r>
      <w:r w:rsidRPr="0081455A">
        <w:rPr>
          <w:rFonts w:ascii="Times New Roman" w:hAnsi="Times New Roman" w:cs="Times New Roman"/>
          <w:b/>
          <w:sz w:val="24"/>
          <w:szCs w:val="24"/>
        </w:rPr>
        <w:tab/>
        <w:t>PROFILE / VERTICAL ALIGNMENT PLOTTING USING CIVILCAD</w:t>
      </w:r>
    </w:p>
    <w:p w14:paraId="7913373E" w14:textId="77777777" w:rsidR="0081455A" w:rsidRPr="0081455A" w:rsidRDefault="0081455A" w:rsidP="00585E09">
      <w:pPr>
        <w:pStyle w:val="ListParagraph"/>
        <w:numPr>
          <w:ilvl w:val="0"/>
          <w:numId w:val="19"/>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In CivilCAD2014 environment, ROAD MENU was clicked and VERTICAL ALIGNMENT submenu under </w:t>
      </w:r>
      <w:r w:rsidRPr="0081455A">
        <w:rPr>
          <w:rFonts w:ascii="Times New Roman" w:hAnsi="Times New Roman" w:cs="Times New Roman"/>
          <w:i/>
          <w:sz w:val="24"/>
          <w:szCs w:val="24"/>
        </w:rPr>
        <w:t xml:space="preserve">Road </w:t>
      </w:r>
      <w:r w:rsidRPr="0081455A">
        <w:rPr>
          <w:rFonts w:ascii="Times New Roman" w:hAnsi="Times New Roman" w:cs="Times New Roman"/>
          <w:sz w:val="24"/>
          <w:szCs w:val="24"/>
        </w:rPr>
        <w:t>selected.</w:t>
      </w:r>
    </w:p>
    <w:p w14:paraId="713B4D24" w14:textId="77777777" w:rsidR="0081455A" w:rsidRPr="0081455A" w:rsidRDefault="0081455A" w:rsidP="00585E09">
      <w:pPr>
        <w:pStyle w:val="ListParagraph"/>
        <w:numPr>
          <w:ilvl w:val="0"/>
          <w:numId w:val="19"/>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The </w:t>
      </w:r>
      <w:r w:rsidRPr="0081455A">
        <w:rPr>
          <w:rFonts w:ascii="Times New Roman" w:hAnsi="Times New Roman" w:cs="Times New Roman"/>
          <w:i/>
          <w:sz w:val="24"/>
          <w:szCs w:val="24"/>
        </w:rPr>
        <w:t>Options Button</w:t>
      </w:r>
      <w:r w:rsidRPr="0081455A">
        <w:rPr>
          <w:rFonts w:ascii="Times New Roman" w:hAnsi="Times New Roman" w:cs="Times New Roman"/>
          <w:sz w:val="24"/>
          <w:szCs w:val="24"/>
        </w:rPr>
        <w:t xml:space="preserve"> was clicked in the dialogue box to set the </w:t>
      </w:r>
      <w:r w:rsidRPr="0081455A">
        <w:rPr>
          <w:rFonts w:ascii="Times New Roman" w:hAnsi="Times New Roman" w:cs="Times New Roman"/>
          <w:i/>
          <w:sz w:val="24"/>
          <w:szCs w:val="24"/>
        </w:rPr>
        <w:t>Slope format, Vertical curves’ factor, Data precision and super elevation maximum slope.</w:t>
      </w:r>
      <w:r w:rsidRPr="0081455A">
        <w:rPr>
          <w:rFonts w:ascii="Times New Roman" w:hAnsi="Times New Roman" w:cs="Times New Roman"/>
          <w:sz w:val="24"/>
          <w:szCs w:val="24"/>
        </w:rPr>
        <w:t xml:space="preserve"> After the settings of these parameters, OK button was clicked.</w:t>
      </w:r>
    </w:p>
    <w:p w14:paraId="0B0B5598" w14:textId="77777777" w:rsidR="0081455A" w:rsidRPr="0081455A" w:rsidRDefault="0081455A" w:rsidP="00585E09">
      <w:pPr>
        <w:pStyle w:val="ListParagraph"/>
        <w:numPr>
          <w:ilvl w:val="0"/>
          <w:numId w:val="19"/>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Having done this, ‘</w:t>
      </w:r>
      <w:r w:rsidRPr="0081455A">
        <w:rPr>
          <w:rFonts w:ascii="Times New Roman" w:hAnsi="Times New Roman" w:cs="Times New Roman"/>
          <w:i/>
          <w:sz w:val="24"/>
          <w:szCs w:val="24"/>
        </w:rPr>
        <w:t>Load sections from a text file’</w:t>
      </w:r>
      <w:r w:rsidRPr="0081455A">
        <w:rPr>
          <w:rFonts w:ascii="Times New Roman" w:hAnsi="Times New Roman" w:cs="Times New Roman"/>
          <w:sz w:val="24"/>
          <w:szCs w:val="24"/>
        </w:rPr>
        <w:t xml:space="preserve"> button was clicked to load sections of the centerline data, which was prepared in notepad in this format;</w:t>
      </w:r>
    </w:p>
    <w:p w14:paraId="4CDF50E8" w14:textId="77777777" w:rsidR="0081455A" w:rsidRPr="0081455A" w:rsidRDefault="0081455A" w:rsidP="0081455A">
      <w:pPr>
        <w:pStyle w:val="ListParagraph"/>
        <w:spacing w:after="0" w:line="480" w:lineRule="auto"/>
        <w:rPr>
          <w:rFonts w:ascii="Times New Roman" w:hAnsi="Times New Roman" w:cs="Times New Roman"/>
          <w:sz w:val="24"/>
          <w:szCs w:val="24"/>
        </w:rPr>
      </w:pPr>
      <w:r w:rsidRPr="0081455A">
        <w:rPr>
          <w:rFonts w:ascii="Times New Roman" w:hAnsi="Times New Roman" w:cs="Times New Roman"/>
          <w:sz w:val="24"/>
          <w:szCs w:val="24"/>
        </w:rPr>
        <w:lastRenderedPageBreak/>
        <w:t xml:space="preserve">Station </w:t>
      </w:r>
      <w:r w:rsidRPr="0081455A">
        <w:rPr>
          <w:rFonts w:ascii="Times New Roman" w:hAnsi="Times New Roman" w:cs="Times New Roman"/>
          <w:sz w:val="24"/>
          <w:szCs w:val="24"/>
        </w:rPr>
        <w:tab/>
      </w:r>
      <w:proofErr w:type="spellStart"/>
      <w:r w:rsidRPr="0081455A">
        <w:rPr>
          <w:rFonts w:ascii="Times New Roman" w:hAnsi="Times New Roman" w:cs="Times New Roman"/>
          <w:sz w:val="24"/>
          <w:szCs w:val="24"/>
        </w:rPr>
        <w:t>Chainage</w:t>
      </w:r>
      <w:proofErr w:type="spellEnd"/>
      <w:r w:rsidRPr="0081455A">
        <w:rPr>
          <w:rFonts w:ascii="Times New Roman" w:hAnsi="Times New Roman" w:cs="Times New Roman"/>
          <w:sz w:val="24"/>
          <w:szCs w:val="24"/>
        </w:rPr>
        <w:tab/>
        <w:t>leveling height</w:t>
      </w:r>
    </w:p>
    <w:p w14:paraId="2E2F9FF6" w14:textId="77777777" w:rsidR="0081455A" w:rsidRPr="0081455A" w:rsidRDefault="0081455A" w:rsidP="00585E09">
      <w:pPr>
        <w:pStyle w:val="ListParagraph"/>
        <w:numPr>
          <w:ilvl w:val="1"/>
          <w:numId w:val="19"/>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ab/>
        <w:t>0</w:t>
      </w:r>
      <w:r w:rsidRPr="0081455A">
        <w:rPr>
          <w:rFonts w:ascii="Times New Roman" w:hAnsi="Times New Roman" w:cs="Times New Roman"/>
          <w:sz w:val="24"/>
          <w:szCs w:val="24"/>
        </w:rPr>
        <w:tab/>
      </w:r>
      <w:r w:rsidRPr="0081455A">
        <w:rPr>
          <w:rFonts w:ascii="Times New Roman" w:hAnsi="Times New Roman" w:cs="Times New Roman"/>
          <w:sz w:val="24"/>
          <w:szCs w:val="24"/>
        </w:rPr>
        <w:tab/>
        <w:t>312.870</w:t>
      </w:r>
    </w:p>
    <w:p w14:paraId="74186560" w14:textId="77777777" w:rsidR="0081455A" w:rsidRPr="0081455A" w:rsidRDefault="0081455A" w:rsidP="00585E09">
      <w:pPr>
        <w:pStyle w:val="ListParagraph"/>
        <w:numPr>
          <w:ilvl w:val="1"/>
          <w:numId w:val="19"/>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ab/>
        <w:t>25</w:t>
      </w:r>
      <w:r w:rsidRPr="0081455A">
        <w:rPr>
          <w:rFonts w:ascii="Times New Roman" w:hAnsi="Times New Roman" w:cs="Times New Roman"/>
          <w:sz w:val="24"/>
          <w:szCs w:val="24"/>
        </w:rPr>
        <w:tab/>
      </w:r>
      <w:r w:rsidRPr="0081455A">
        <w:rPr>
          <w:rFonts w:ascii="Times New Roman" w:hAnsi="Times New Roman" w:cs="Times New Roman"/>
          <w:sz w:val="24"/>
          <w:szCs w:val="24"/>
        </w:rPr>
        <w:tab/>
        <w:t>312.710</w:t>
      </w:r>
    </w:p>
    <w:p w14:paraId="66F5F8E0" w14:textId="77777777" w:rsidR="0081455A" w:rsidRPr="0081455A" w:rsidRDefault="0081455A" w:rsidP="00585E09">
      <w:pPr>
        <w:pStyle w:val="ListParagraph"/>
        <w:numPr>
          <w:ilvl w:val="1"/>
          <w:numId w:val="19"/>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ab/>
        <w:t>50</w:t>
      </w:r>
      <w:r w:rsidRPr="0081455A">
        <w:rPr>
          <w:rFonts w:ascii="Times New Roman" w:hAnsi="Times New Roman" w:cs="Times New Roman"/>
          <w:sz w:val="24"/>
          <w:szCs w:val="24"/>
        </w:rPr>
        <w:tab/>
      </w:r>
      <w:r w:rsidRPr="0081455A">
        <w:rPr>
          <w:rFonts w:ascii="Times New Roman" w:hAnsi="Times New Roman" w:cs="Times New Roman"/>
          <w:sz w:val="24"/>
          <w:szCs w:val="24"/>
        </w:rPr>
        <w:tab/>
        <w:t>312.540</w:t>
      </w:r>
    </w:p>
    <w:p w14:paraId="0559A3E3" w14:textId="77777777" w:rsidR="0081455A" w:rsidRPr="0081455A" w:rsidRDefault="0081455A" w:rsidP="00585E09">
      <w:pPr>
        <w:pStyle w:val="ListParagraph"/>
        <w:numPr>
          <w:ilvl w:val="1"/>
          <w:numId w:val="19"/>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ab/>
        <w:t>75</w:t>
      </w:r>
      <w:r w:rsidRPr="0081455A">
        <w:rPr>
          <w:rFonts w:ascii="Times New Roman" w:hAnsi="Times New Roman" w:cs="Times New Roman"/>
          <w:sz w:val="24"/>
          <w:szCs w:val="24"/>
        </w:rPr>
        <w:tab/>
      </w:r>
      <w:r w:rsidRPr="0081455A">
        <w:rPr>
          <w:rFonts w:ascii="Times New Roman" w:hAnsi="Times New Roman" w:cs="Times New Roman"/>
          <w:sz w:val="24"/>
          <w:szCs w:val="24"/>
        </w:rPr>
        <w:tab/>
        <w:t>312.390......</w:t>
      </w:r>
    </w:p>
    <w:p w14:paraId="5AF0EE44" w14:textId="77777777" w:rsidR="0081455A" w:rsidRPr="0081455A" w:rsidRDefault="0081455A" w:rsidP="00585E09">
      <w:pPr>
        <w:pStyle w:val="ListParagraph"/>
        <w:numPr>
          <w:ilvl w:val="0"/>
          <w:numId w:val="19"/>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Zoom Extent was opted for under view menu to view the whole profile drawing.</w:t>
      </w:r>
    </w:p>
    <w:p w14:paraId="67F18662" w14:textId="77777777" w:rsidR="0081455A" w:rsidRPr="0081455A" w:rsidRDefault="0081455A" w:rsidP="00585E09">
      <w:pPr>
        <w:pStyle w:val="ListParagraph"/>
        <w:numPr>
          <w:ilvl w:val="0"/>
          <w:numId w:val="19"/>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A design was carried out on the profile by selecting a polyline tool to pick points along the profile, and when this was completed, APPLY button was clicked and the software automatically generates design levels for the whole profile.</w:t>
      </w:r>
    </w:p>
    <w:p w14:paraId="76825C7B" w14:textId="7A6ECCE6" w:rsidR="0081455A" w:rsidRPr="0081455A" w:rsidRDefault="0081455A" w:rsidP="00585E09">
      <w:pPr>
        <w:pStyle w:val="ListParagraph"/>
        <w:numPr>
          <w:ilvl w:val="0"/>
          <w:numId w:val="19"/>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The design level was then used to calculate the volume of CUT and FILL on each section of the centerline</w:t>
      </w:r>
      <w:r>
        <w:rPr>
          <w:rFonts w:ascii="Times New Roman" w:hAnsi="Times New Roman" w:cs="Times New Roman"/>
          <w:sz w:val="24"/>
          <w:szCs w:val="24"/>
        </w:rPr>
        <w:t>.</w:t>
      </w:r>
    </w:p>
    <w:p w14:paraId="0222C623" w14:textId="77777777" w:rsidR="0081455A" w:rsidRPr="0081455A" w:rsidRDefault="0081455A" w:rsidP="0081455A">
      <w:pPr>
        <w:spacing w:after="0" w:line="480" w:lineRule="auto"/>
        <w:ind w:left="720" w:hanging="720"/>
        <w:rPr>
          <w:rFonts w:ascii="Times New Roman" w:hAnsi="Times New Roman" w:cs="Times New Roman"/>
          <w:b/>
          <w:sz w:val="24"/>
          <w:szCs w:val="24"/>
        </w:rPr>
      </w:pPr>
      <w:r w:rsidRPr="0081455A">
        <w:rPr>
          <w:rFonts w:ascii="Times New Roman" w:hAnsi="Times New Roman" w:cs="Times New Roman"/>
          <w:b/>
          <w:sz w:val="24"/>
          <w:szCs w:val="24"/>
        </w:rPr>
        <w:t>4.2.3</w:t>
      </w:r>
      <w:r w:rsidRPr="0081455A">
        <w:rPr>
          <w:rFonts w:ascii="Times New Roman" w:hAnsi="Times New Roman" w:cs="Times New Roman"/>
          <w:b/>
          <w:sz w:val="24"/>
          <w:szCs w:val="24"/>
        </w:rPr>
        <w:tab/>
        <w:t>LOGITUDINAL / HORIZONTAL ALIGNMENT PLOTTING USING CIVILCAD</w:t>
      </w:r>
    </w:p>
    <w:p w14:paraId="0B17CC1D" w14:textId="77777777" w:rsidR="0081455A" w:rsidRPr="0081455A" w:rsidRDefault="0081455A" w:rsidP="00585E09">
      <w:pPr>
        <w:pStyle w:val="ListParagraph"/>
        <w:numPr>
          <w:ilvl w:val="0"/>
          <w:numId w:val="20"/>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In CivilCAD2014 environment, </w:t>
      </w:r>
      <w:r w:rsidRPr="0081455A">
        <w:rPr>
          <w:rFonts w:ascii="Times New Roman" w:hAnsi="Times New Roman" w:cs="Times New Roman"/>
          <w:i/>
          <w:sz w:val="24"/>
          <w:szCs w:val="24"/>
        </w:rPr>
        <w:t>Road Menu</w:t>
      </w:r>
      <w:r w:rsidRPr="0081455A">
        <w:rPr>
          <w:rFonts w:ascii="Times New Roman" w:hAnsi="Times New Roman" w:cs="Times New Roman"/>
          <w:sz w:val="24"/>
          <w:szCs w:val="24"/>
        </w:rPr>
        <w:t xml:space="preserve"> was clicked and HORIZONTAL ALIGNMENT chosen.</w:t>
      </w:r>
    </w:p>
    <w:p w14:paraId="2AFE2C23" w14:textId="77777777" w:rsidR="0081455A" w:rsidRPr="0081455A" w:rsidRDefault="0081455A" w:rsidP="00585E09">
      <w:pPr>
        <w:pStyle w:val="ListParagraph"/>
        <w:numPr>
          <w:ilvl w:val="0"/>
          <w:numId w:val="20"/>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Options button was clicked in the appeared dialogue box and </w:t>
      </w:r>
      <w:r w:rsidRPr="0081455A">
        <w:rPr>
          <w:rFonts w:ascii="Times New Roman" w:hAnsi="Times New Roman" w:cs="Times New Roman"/>
          <w:i/>
          <w:sz w:val="24"/>
          <w:szCs w:val="24"/>
        </w:rPr>
        <w:t>Define Section</w:t>
      </w:r>
      <w:r w:rsidRPr="0081455A">
        <w:rPr>
          <w:rFonts w:ascii="Times New Roman" w:hAnsi="Times New Roman" w:cs="Times New Roman"/>
          <w:sz w:val="24"/>
          <w:szCs w:val="24"/>
        </w:rPr>
        <w:t xml:space="preserve"> was then clicked to choose the section format and the distance between the sections. </w:t>
      </w:r>
      <w:r w:rsidRPr="0081455A">
        <w:rPr>
          <w:rFonts w:ascii="Times New Roman" w:hAnsi="Times New Roman" w:cs="Times New Roman"/>
          <w:i/>
          <w:sz w:val="24"/>
          <w:szCs w:val="24"/>
        </w:rPr>
        <w:t xml:space="preserve">Format 2 </w:t>
      </w:r>
      <w:r w:rsidRPr="0081455A">
        <w:rPr>
          <w:rFonts w:ascii="Times New Roman" w:hAnsi="Times New Roman" w:cs="Times New Roman"/>
          <w:sz w:val="24"/>
          <w:szCs w:val="24"/>
        </w:rPr>
        <w:t>was chosen and the distance between sections was taken to be 25m</w:t>
      </w:r>
    </w:p>
    <w:p w14:paraId="73EFFCA4" w14:textId="77777777" w:rsidR="0081455A" w:rsidRPr="0081455A" w:rsidRDefault="0081455A" w:rsidP="00585E09">
      <w:pPr>
        <w:pStyle w:val="ListParagraph"/>
        <w:numPr>
          <w:ilvl w:val="0"/>
          <w:numId w:val="20"/>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Having chosen these options, OK was clicked twice.</w:t>
      </w:r>
    </w:p>
    <w:p w14:paraId="58BC0A89" w14:textId="77777777" w:rsidR="0081455A" w:rsidRPr="0081455A" w:rsidRDefault="0081455A" w:rsidP="00585E09">
      <w:pPr>
        <w:pStyle w:val="ListParagraph"/>
        <w:numPr>
          <w:ilvl w:val="0"/>
          <w:numId w:val="20"/>
        </w:numPr>
        <w:spacing w:after="0" w:line="480" w:lineRule="auto"/>
        <w:rPr>
          <w:rFonts w:ascii="Times New Roman" w:hAnsi="Times New Roman" w:cs="Times New Roman"/>
          <w:sz w:val="24"/>
          <w:szCs w:val="24"/>
        </w:rPr>
      </w:pPr>
      <w:r w:rsidRPr="0081455A">
        <w:rPr>
          <w:rFonts w:ascii="Times New Roman" w:hAnsi="Times New Roman" w:cs="Times New Roman"/>
          <w:i/>
          <w:sz w:val="24"/>
          <w:szCs w:val="24"/>
        </w:rPr>
        <w:t>Pick</w:t>
      </w:r>
      <w:r w:rsidRPr="0081455A">
        <w:rPr>
          <w:rFonts w:ascii="Times New Roman" w:hAnsi="Times New Roman" w:cs="Times New Roman"/>
          <w:sz w:val="24"/>
          <w:szCs w:val="24"/>
        </w:rPr>
        <w:t xml:space="preserve"> tool was selected from the right pane dialogue box to pick all the intersection points (IPs), and appropriate radius values of curve was given to each IP as specified by the client.</w:t>
      </w:r>
    </w:p>
    <w:p w14:paraId="40ED2208" w14:textId="77777777" w:rsidR="0081455A" w:rsidRDefault="0081455A" w:rsidP="00585E09">
      <w:pPr>
        <w:pStyle w:val="ListParagraph"/>
        <w:numPr>
          <w:ilvl w:val="0"/>
          <w:numId w:val="20"/>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Apply button was then clicked to effect all the given parameters on the drawing. On each IP position, information about the IP is been displayed. Such information are; IP number, X coordinate, Y coordinate, Radius of curve, Length of curve, Deflection angle and so on.</w:t>
      </w:r>
    </w:p>
    <w:p w14:paraId="07B7981B" w14:textId="77777777" w:rsidR="0081455A" w:rsidRDefault="0081455A" w:rsidP="0081455A">
      <w:pPr>
        <w:spacing w:after="0" w:line="480" w:lineRule="auto"/>
        <w:rPr>
          <w:rFonts w:ascii="Times New Roman" w:hAnsi="Times New Roman" w:cs="Times New Roman"/>
          <w:sz w:val="24"/>
          <w:szCs w:val="24"/>
        </w:rPr>
      </w:pPr>
    </w:p>
    <w:p w14:paraId="09FB2BD2" w14:textId="77777777" w:rsidR="0081455A" w:rsidRDefault="0081455A" w:rsidP="0081455A">
      <w:pPr>
        <w:spacing w:after="0" w:line="480" w:lineRule="auto"/>
        <w:rPr>
          <w:rFonts w:ascii="Times New Roman" w:hAnsi="Times New Roman" w:cs="Times New Roman"/>
          <w:sz w:val="24"/>
          <w:szCs w:val="24"/>
        </w:rPr>
      </w:pPr>
    </w:p>
    <w:p w14:paraId="03CCD243" w14:textId="77777777" w:rsidR="0081455A" w:rsidRDefault="0081455A" w:rsidP="0081455A">
      <w:pPr>
        <w:spacing w:after="0" w:line="480" w:lineRule="auto"/>
        <w:rPr>
          <w:rFonts w:ascii="Times New Roman" w:hAnsi="Times New Roman" w:cs="Times New Roman"/>
          <w:sz w:val="24"/>
          <w:szCs w:val="24"/>
        </w:rPr>
      </w:pPr>
    </w:p>
    <w:p w14:paraId="63AB05F1" w14:textId="77777777" w:rsidR="0081455A" w:rsidRPr="0081455A" w:rsidRDefault="0081455A" w:rsidP="0081455A">
      <w:pPr>
        <w:spacing w:after="0" w:line="480" w:lineRule="auto"/>
        <w:rPr>
          <w:rFonts w:ascii="Times New Roman" w:hAnsi="Times New Roman" w:cs="Times New Roman"/>
          <w:sz w:val="24"/>
          <w:szCs w:val="24"/>
        </w:rPr>
      </w:pPr>
    </w:p>
    <w:p w14:paraId="643F54D6"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4.2.4</w:t>
      </w:r>
      <w:r w:rsidRPr="0081455A">
        <w:rPr>
          <w:rFonts w:ascii="Times New Roman" w:hAnsi="Times New Roman" w:cs="Times New Roman"/>
          <w:b/>
          <w:sz w:val="24"/>
          <w:szCs w:val="24"/>
        </w:rPr>
        <w:tab/>
        <w:t>PLOTTING OF CROSS-SECTIONS USING CIVILCAD</w:t>
      </w:r>
    </w:p>
    <w:p w14:paraId="6CA67DF7" w14:textId="77777777" w:rsidR="0081455A" w:rsidRPr="0081455A" w:rsidRDefault="0081455A" w:rsidP="00585E09">
      <w:pPr>
        <w:pStyle w:val="ListParagraph"/>
        <w:numPr>
          <w:ilvl w:val="0"/>
          <w:numId w:val="21"/>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In CivilCAD2014 environment, </w:t>
      </w:r>
      <w:r w:rsidRPr="0081455A">
        <w:rPr>
          <w:rFonts w:ascii="Times New Roman" w:hAnsi="Times New Roman" w:cs="Times New Roman"/>
          <w:i/>
          <w:sz w:val="24"/>
          <w:szCs w:val="24"/>
        </w:rPr>
        <w:t>Road menu</w:t>
      </w:r>
      <w:r w:rsidRPr="0081455A">
        <w:rPr>
          <w:rFonts w:ascii="Times New Roman" w:hAnsi="Times New Roman" w:cs="Times New Roman"/>
          <w:sz w:val="24"/>
          <w:szCs w:val="24"/>
        </w:rPr>
        <w:t xml:space="preserve"> was clicked and CROSS SECTION selected. Then </w:t>
      </w:r>
      <w:r w:rsidRPr="0081455A">
        <w:rPr>
          <w:rFonts w:ascii="Times New Roman" w:hAnsi="Times New Roman" w:cs="Times New Roman"/>
          <w:i/>
          <w:sz w:val="24"/>
          <w:szCs w:val="24"/>
        </w:rPr>
        <w:t>‘Load sections from text file’</w:t>
      </w:r>
      <w:r w:rsidRPr="0081455A">
        <w:rPr>
          <w:rFonts w:ascii="Times New Roman" w:hAnsi="Times New Roman" w:cs="Times New Roman"/>
          <w:sz w:val="24"/>
          <w:szCs w:val="24"/>
        </w:rPr>
        <w:t xml:space="preserve"> button was clicked to load the existing ground level data.</w:t>
      </w:r>
    </w:p>
    <w:p w14:paraId="4A3B5FF8" w14:textId="77777777" w:rsidR="0081455A" w:rsidRPr="0081455A" w:rsidRDefault="0081455A" w:rsidP="00585E09">
      <w:pPr>
        <w:pStyle w:val="ListParagraph"/>
        <w:numPr>
          <w:ilvl w:val="0"/>
          <w:numId w:val="21"/>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Having uploaded the data file, </w:t>
      </w:r>
      <w:r w:rsidRPr="0081455A">
        <w:rPr>
          <w:rFonts w:ascii="Times New Roman" w:hAnsi="Times New Roman" w:cs="Times New Roman"/>
          <w:i/>
          <w:sz w:val="24"/>
          <w:szCs w:val="24"/>
        </w:rPr>
        <w:t>Existing Ground Level</w:t>
      </w:r>
      <w:r w:rsidRPr="0081455A">
        <w:rPr>
          <w:rFonts w:ascii="Times New Roman" w:hAnsi="Times New Roman" w:cs="Times New Roman"/>
          <w:sz w:val="24"/>
          <w:szCs w:val="24"/>
        </w:rPr>
        <w:t xml:space="preserve"> was chosen to specify that the data coming in is for existing ground level.</w:t>
      </w:r>
    </w:p>
    <w:p w14:paraId="62DD9504" w14:textId="77777777" w:rsidR="0081455A" w:rsidRPr="0081455A" w:rsidRDefault="0081455A" w:rsidP="00585E09">
      <w:pPr>
        <w:pStyle w:val="ListParagraph"/>
        <w:numPr>
          <w:ilvl w:val="0"/>
          <w:numId w:val="21"/>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The same format of data was uploaded next but for Designed Level by choosing </w:t>
      </w:r>
      <w:r w:rsidRPr="0081455A">
        <w:rPr>
          <w:rFonts w:ascii="Times New Roman" w:hAnsi="Times New Roman" w:cs="Times New Roman"/>
          <w:i/>
          <w:sz w:val="24"/>
          <w:szCs w:val="24"/>
        </w:rPr>
        <w:t>Designed Ground Level</w:t>
      </w:r>
      <w:r w:rsidRPr="0081455A">
        <w:rPr>
          <w:rFonts w:ascii="Times New Roman" w:hAnsi="Times New Roman" w:cs="Times New Roman"/>
          <w:sz w:val="24"/>
          <w:szCs w:val="24"/>
        </w:rPr>
        <w:t xml:space="preserve"> button. The design level data was calculated using 2.5% slope for cambering and 3% slope for the shoulder.</w:t>
      </w:r>
    </w:p>
    <w:p w14:paraId="69AAB82E" w14:textId="77777777" w:rsidR="0081455A" w:rsidRPr="0081455A" w:rsidRDefault="0081455A" w:rsidP="00585E09">
      <w:pPr>
        <w:pStyle w:val="ListParagraph"/>
        <w:numPr>
          <w:ilvl w:val="0"/>
          <w:numId w:val="21"/>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The software then superimposed the two drawing together to calculate the volume of CUT and FILL at each cross sections.</w:t>
      </w:r>
    </w:p>
    <w:p w14:paraId="5568B4F8" w14:textId="77777777" w:rsidR="0081455A" w:rsidRPr="0081455A" w:rsidRDefault="0081455A" w:rsidP="00585E09">
      <w:pPr>
        <w:pStyle w:val="ListParagraph"/>
        <w:numPr>
          <w:ilvl w:val="0"/>
          <w:numId w:val="21"/>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Then frame division was clicked and the Output scale, Paper size and range was chosen for the final output of the cross sections.</w:t>
      </w:r>
    </w:p>
    <w:p w14:paraId="2CF37C64" w14:textId="77777777" w:rsidR="0081455A" w:rsidRPr="0081455A" w:rsidRDefault="0081455A" w:rsidP="0081455A">
      <w:pPr>
        <w:spacing w:after="0" w:line="480" w:lineRule="auto"/>
        <w:ind w:left="720" w:hanging="720"/>
        <w:rPr>
          <w:rFonts w:ascii="Times New Roman" w:hAnsi="Times New Roman" w:cs="Times New Roman"/>
          <w:b/>
          <w:sz w:val="24"/>
          <w:szCs w:val="24"/>
        </w:rPr>
      </w:pPr>
      <w:r w:rsidRPr="0081455A">
        <w:rPr>
          <w:rFonts w:ascii="Times New Roman" w:hAnsi="Times New Roman" w:cs="Times New Roman"/>
          <w:b/>
          <w:sz w:val="24"/>
          <w:szCs w:val="24"/>
        </w:rPr>
        <w:t>4.2.5</w:t>
      </w:r>
      <w:r w:rsidRPr="0081455A">
        <w:rPr>
          <w:rFonts w:ascii="Times New Roman" w:hAnsi="Times New Roman" w:cs="Times New Roman"/>
          <w:b/>
          <w:sz w:val="24"/>
          <w:szCs w:val="24"/>
        </w:rPr>
        <w:tab/>
        <w:t>GENERATING EARTHWORK TABLE USING CIVILCAD 2014</w:t>
      </w:r>
    </w:p>
    <w:p w14:paraId="13F7CA31" w14:textId="77777777" w:rsidR="0081455A" w:rsidRPr="0081455A" w:rsidRDefault="0081455A" w:rsidP="00585E09">
      <w:pPr>
        <w:pStyle w:val="ListParagraph"/>
        <w:numPr>
          <w:ilvl w:val="0"/>
          <w:numId w:val="22"/>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Under </w:t>
      </w:r>
      <w:r w:rsidRPr="0081455A">
        <w:rPr>
          <w:rFonts w:ascii="Times New Roman" w:hAnsi="Times New Roman" w:cs="Times New Roman"/>
          <w:i/>
          <w:sz w:val="24"/>
          <w:szCs w:val="24"/>
        </w:rPr>
        <w:t>Road menu</w:t>
      </w:r>
      <w:r w:rsidRPr="0081455A">
        <w:rPr>
          <w:rFonts w:ascii="Times New Roman" w:hAnsi="Times New Roman" w:cs="Times New Roman"/>
          <w:sz w:val="24"/>
          <w:szCs w:val="24"/>
        </w:rPr>
        <w:t xml:space="preserve">, EARTHWORK button was clicked and the </w:t>
      </w:r>
      <w:r w:rsidRPr="0081455A">
        <w:rPr>
          <w:rFonts w:ascii="Times New Roman" w:hAnsi="Times New Roman" w:cs="Times New Roman"/>
          <w:i/>
          <w:sz w:val="24"/>
          <w:szCs w:val="24"/>
        </w:rPr>
        <w:t>Apply</w:t>
      </w:r>
      <w:r w:rsidRPr="0081455A">
        <w:rPr>
          <w:rFonts w:ascii="Times New Roman" w:hAnsi="Times New Roman" w:cs="Times New Roman"/>
          <w:sz w:val="24"/>
          <w:szCs w:val="24"/>
        </w:rPr>
        <w:t xml:space="preserve"> button to generate the volume of earthwork table.</w:t>
      </w:r>
    </w:p>
    <w:p w14:paraId="241486AE" w14:textId="77777777" w:rsidR="0081455A" w:rsidRPr="0081455A" w:rsidRDefault="0081455A" w:rsidP="00585E09">
      <w:pPr>
        <w:pStyle w:val="ListParagraph"/>
        <w:numPr>
          <w:ilvl w:val="0"/>
          <w:numId w:val="22"/>
        </w:numPr>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Having done this, a geometry report dialogue box appears on the screen showing the accumulated volume of </w:t>
      </w:r>
      <w:r w:rsidRPr="0081455A">
        <w:rPr>
          <w:rFonts w:ascii="Times New Roman" w:hAnsi="Times New Roman" w:cs="Times New Roman"/>
          <w:i/>
          <w:sz w:val="24"/>
          <w:szCs w:val="24"/>
        </w:rPr>
        <w:t xml:space="preserve">Cut </w:t>
      </w:r>
      <w:r w:rsidRPr="0081455A">
        <w:rPr>
          <w:rFonts w:ascii="Times New Roman" w:hAnsi="Times New Roman" w:cs="Times New Roman"/>
          <w:sz w:val="24"/>
          <w:szCs w:val="24"/>
        </w:rPr>
        <w:t xml:space="preserve">and </w:t>
      </w:r>
      <w:r w:rsidRPr="0081455A">
        <w:rPr>
          <w:rFonts w:ascii="Times New Roman" w:hAnsi="Times New Roman" w:cs="Times New Roman"/>
          <w:i/>
          <w:sz w:val="24"/>
          <w:szCs w:val="24"/>
        </w:rPr>
        <w:t>Fill</w:t>
      </w:r>
      <w:r w:rsidRPr="0081455A">
        <w:rPr>
          <w:rFonts w:ascii="Times New Roman" w:hAnsi="Times New Roman" w:cs="Times New Roman"/>
          <w:sz w:val="24"/>
          <w:szCs w:val="24"/>
        </w:rPr>
        <w:t>, which can be directly printed or exported to Microsoft Excel for further editing.</w:t>
      </w:r>
    </w:p>
    <w:p w14:paraId="427F82A0" w14:textId="77777777" w:rsidR="0081455A" w:rsidRPr="0081455A" w:rsidRDefault="0081455A" w:rsidP="00585E09">
      <w:pPr>
        <w:pStyle w:val="ListParagraph"/>
        <w:numPr>
          <w:ilvl w:val="1"/>
          <w:numId w:val="23"/>
        </w:num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ab/>
        <w:t>RESULT AND ANALYSIS</w:t>
      </w:r>
    </w:p>
    <w:p w14:paraId="30C2FD8E" w14:textId="77777777" w:rsidR="0081455A" w:rsidRPr="0081455A" w:rsidRDefault="0081455A" w:rsidP="0081455A">
      <w:pPr>
        <w:spacing w:after="0" w:line="480" w:lineRule="auto"/>
        <w:ind w:left="720" w:firstLine="720"/>
        <w:rPr>
          <w:rFonts w:ascii="Times New Roman" w:hAnsi="Times New Roman" w:cs="Times New Roman"/>
          <w:sz w:val="24"/>
          <w:szCs w:val="24"/>
        </w:rPr>
      </w:pPr>
      <w:r w:rsidRPr="0081455A">
        <w:rPr>
          <w:rFonts w:ascii="Times New Roman" w:hAnsi="Times New Roman" w:cs="Times New Roman"/>
          <w:sz w:val="24"/>
          <w:szCs w:val="24"/>
        </w:rPr>
        <w:t>This is a systematic examination and evaluation of data obtained and processed as a result of my field observation. This was achieved by taking into consideration all the necessary survey procedures and adhering to survey rules and regulations while on field and during processing.</w:t>
      </w:r>
    </w:p>
    <w:p w14:paraId="43860ABA" w14:textId="77777777" w:rsidR="0081455A" w:rsidRPr="0081455A" w:rsidRDefault="0081455A" w:rsidP="0081455A">
      <w:pPr>
        <w:pStyle w:val="ListParagraph"/>
        <w:spacing w:after="0" w:line="480" w:lineRule="auto"/>
        <w:rPr>
          <w:rFonts w:ascii="Times New Roman" w:hAnsi="Times New Roman" w:cs="Times New Roman"/>
          <w:sz w:val="24"/>
          <w:szCs w:val="24"/>
        </w:rPr>
      </w:pPr>
      <w:r w:rsidRPr="0081455A">
        <w:rPr>
          <w:rFonts w:ascii="Times New Roman" w:hAnsi="Times New Roman" w:cs="Times New Roman"/>
          <w:sz w:val="24"/>
          <w:szCs w:val="24"/>
        </w:rPr>
        <w:t xml:space="preserve">The final results were tabulated in appendix </w:t>
      </w:r>
    </w:p>
    <w:p w14:paraId="5F569D82" w14:textId="7626A401" w:rsidR="0081455A" w:rsidRPr="0081455A" w:rsidRDefault="0081455A" w:rsidP="0081455A">
      <w:pPr>
        <w:pStyle w:val="ListParagraph"/>
        <w:spacing w:after="0" w:line="480" w:lineRule="auto"/>
        <w:rPr>
          <w:rFonts w:ascii="Times New Roman" w:hAnsi="Times New Roman" w:cs="Times New Roman"/>
          <w:sz w:val="24"/>
          <w:szCs w:val="24"/>
        </w:rPr>
      </w:pPr>
      <w:r w:rsidRPr="0081455A">
        <w:rPr>
          <w:rFonts w:ascii="Times New Roman" w:hAnsi="Times New Roman" w:cs="Times New Roman"/>
          <w:sz w:val="24"/>
          <w:szCs w:val="24"/>
        </w:rPr>
        <w:lastRenderedPageBreak/>
        <w:t>The route survey traverse started from TBM.01, TBM.02 andTBM.03 but closed back on TBM.02.</w:t>
      </w:r>
    </w:p>
    <w:p w14:paraId="18E55F0B" w14:textId="77777777" w:rsidR="0081455A" w:rsidRPr="0081455A" w:rsidRDefault="0081455A" w:rsidP="0081455A">
      <w:pPr>
        <w:spacing w:after="0" w:line="480" w:lineRule="auto"/>
        <w:ind w:left="360"/>
        <w:rPr>
          <w:rFonts w:ascii="Times New Roman" w:hAnsi="Times New Roman" w:cs="Times New Roman"/>
          <w:b/>
          <w:sz w:val="24"/>
          <w:szCs w:val="24"/>
        </w:rPr>
      </w:pPr>
      <w:r w:rsidRPr="0081455A">
        <w:rPr>
          <w:rFonts w:ascii="Times New Roman" w:hAnsi="Times New Roman" w:cs="Times New Roman"/>
          <w:b/>
          <w:sz w:val="24"/>
          <w:szCs w:val="24"/>
        </w:rPr>
        <w:t>Table 4.7: Abstract of BM coordinates</w:t>
      </w:r>
    </w:p>
    <w:tbl>
      <w:tblPr>
        <w:tblW w:w="717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91"/>
        <w:gridCol w:w="2057"/>
        <w:gridCol w:w="1969"/>
        <w:gridCol w:w="1858"/>
      </w:tblGrid>
      <w:tr w:rsidR="0081455A" w:rsidRPr="0081455A" w14:paraId="4887EC87" w14:textId="77777777" w:rsidTr="0081455A">
        <w:trPr>
          <w:trHeight w:val="309"/>
        </w:trPr>
        <w:tc>
          <w:tcPr>
            <w:tcW w:w="1291" w:type="dxa"/>
            <w:tcBorders>
              <w:top w:val="single" w:sz="4" w:space="0" w:color="000000"/>
              <w:left w:val="single" w:sz="4" w:space="0" w:color="000000"/>
              <w:bottom w:val="single" w:sz="4" w:space="0" w:color="000000"/>
              <w:right w:val="single" w:sz="4" w:space="0" w:color="000000"/>
            </w:tcBorders>
            <w:hideMark/>
          </w:tcPr>
          <w:p w14:paraId="327BE22B"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color w:val="000000"/>
                <w:sz w:val="24"/>
                <w:szCs w:val="24"/>
              </w:rPr>
              <w:t>TBM.01</w:t>
            </w:r>
          </w:p>
        </w:tc>
        <w:tc>
          <w:tcPr>
            <w:tcW w:w="2057" w:type="dxa"/>
            <w:tcBorders>
              <w:top w:val="single" w:sz="4" w:space="0" w:color="000000"/>
              <w:left w:val="single" w:sz="4" w:space="0" w:color="000000"/>
              <w:bottom w:val="single" w:sz="4" w:space="0" w:color="000000"/>
              <w:right w:val="single" w:sz="4" w:space="0" w:color="000000"/>
            </w:tcBorders>
            <w:vAlign w:val="center"/>
            <w:hideMark/>
          </w:tcPr>
          <w:p w14:paraId="55A055CD"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sz w:val="24"/>
                <w:szCs w:val="24"/>
              </w:rPr>
              <w:t>932229.902</w:t>
            </w:r>
          </w:p>
        </w:tc>
        <w:tc>
          <w:tcPr>
            <w:tcW w:w="1969" w:type="dxa"/>
            <w:tcBorders>
              <w:top w:val="single" w:sz="4" w:space="0" w:color="000000"/>
              <w:left w:val="single" w:sz="4" w:space="0" w:color="000000"/>
              <w:bottom w:val="single" w:sz="4" w:space="0" w:color="000000"/>
              <w:right w:val="single" w:sz="4" w:space="0" w:color="000000"/>
            </w:tcBorders>
            <w:vAlign w:val="center"/>
            <w:hideMark/>
          </w:tcPr>
          <w:p w14:paraId="03086C92"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sz w:val="24"/>
                <w:szCs w:val="24"/>
              </w:rPr>
              <w:t>675261.302</w:t>
            </w:r>
          </w:p>
        </w:tc>
        <w:tc>
          <w:tcPr>
            <w:tcW w:w="1858" w:type="dxa"/>
            <w:tcBorders>
              <w:top w:val="single" w:sz="4" w:space="0" w:color="000000"/>
              <w:left w:val="single" w:sz="4" w:space="0" w:color="000000"/>
              <w:bottom w:val="single" w:sz="4" w:space="0" w:color="000000"/>
              <w:right w:val="single" w:sz="4" w:space="0" w:color="000000"/>
            </w:tcBorders>
            <w:vAlign w:val="center"/>
            <w:hideMark/>
          </w:tcPr>
          <w:p w14:paraId="7539E15F"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312.39</w:t>
            </w:r>
          </w:p>
        </w:tc>
      </w:tr>
      <w:tr w:rsidR="0081455A" w:rsidRPr="0081455A" w14:paraId="3C96CE2C" w14:textId="77777777" w:rsidTr="0081455A">
        <w:trPr>
          <w:trHeight w:val="278"/>
        </w:trPr>
        <w:tc>
          <w:tcPr>
            <w:tcW w:w="1291" w:type="dxa"/>
            <w:tcBorders>
              <w:top w:val="single" w:sz="4" w:space="0" w:color="000000"/>
              <w:left w:val="single" w:sz="4" w:space="0" w:color="000000"/>
              <w:bottom w:val="single" w:sz="4" w:space="0" w:color="000000"/>
              <w:right w:val="single" w:sz="4" w:space="0" w:color="000000"/>
            </w:tcBorders>
            <w:hideMark/>
          </w:tcPr>
          <w:p w14:paraId="2189E0EB"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color w:val="000000"/>
                <w:sz w:val="24"/>
                <w:szCs w:val="24"/>
              </w:rPr>
              <w:t>TBM.02</w:t>
            </w:r>
          </w:p>
        </w:tc>
        <w:tc>
          <w:tcPr>
            <w:tcW w:w="2057" w:type="dxa"/>
            <w:tcBorders>
              <w:top w:val="single" w:sz="4" w:space="0" w:color="000000"/>
              <w:left w:val="single" w:sz="4" w:space="0" w:color="000000"/>
              <w:bottom w:val="single" w:sz="4" w:space="0" w:color="000000"/>
              <w:right w:val="single" w:sz="4" w:space="0" w:color="000000"/>
            </w:tcBorders>
            <w:vAlign w:val="bottom"/>
            <w:hideMark/>
          </w:tcPr>
          <w:p w14:paraId="41866419"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sz w:val="24"/>
                <w:szCs w:val="24"/>
              </w:rPr>
              <w:t>932225.637</w:t>
            </w:r>
          </w:p>
        </w:tc>
        <w:tc>
          <w:tcPr>
            <w:tcW w:w="1969" w:type="dxa"/>
            <w:tcBorders>
              <w:top w:val="single" w:sz="4" w:space="0" w:color="000000"/>
              <w:left w:val="single" w:sz="4" w:space="0" w:color="000000"/>
              <w:bottom w:val="single" w:sz="4" w:space="0" w:color="000000"/>
              <w:right w:val="single" w:sz="4" w:space="0" w:color="000000"/>
            </w:tcBorders>
            <w:vAlign w:val="bottom"/>
            <w:hideMark/>
          </w:tcPr>
          <w:p w14:paraId="5BBAECEB"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sz w:val="24"/>
                <w:szCs w:val="24"/>
              </w:rPr>
              <w:t>675284.873</w:t>
            </w:r>
          </w:p>
        </w:tc>
        <w:tc>
          <w:tcPr>
            <w:tcW w:w="1858" w:type="dxa"/>
            <w:tcBorders>
              <w:top w:val="single" w:sz="4" w:space="0" w:color="000000"/>
              <w:left w:val="single" w:sz="4" w:space="0" w:color="000000"/>
              <w:bottom w:val="single" w:sz="4" w:space="0" w:color="000000"/>
              <w:right w:val="single" w:sz="4" w:space="0" w:color="000000"/>
            </w:tcBorders>
            <w:vAlign w:val="bottom"/>
            <w:hideMark/>
          </w:tcPr>
          <w:p w14:paraId="2D1FEB68"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313.04</w:t>
            </w:r>
          </w:p>
        </w:tc>
      </w:tr>
      <w:tr w:rsidR="0081455A" w:rsidRPr="0081455A" w14:paraId="531D1CD9" w14:textId="77777777" w:rsidTr="0081455A">
        <w:trPr>
          <w:trHeight w:val="278"/>
        </w:trPr>
        <w:tc>
          <w:tcPr>
            <w:tcW w:w="1291" w:type="dxa"/>
            <w:tcBorders>
              <w:top w:val="single" w:sz="4" w:space="0" w:color="000000"/>
              <w:left w:val="single" w:sz="4" w:space="0" w:color="000000"/>
              <w:bottom w:val="single" w:sz="4" w:space="0" w:color="000000"/>
              <w:right w:val="single" w:sz="4" w:space="0" w:color="000000"/>
            </w:tcBorders>
            <w:hideMark/>
          </w:tcPr>
          <w:p w14:paraId="00703C37"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color w:val="000000"/>
                <w:sz w:val="24"/>
                <w:szCs w:val="24"/>
              </w:rPr>
              <w:t>TBM.03</w:t>
            </w:r>
          </w:p>
        </w:tc>
        <w:tc>
          <w:tcPr>
            <w:tcW w:w="2057" w:type="dxa"/>
            <w:tcBorders>
              <w:top w:val="single" w:sz="4" w:space="0" w:color="000000"/>
              <w:left w:val="single" w:sz="4" w:space="0" w:color="000000"/>
              <w:bottom w:val="single" w:sz="4" w:space="0" w:color="000000"/>
              <w:right w:val="single" w:sz="4" w:space="0" w:color="000000"/>
            </w:tcBorders>
            <w:vAlign w:val="bottom"/>
            <w:hideMark/>
          </w:tcPr>
          <w:p w14:paraId="6CC2AF5E"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932207.160</w:t>
            </w:r>
          </w:p>
        </w:tc>
        <w:tc>
          <w:tcPr>
            <w:tcW w:w="1969" w:type="dxa"/>
            <w:tcBorders>
              <w:top w:val="single" w:sz="4" w:space="0" w:color="000000"/>
              <w:left w:val="single" w:sz="4" w:space="0" w:color="000000"/>
              <w:bottom w:val="single" w:sz="4" w:space="0" w:color="000000"/>
              <w:right w:val="single" w:sz="4" w:space="0" w:color="000000"/>
            </w:tcBorders>
            <w:vAlign w:val="bottom"/>
            <w:hideMark/>
          </w:tcPr>
          <w:p w14:paraId="03CE9B7F"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675272.022</w:t>
            </w:r>
          </w:p>
        </w:tc>
        <w:tc>
          <w:tcPr>
            <w:tcW w:w="1858" w:type="dxa"/>
            <w:tcBorders>
              <w:top w:val="single" w:sz="4" w:space="0" w:color="000000"/>
              <w:left w:val="single" w:sz="4" w:space="0" w:color="000000"/>
              <w:bottom w:val="single" w:sz="4" w:space="0" w:color="000000"/>
              <w:right w:val="single" w:sz="4" w:space="0" w:color="000000"/>
            </w:tcBorders>
            <w:vAlign w:val="bottom"/>
            <w:hideMark/>
          </w:tcPr>
          <w:p w14:paraId="282FF6D5"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312.97</w:t>
            </w:r>
          </w:p>
        </w:tc>
      </w:tr>
      <w:tr w:rsidR="0081455A" w:rsidRPr="0081455A" w14:paraId="534E78CD" w14:textId="77777777" w:rsidTr="0081455A">
        <w:trPr>
          <w:trHeight w:val="278"/>
        </w:trPr>
        <w:tc>
          <w:tcPr>
            <w:tcW w:w="1291" w:type="dxa"/>
            <w:tcBorders>
              <w:top w:val="single" w:sz="4" w:space="0" w:color="000000"/>
              <w:left w:val="single" w:sz="4" w:space="0" w:color="000000"/>
              <w:bottom w:val="single" w:sz="4" w:space="0" w:color="000000"/>
              <w:right w:val="single" w:sz="4" w:space="0" w:color="000000"/>
            </w:tcBorders>
            <w:hideMark/>
          </w:tcPr>
          <w:p w14:paraId="1EE89803"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color w:val="000000"/>
                <w:sz w:val="24"/>
                <w:szCs w:val="24"/>
              </w:rPr>
              <w:t>TBM.04</w:t>
            </w:r>
          </w:p>
        </w:tc>
        <w:tc>
          <w:tcPr>
            <w:tcW w:w="2057" w:type="dxa"/>
            <w:tcBorders>
              <w:top w:val="single" w:sz="4" w:space="0" w:color="000000"/>
              <w:left w:val="single" w:sz="4" w:space="0" w:color="000000"/>
              <w:bottom w:val="single" w:sz="4" w:space="0" w:color="000000"/>
              <w:right w:val="single" w:sz="4" w:space="0" w:color="000000"/>
            </w:tcBorders>
            <w:vAlign w:val="bottom"/>
            <w:hideMark/>
          </w:tcPr>
          <w:p w14:paraId="5C1C6323"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931583.654</w:t>
            </w:r>
          </w:p>
        </w:tc>
        <w:tc>
          <w:tcPr>
            <w:tcW w:w="1969" w:type="dxa"/>
            <w:tcBorders>
              <w:top w:val="single" w:sz="4" w:space="0" w:color="000000"/>
              <w:left w:val="single" w:sz="4" w:space="0" w:color="000000"/>
              <w:bottom w:val="single" w:sz="4" w:space="0" w:color="000000"/>
              <w:right w:val="single" w:sz="4" w:space="0" w:color="000000"/>
            </w:tcBorders>
            <w:vAlign w:val="bottom"/>
            <w:hideMark/>
          </w:tcPr>
          <w:p w14:paraId="48140A75"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674839.222</w:t>
            </w:r>
          </w:p>
        </w:tc>
        <w:tc>
          <w:tcPr>
            <w:tcW w:w="1858" w:type="dxa"/>
            <w:tcBorders>
              <w:top w:val="single" w:sz="4" w:space="0" w:color="000000"/>
              <w:left w:val="single" w:sz="4" w:space="0" w:color="000000"/>
              <w:bottom w:val="single" w:sz="4" w:space="0" w:color="000000"/>
              <w:right w:val="single" w:sz="4" w:space="0" w:color="000000"/>
            </w:tcBorders>
            <w:vAlign w:val="bottom"/>
            <w:hideMark/>
          </w:tcPr>
          <w:p w14:paraId="43E2150D"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310.21</w:t>
            </w:r>
          </w:p>
        </w:tc>
      </w:tr>
      <w:tr w:rsidR="0081455A" w:rsidRPr="0081455A" w14:paraId="09385749" w14:textId="77777777" w:rsidTr="0081455A">
        <w:trPr>
          <w:trHeight w:val="278"/>
        </w:trPr>
        <w:tc>
          <w:tcPr>
            <w:tcW w:w="1291" w:type="dxa"/>
            <w:tcBorders>
              <w:top w:val="single" w:sz="4" w:space="0" w:color="000000"/>
              <w:left w:val="single" w:sz="4" w:space="0" w:color="000000"/>
              <w:bottom w:val="single" w:sz="4" w:space="0" w:color="000000"/>
              <w:right w:val="single" w:sz="4" w:space="0" w:color="000000"/>
            </w:tcBorders>
            <w:hideMark/>
          </w:tcPr>
          <w:p w14:paraId="047D2B97"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color w:val="000000"/>
                <w:sz w:val="24"/>
                <w:szCs w:val="24"/>
              </w:rPr>
              <w:t>TBM.05</w:t>
            </w:r>
          </w:p>
        </w:tc>
        <w:tc>
          <w:tcPr>
            <w:tcW w:w="2057" w:type="dxa"/>
            <w:tcBorders>
              <w:top w:val="single" w:sz="4" w:space="0" w:color="000000"/>
              <w:left w:val="single" w:sz="4" w:space="0" w:color="000000"/>
              <w:bottom w:val="single" w:sz="4" w:space="0" w:color="000000"/>
              <w:right w:val="single" w:sz="4" w:space="0" w:color="000000"/>
            </w:tcBorders>
            <w:vAlign w:val="bottom"/>
            <w:hideMark/>
          </w:tcPr>
          <w:p w14:paraId="50FDEE89"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931589.824</w:t>
            </w:r>
          </w:p>
        </w:tc>
        <w:tc>
          <w:tcPr>
            <w:tcW w:w="1969" w:type="dxa"/>
            <w:tcBorders>
              <w:top w:val="single" w:sz="4" w:space="0" w:color="000000"/>
              <w:left w:val="single" w:sz="4" w:space="0" w:color="000000"/>
              <w:bottom w:val="single" w:sz="4" w:space="0" w:color="000000"/>
              <w:right w:val="single" w:sz="4" w:space="0" w:color="000000"/>
            </w:tcBorders>
            <w:vAlign w:val="bottom"/>
            <w:hideMark/>
          </w:tcPr>
          <w:p w14:paraId="38B4DDD4"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674818.166</w:t>
            </w:r>
          </w:p>
        </w:tc>
        <w:tc>
          <w:tcPr>
            <w:tcW w:w="1858" w:type="dxa"/>
            <w:tcBorders>
              <w:top w:val="single" w:sz="4" w:space="0" w:color="000000"/>
              <w:left w:val="single" w:sz="4" w:space="0" w:color="000000"/>
              <w:bottom w:val="single" w:sz="4" w:space="0" w:color="000000"/>
              <w:right w:val="single" w:sz="4" w:space="0" w:color="000000"/>
            </w:tcBorders>
            <w:vAlign w:val="bottom"/>
            <w:hideMark/>
          </w:tcPr>
          <w:p w14:paraId="0DAEE29D"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 xml:space="preserve">        309.58</w:t>
            </w:r>
          </w:p>
        </w:tc>
      </w:tr>
      <w:tr w:rsidR="0081455A" w:rsidRPr="0081455A" w14:paraId="6F6411D1" w14:textId="77777777" w:rsidTr="0081455A">
        <w:trPr>
          <w:trHeight w:val="278"/>
        </w:trPr>
        <w:tc>
          <w:tcPr>
            <w:tcW w:w="1291" w:type="dxa"/>
            <w:tcBorders>
              <w:top w:val="single" w:sz="4" w:space="0" w:color="000000"/>
              <w:left w:val="single" w:sz="4" w:space="0" w:color="000000"/>
              <w:bottom w:val="single" w:sz="4" w:space="0" w:color="000000"/>
              <w:right w:val="single" w:sz="4" w:space="0" w:color="000000"/>
            </w:tcBorders>
            <w:hideMark/>
          </w:tcPr>
          <w:p w14:paraId="5179527A"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color w:val="000000"/>
                <w:sz w:val="24"/>
                <w:szCs w:val="24"/>
              </w:rPr>
              <w:t>TBM.06</w:t>
            </w:r>
          </w:p>
        </w:tc>
        <w:tc>
          <w:tcPr>
            <w:tcW w:w="2057" w:type="dxa"/>
            <w:tcBorders>
              <w:top w:val="single" w:sz="4" w:space="0" w:color="000000"/>
              <w:left w:val="single" w:sz="4" w:space="0" w:color="000000"/>
              <w:bottom w:val="single" w:sz="4" w:space="0" w:color="000000"/>
              <w:right w:val="single" w:sz="4" w:space="0" w:color="000000"/>
            </w:tcBorders>
            <w:vAlign w:val="bottom"/>
            <w:hideMark/>
          </w:tcPr>
          <w:p w14:paraId="365DECAF"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674441.073</w:t>
            </w:r>
          </w:p>
        </w:tc>
        <w:tc>
          <w:tcPr>
            <w:tcW w:w="1969" w:type="dxa"/>
            <w:tcBorders>
              <w:top w:val="single" w:sz="4" w:space="0" w:color="000000"/>
              <w:left w:val="single" w:sz="4" w:space="0" w:color="000000"/>
              <w:bottom w:val="single" w:sz="4" w:space="0" w:color="000000"/>
              <w:right w:val="single" w:sz="4" w:space="0" w:color="000000"/>
            </w:tcBorders>
            <w:vAlign w:val="bottom"/>
            <w:hideMark/>
          </w:tcPr>
          <w:p w14:paraId="4C4DD1A9"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931811.975</w:t>
            </w:r>
          </w:p>
        </w:tc>
        <w:tc>
          <w:tcPr>
            <w:tcW w:w="1858" w:type="dxa"/>
            <w:tcBorders>
              <w:top w:val="single" w:sz="4" w:space="0" w:color="000000"/>
              <w:left w:val="single" w:sz="4" w:space="0" w:color="000000"/>
              <w:bottom w:val="single" w:sz="4" w:space="0" w:color="000000"/>
              <w:right w:val="single" w:sz="4" w:space="0" w:color="000000"/>
            </w:tcBorders>
            <w:vAlign w:val="bottom"/>
            <w:hideMark/>
          </w:tcPr>
          <w:p w14:paraId="6071234C"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310.13</w:t>
            </w:r>
          </w:p>
        </w:tc>
      </w:tr>
      <w:tr w:rsidR="0081455A" w:rsidRPr="0081455A" w14:paraId="0F093518" w14:textId="77777777" w:rsidTr="0081455A">
        <w:trPr>
          <w:trHeight w:val="278"/>
        </w:trPr>
        <w:tc>
          <w:tcPr>
            <w:tcW w:w="1291" w:type="dxa"/>
            <w:tcBorders>
              <w:top w:val="single" w:sz="4" w:space="0" w:color="000000"/>
              <w:left w:val="single" w:sz="4" w:space="0" w:color="000000"/>
              <w:bottom w:val="single" w:sz="4" w:space="0" w:color="000000"/>
              <w:right w:val="single" w:sz="4" w:space="0" w:color="000000"/>
            </w:tcBorders>
            <w:hideMark/>
          </w:tcPr>
          <w:p w14:paraId="6D0C7EC0"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color w:val="000000"/>
                <w:sz w:val="24"/>
                <w:szCs w:val="24"/>
              </w:rPr>
              <w:t>TBM.07</w:t>
            </w:r>
          </w:p>
        </w:tc>
        <w:tc>
          <w:tcPr>
            <w:tcW w:w="2057" w:type="dxa"/>
            <w:tcBorders>
              <w:top w:val="single" w:sz="4" w:space="0" w:color="000000"/>
              <w:left w:val="single" w:sz="4" w:space="0" w:color="000000"/>
              <w:bottom w:val="single" w:sz="4" w:space="0" w:color="000000"/>
              <w:right w:val="single" w:sz="4" w:space="0" w:color="000000"/>
            </w:tcBorders>
            <w:vAlign w:val="bottom"/>
            <w:hideMark/>
          </w:tcPr>
          <w:p w14:paraId="13678776"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931823.719</w:t>
            </w:r>
          </w:p>
        </w:tc>
        <w:tc>
          <w:tcPr>
            <w:tcW w:w="1969" w:type="dxa"/>
            <w:tcBorders>
              <w:top w:val="single" w:sz="4" w:space="0" w:color="000000"/>
              <w:left w:val="single" w:sz="4" w:space="0" w:color="000000"/>
              <w:bottom w:val="single" w:sz="4" w:space="0" w:color="000000"/>
              <w:right w:val="single" w:sz="4" w:space="0" w:color="000000"/>
            </w:tcBorders>
            <w:vAlign w:val="bottom"/>
            <w:hideMark/>
          </w:tcPr>
          <w:p w14:paraId="05C46927"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674448.987</w:t>
            </w:r>
          </w:p>
        </w:tc>
        <w:tc>
          <w:tcPr>
            <w:tcW w:w="1858" w:type="dxa"/>
            <w:tcBorders>
              <w:top w:val="single" w:sz="4" w:space="0" w:color="000000"/>
              <w:left w:val="single" w:sz="4" w:space="0" w:color="000000"/>
              <w:bottom w:val="single" w:sz="4" w:space="0" w:color="000000"/>
              <w:right w:val="single" w:sz="4" w:space="0" w:color="000000"/>
            </w:tcBorders>
            <w:vAlign w:val="bottom"/>
            <w:hideMark/>
          </w:tcPr>
          <w:p w14:paraId="5B02A1E2"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309.46</w:t>
            </w:r>
          </w:p>
        </w:tc>
      </w:tr>
      <w:tr w:rsidR="0081455A" w:rsidRPr="0081455A" w14:paraId="37A3EF49" w14:textId="77777777" w:rsidTr="0081455A">
        <w:trPr>
          <w:trHeight w:val="278"/>
        </w:trPr>
        <w:tc>
          <w:tcPr>
            <w:tcW w:w="1291" w:type="dxa"/>
            <w:tcBorders>
              <w:top w:val="single" w:sz="4" w:space="0" w:color="000000"/>
              <w:left w:val="single" w:sz="4" w:space="0" w:color="000000"/>
              <w:bottom w:val="single" w:sz="4" w:space="0" w:color="000000"/>
              <w:right w:val="single" w:sz="4" w:space="0" w:color="000000"/>
            </w:tcBorders>
            <w:hideMark/>
          </w:tcPr>
          <w:p w14:paraId="6F4692F6"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color w:val="000000"/>
                <w:sz w:val="24"/>
                <w:szCs w:val="24"/>
              </w:rPr>
              <w:t>TBM.08</w:t>
            </w:r>
          </w:p>
        </w:tc>
        <w:tc>
          <w:tcPr>
            <w:tcW w:w="2057" w:type="dxa"/>
            <w:tcBorders>
              <w:top w:val="single" w:sz="4" w:space="0" w:color="000000"/>
              <w:left w:val="single" w:sz="4" w:space="0" w:color="000000"/>
              <w:bottom w:val="single" w:sz="4" w:space="0" w:color="000000"/>
              <w:right w:val="single" w:sz="4" w:space="0" w:color="000000"/>
            </w:tcBorders>
            <w:vAlign w:val="bottom"/>
          </w:tcPr>
          <w:p w14:paraId="0180DEE2"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 xml:space="preserve">  932238.880</w:t>
            </w:r>
            <w:r w:rsidRPr="0081455A">
              <w:rPr>
                <w:rFonts w:ascii="Times New Roman" w:hAnsi="Times New Roman" w:cs="Times New Roman"/>
                <w:color w:val="000000"/>
                <w:sz w:val="24"/>
                <w:szCs w:val="24"/>
              </w:rPr>
              <w:tab/>
            </w:r>
          </w:p>
        </w:tc>
        <w:tc>
          <w:tcPr>
            <w:tcW w:w="1969" w:type="dxa"/>
            <w:tcBorders>
              <w:top w:val="single" w:sz="4" w:space="0" w:color="000000"/>
              <w:left w:val="single" w:sz="4" w:space="0" w:color="000000"/>
              <w:bottom w:val="single" w:sz="4" w:space="0" w:color="000000"/>
              <w:right w:val="single" w:sz="4" w:space="0" w:color="000000"/>
            </w:tcBorders>
            <w:vAlign w:val="bottom"/>
          </w:tcPr>
          <w:p w14:paraId="47F32CCA"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673657.641</w:t>
            </w:r>
          </w:p>
        </w:tc>
        <w:tc>
          <w:tcPr>
            <w:tcW w:w="1858" w:type="dxa"/>
            <w:tcBorders>
              <w:top w:val="single" w:sz="4" w:space="0" w:color="000000"/>
              <w:left w:val="single" w:sz="4" w:space="0" w:color="000000"/>
              <w:bottom w:val="single" w:sz="4" w:space="0" w:color="000000"/>
              <w:right w:val="single" w:sz="4" w:space="0" w:color="000000"/>
            </w:tcBorders>
            <w:vAlign w:val="bottom"/>
          </w:tcPr>
          <w:p w14:paraId="570A0D0F"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322.56</w:t>
            </w:r>
          </w:p>
        </w:tc>
      </w:tr>
      <w:tr w:rsidR="0081455A" w:rsidRPr="0081455A" w14:paraId="5957204E" w14:textId="77777777" w:rsidTr="0081455A">
        <w:trPr>
          <w:trHeight w:val="278"/>
        </w:trPr>
        <w:tc>
          <w:tcPr>
            <w:tcW w:w="1291" w:type="dxa"/>
            <w:tcBorders>
              <w:top w:val="single" w:sz="4" w:space="0" w:color="000000"/>
              <w:left w:val="single" w:sz="4" w:space="0" w:color="000000"/>
              <w:bottom w:val="single" w:sz="4" w:space="0" w:color="000000"/>
              <w:right w:val="single" w:sz="4" w:space="0" w:color="000000"/>
            </w:tcBorders>
            <w:hideMark/>
          </w:tcPr>
          <w:p w14:paraId="271FA082"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color w:val="000000"/>
                <w:sz w:val="24"/>
                <w:szCs w:val="24"/>
              </w:rPr>
              <w:t>TBM.09</w:t>
            </w:r>
          </w:p>
        </w:tc>
        <w:tc>
          <w:tcPr>
            <w:tcW w:w="2057" w:type="dxa"/>
            <w:tcBorders>
              <w:top w:val="single" w:sz="4" w:space="0" w:color="000000"/>
              <w:left w:val="single" w:sz="4" w:space="0" w:color="000000"/>
              <w:bottom w:val="single" w:sz="4" w:space="0" w:color="000000"/>
              <w:right w:val="single" w:sz="4" w:space="0" w:color="000000"/>
            </w:tcBorders>
            <w:vAlign w:val="bottom"/>
          </w:tcPr>
          <w:p w14:paraId="035D5EAB"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932216.454</w:t>
            </w:r>
            <w:r w:rsidRPr="0081455A">
              <w:rPr>
                <w:rFonts w:ascii="Times New Roman" w:hAnsi="Times New Roman" w:cs="Times New Roman"/>
                <w:color w:val="000000"/>
                <w:sz w:val="24"/>
                <w:szCs w:val="24"/>
              </w:rPr>
              <w:tab/>
            </w:r>
          </w:p>
        </w:tc>
        <w:tc>
          <w:tcPr>
            <w:tcW w:w="1969" w:type="dxa"/>
            <w:tcBorders>
              <w:top w:val="single" w:sz="4" w:space="0" w:color="000000"/>
              <w:left w:val="single" w:sz="4" w:space="0" w:color="000000"/>
              <w:bottom w:val="single" w:sz="4" w:space="0" w:color="000000"/>
              <w:right w:val="single" w:sz="4" w:space="0" w:color="000000"/>
            </w:tcBorders>
            <w:vAlign w:val="bottom"/>
          </w:tcPr>
          <w:p w14:paraId="30056584"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673658.547</w:t>
            </w:r>
          </w:p>
        </w:tc>
        <w:tc>
          <w:tcPr>
            <w:tcW w:w="1858" w:type="dxa"/>
            <w:tcBorders>
              <w:top w:val="single" w:sz="4" w:space="0" w:color="000000"/>
              <w:left w:val="single" w:sz="4" w:space="0" w:color="000000"/>
              <w:bottom w:val="single" w:sz="4" w:space="0" w:color="000000"/>
              <w:right w:val="single" w:sz="4" w:space="0" w:color="000000"/>
            </w:tcBorders>
            <w:vAlign w:val="bottom"/>
          </w:tcPr>
          <w:p w14:paraId="5A1456E9"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323.87</w:t>
            </w:r>
          </w:p>
        </w:tc>
      </w:tr>
      <w:tr w:rsidR="0081455A" w:rsidRPr="0081455A" w14:paraId="2249A054" w14:textId="77777777" w:rsidTr="0081455A">
        <w:trPr>
          <w:trHeight w:val="278"/>
        </w:trPr>
        <w:tc>
          <w:tcPr>
            <w:tcW w:w="1291" w:type="dxa"/>
            <w:tcBorders>
              <w:top w:val="single" w:sz="4" w:space="0" w:color="000000"/>
              <w:left w:val="single" w:sz="4" w:space="0" w:color="000000"/>
              <w:bottom w:val="single" w:sz="4" w:space="0" w:color="000000"/>
              <w:right w:val="single" w:sz="4" w:space="0" w:color="000000"/>
            </w:tcBorders>
            <w:hideMark/>
          </w:tcPr>
          <w:p w14:paraId="7E7F2D3E"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color w:val="000000"/>
                <w:sz w:val="24"/>
                <w:szCs w:val="24"/>
              </w:rPr>
              <w:t>TBM.10</w:t>
            </w:r>
          </w:p>
        </w:tc>
        <w:tc>
          <w:tcPr>
            <w:tcW w:w="2057" w:type="dxa"/>
            <w:tcBorders>
              <w:top w:val="single" w:sz="4" w:space="0" w:color="000000"/>
              <w:left w:val="single" w:sz="4" w:space="0" w:color="000000"/>
              <w:bottom w:val="single" w:sz="4" w:space="0" w:color="000000"/>
              <w:right w:val="single" w:sz="4" w:space="0" w:color="000000"/>
            </w:tcBorders>
            <w:vAlign w:val="bottom"/>
          </w:tcPr>
          <w:p w14:paraId="6FF7ACB7"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933121.878</w:t>
            </w:r>
            <w:r w:rsidRPr="0081455A">
              <w:rPr>
                <w:rFonts w:ascii="Times New Roman" w:hAnsi="Times New Roman" w:cs="Times New Roman"/>
                <w:color w:val="000000"/>
                <w:sz w:val="24"/>
                <w:szCs w:val="24"/>
              </w:rPr>
              <w:tab/>
            </w:r>
          </w:p>
        </w:tc>
        <w:tc>
          <w:tcPr>
            <w:tcW w:w="1969" w:type="dxa"/>
            <w:tcBorders>
              <w:top w:val="single" w:sz="4" w:space="0" w:color="000000"/>
              <w:left w:val="single" w:sz="4" w:space="0" w:color="000000"/>
              <w:bottom w:val="single" w:sz="4" w:space="0" w:color="000000"/>
              <w:right w:val="single" w:sz="4" w:space="0" w:color="000000"/>
            </w:tcBorders>
            <w:vAlign w:val="bottom"/>
          </w:tcPr>
          <w:p w14:paraId="0BA9D8CD"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673159.463</w:t>
            </w:r>
          </w:p>
        </w:tc>
        <w:tc>
          <w:tcPr>
            <w:tcW w:w="1858" w:type="dxa"/>
            <w:tcBorders>
              <w:top w:val="single" w:sz="4" w:space="0" w:color="000000"/>
              <w:left w:val="single" w:sz="4" w:space="0" w:color="000000"/>
              <w:bottom w:val="single" w:sz="4" w:space="0" w:color="000000"/>
              <w:right w:val="single" w:sz="4" w:space="0" w:color="000000"/>
            </w:tcBorders>
            <w:vAlign w:val="bottom"/>
          </w:tcPr>
          <w:p w14:paraId="0DEEEEBE"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303.71</w:t>
            </w:r>
          </w:p>
        </w:tc>
      </w:tr>
      <w:tr w:rsidR="0081455A" w:rsidRPr="0081455A" w14:paraId="6E47D137" w14:textId="77777777" w:rsidTr="0081455A">
        <w:trPr>
          <w:trHeight w:val="278"/>
        </w:trPr>
        <w:tc>
          <w:tcPr>
            <w:tcW w:w="1291" w:type="dxa"/>
            <w:tcBorders>
              <w:top w:val="single" w:sz="4" w:space="0" w:color="000000"/>
              <w:left w:val="single" w:sz="4" w:space="0" w:color="000000"/>
              <w:bottom w:val="single" w:sz="4" w:space="0" w:color="000000"/>
              <w:right w:val="single" w:sz="4" w:space="0" w:color="000000"/>
            </w:tcBorders>
            <w:hideMark/>
          </w:tcPr>
          <w:p w14:paraId="7D987DEB" w14:textId="77777777" w:rsidR="0081455A" w:rsidRPr="0081455A" w:rsidRDefault="0081455A" w:rsidP="0081455A">
            <w:pPr>
              <w:spacing w:after="0" w:line="480" w:lineRule="auto"/>
              <w:rPr>
                <w:rFonts w:ascii="Times New Roman" w:hAnsi="Times New Roman" w:cs="Times New Roman"/>
                <w:sz w:val="24"/>
                <w:szCs w:val="24"/>
              </w:rPr>
            </w:pPr>
            <w:r w:rsidRPr="0081455A">
              <w:rPr>
                <w:rFonts w:ascii="Times New Roman" w:hAnsi="Times New Roman" w:cs="Times New Roman"/>
                <w:color w:val="000000"/>
                <w:sz w:val="24"/>
                <w:szCs w:val="24"/>
              </w:rPr>
              <w:t>TBM.11</w:t>
            </w:r>
          </w:p>
        </w:tc>
        <w:tc>
          <w:tcPr>
            <w:tcW w:w="2057" w:type="dxa"/>
            <w:tcBorders>
              <w:top w:val="single" w:sz="4" w:space="0" w:color="000000"/>
              <w:left w:val="single" w:sz="4" w:space="0" w:color="000000"/>
              <w:bottom w:val="single" w:sz="4" w:space="0" w:color="000000"/>
              <w:right w:val="single" w:sz="4" w:space="0" w:color="000000"/>
            </w:tcBorders>
            <w:vAlign w:val="bottom"/>
          </w:tcPr>
          <w:p w14:paraId="5E23A48B"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933124.483</w:t>
            </w:r>
            <w:r w:rsidRPr="0081455A">
              <w:rPr>
                <w:rFonts w:ascii="Times New Roman" w:hAnsi="Times New Roman" w:cs="Times New Roman"/>
                <w:color w:val="000000"/>
                <w:sz w:val="24"/>
                <w:szCs w:val="24"/>
              </w:rPr>
              <w:tab/>
            </w:r>
          </w:p>
        </w:tc>
        <w:tc>
          <w:tcPr>
            <w:tcW w:w="1969" w:type="dxa"/>
            <w:tcBorders>
              <w:top w:val="single" w:sz="4" w:space="0" w:color="000000"/>
              <w:left w:val="single" w:sz="4" w:space="0" w:color="000000"/>
              <w:bottom w:val="single" w:sz="4" w:space="0" w:color="000000"/>
              <w:right w:val="single" w:sz="4" w:space="0" w:color="000000"/>
            </w:tcBorders>
            <w:vAlign w:val="bottom"/>
          </w:tcPr>
          <w:p w14:paraId="186C5239"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673178.850</w:t>
            </w:r>
          </w:p>
        </w:tc>
        <w:tc>
          <w:tcPr>
            <w:tcW w:w="1858" w:type="dxa"/>
            <w:tcBorders>
              <w:top w:val="single" w:sz="4" w:space="0" w:color="000000"/>
              <w:left w:val="single" w:sz="4" w:space="0" w:color="000000"/>
              <w:bottom w:val="single" w:sz="4" w:space="0" w:color="000000"/>
              <w:right w:val="single" w:sz="4" w:space="0" w:color="000000"/>
            </w:tcBorders>
            <w:vAlign w:val="bottom"/>
          </w:tcPr>
          <w:p w14:paraId="0E9B1380" w14:textId="77777777" w:rsidR="0081455A" w:rsidRPr="0081455A" w:rsidRDefault="0081455A" w:rsidP="0081455A">
            <w:pPr>
              <w:tabs>
                <w:tab w:val="left" w:pos="0"/>
                <w:tab w:val="left" w:pos="540"/>
              </w:tabs>
              <w:spacing w:after="0" w:line="480" w:lineRule="auto"/>
              <w:rPr>
                <w:rFonts w:ascii="Times New Roman" w:hAnsi="Times New Roman" w:cs="Times New Roman"/>
                <w:color w:val="000000"/>
                <w:sz w:val="24"/>
                <w:szCs w:val="24"/>
              </w:rPr>
            </w:pPr>
            <w:r w:rsidRPr="0081455A">
              <w:rPr>
                <w:rFonts w:ascii="Times New Roman" w:hAnsi="Times New Roman" w:cs="Times New Roman"/>
                <w:color w:val="000000"/>
                <w:sz w:val="24"/>
                <w:szCs w:val="24"/>
              </w:rPr>
              <w:t>303.56</w:t>
            </w:r>
          </w:p>
        </w:tc>
      </w:tr>
    </w:tbl>
    <w:p w14:paraId="54322244" w14:textId="77777777" w:rsidR="0081455A" w:rsidRPr="0081455A" w:rsidRDefault="0081455A" w:rsidP="0081455A">
      <w:pPr>
        <w:pStyle w:val="ListParagraph"/>
        <w:spacing w:after="0" w:line="480" w:lineRule="auto"/>
        <w:rPr>
          <w:rFonts w:ascii="Times New Roman" w:hAnsi="Times New Roman" w:cs="Times New Roman"/>
          <w:sz w:val="24"/>
          <w:szCs w:val="24"/>
        </w:rPr>
      </w:pPr>
    </w:p>
    <w:p w14:paraId="22596B23" w14:textId="77777777" w:rsidR="0081455A" w:rsidRPr="0081455A" w:rsidRDefault="0081455A" w:rsidP="0081455A">
      <w:pPr>
        <w:pStyle w:val="ListParagraph"/>
        <w:spacing w:after="0" w:line="480" w:lineRule="auto"/>
        <w:rPr>
          <w:rFonts w:ascii="Times New Roman" w:hAnsi="Times New Roman" w:cs="Times New Roman"/>
          <w:sz w:val="24"/>
          <w:szCs w:val="24"/>
        </w:rPr>
      </w:pPr>
      <w:r w:rsidRPr="0081455A">
        <w:rPr>
          <w:rFonts w:ascii="Times New Roman" w:hAnsi="Times New Roman" w:cs="Times New Roman"/>
          <w:sz w:val="24"/>
          <w:szCs w:val="24"/>
        </w:rPr>
        <w:t>Finally the observed coordinates and the given coordinates were compared and the computation shows that the traverse closed.</w:t>
      </w:r>
    </w:p>
    <w:p w14:paraId="5B6FEEC9"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4.4</w:t>
      </w:r>
      <w:r w:rsidRPr="0081455A">
        <w:rPr>
          <w:rFonts w:ascii="Times New Roman" w:hAnsi="Times New Roman" w:cs="Times New Roman"/>
          <w:b/>
          <w:sz w:val="24"/>
          <w:szCs w:val="24"/>
        </w:rPr>
        <w:tab/>
        <w:t>LINEAR ACCURACY</w:t>
      </w:r>
    </w:p>
    <w:p w14:paraId="70288363" w14:textId="77777777" w:rsidR="0081455A" w:rsidRPr="0081455A" w:rsidRDefault="0081455A" w:rsidP="0081455A">
      <w:pPr>
        <w:pStyle w:val="BodyTextIndent"/>
        <w:spacing w:line="480" w:lineRule="auto"/>
        <w:ind w:left="720"/>
        <w:rPr>
          <w:rFonts w:ascii="Times New Roman" w:hAnsi="Times New Roman" w:cs="Times New Roman"/>
          <w:sz w:val="24"/>
          <w:szCs w:val="24"/>
        </w:rPr>
      </w:pPr>
      <w:r w:rsidRPr="0081455A">
        <w:rPr>
          <w:rFonts w:ascii="Times New Roman" w:hAnsi="Times New Roman" w:cs="Times New Roman"/>
          <w:sz w:val="24"/>
          <w:szCs w:val="24"/>
        </w:rPr>
        <w:t>The accuracy was computed with the formula below:</w:t>
      </w:r>
    </w:p>
    <w:p w14:paraId="5D455C28" w14:textId="77777777" w:rsidR="0081455A" w:rsidRPr="0081455A" w:rsidRDefault="0081455A" w:rsidP="0081455A">
      <w:pPr>
        <w:pStyle w:val="ListParagraph"/>
        <w:spacing w:after="0" w:line="480" w:lineRule="auto"/>
        <w:rPr>
          <w:rFonts w:ascii="Times New Roman" w:hAnsi="Times New Roman" w:cs="Times New Roman"/>
          <w:bCs/>
          <w:sz w:val="24"/>
          <w:szCs w:val="24"/>
        </w:rPr>
      </w:pPr>
      <w:r w:rsidRPr="0081455A">
        <w:rPr>
          <w:rFonts w:ascii="Times New Roman" w:hAnsi="Times New Roman" w:cs="Times New Roman"/>
          <w:bCs/>
          <w:sz w:val="24"/>
          <w:szCs w:val="24"/>
        </w:rPr>
        <w:t>For the boundary traverse;</w:t>
      </w:r>
    </w:p>
    <w:p w14:paraId="48ED59A6" w14:textId="02B05548" w:rsidR="0081455A" w:rsidRPr="0081455A" w:rsidRDefault="0081455A" w:rsidP="0081455A">
      <w:pPr>
        <w:pStyle w:val="NoSpacing"/>
        <w:spacing w:line="480" w:lineRule="auto"/>
        <w:ind w:left="360"/>
        <w:rPr>
          <w:rFonts w:ascii="Times New Roman" w:hAnsi="Times New Roman" w:cs="Times New Roman"/>
          <w:sz w:val="24"/>
          <w:szCs w:val="24"/>
        </w:rPr>
      </w:pPr>
      <w:r w:rsidRPr="0081455A">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54EB526" wp14:editId="4E0075B4">
                <wp:simplePos x="0" y="0"/>
                <wp:positionH relativeFrom="column">
                  <wp:posOffset>2251710</wp:posOffset>
                </wp:positionH>
                <wp:positionV relativeFrom="paragraph">
                  <wp:posOffset>118110</wp:posOffset>
                </wp:positionV>
                <wp:extent cx="1143000" cy="457200"/>
                <wp:effectExtent l="0" t="0" r="19050" b="19050"/>
                <wp:wrapNone/>
                <wp:docPr id="20" name="Double Bracke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E2AE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0" o:spid="_x0000_s1026" type="#_x0000_t185" style="position:absolute;margin-left:177.3pt;margin-top:9.3pt;width:90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"/>
            </w:pict>
          </mc:Fallback>
        </mc:AlternateContent>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t>_____</w:t>
      </w:r>
      <w:r w:rsidRPr="0081455A">
        <w:rPr>
          <w:rFonts w:ascii="Times New Roman" w:hAnsi="Times New Roman" w:cs="Times New Roman"/>
          <w:sz w:val="24"/>
          <w:szCs w:val="24"/>
          <w:u w:val="single"/>
        </w:rPr>
        <w:t>1</w:t>
      </w:r>
      <w:r w:rsidRPr="0081455A">
        <w:rPr>
          <w:rFonts w:ascii="Times New Roman" w:hAnsi="Times New Roman" w:cs="Times New Roman"/>
          <w:sz w:val="24"/>
          <w:szCs w:val="24"/>
        </w:rPr>
        <w:t>_____</w:t>
      </w:r>
      <w:r w:rsidRPr="0081455A">
        <w:rPr>
          <w:rFonts w:ascii="Times New Roman" w:hAnsi="Times New Roman" w:cs="Times New Roman"/>
          <w:sz w:val="24"/>
          <w:szCs w:val="24"/>
        </w:rPr>
        <w:tab/>
      </w:r>
      <w:r w:rsidRPr="0081455A">
        <w:rPr>
          <w:rFonts w:ascii="Times New Roman" w:hAnsi="Times New Roman" w:cs="Times New Roman"/>
          <w:sz w:val="24"/>
          <w:szCs w:val="24"/>
        </w:rPr>
        <w:tab/>
      </w:r>
    </w:p>
    <w:p w14:paraId="54951D74" w14:textId="77777777" w:rsidR="0081455A" w:rsidRPr="0081455A" w:rsidRDefault="0081455A" w:rsidP="0081455A">
      <w:pPr>
        <w:pStyle w:val="NoSpacing"/>
        <w:spacing w:line="480" w:lineRule="auto"/>
        <w:ind w:left="3240" w:firstLine="360"/>
        <w:rPr>
          <w:rFonts w:ascii="Times New Roman" w:hAnsi="Times New Roman" w:cs="Times New Roman"/>
          <w:sz w:val="24"/>
          <w:szCs w:val="24"/>
        </w:rPr>
      </w:pPr>
      <w:proofErr w:type="gramStart"/>
      <w:r w:rsidRPr="0081455A">
        <w:rPr>
          <w:rFonts w:ascii="Times New Roman" w:hAnsi="Times New Roman" w:cs="Times New Roman"/>
          <w:sz w:val="24"/>
          <w:szCs w:val="24"/>
          <w:u w:val="single"/>
        </w:rPr>
        <w:t>√(</w:t>
      </w:r>
      <w:proofErr w:type="gramEnd"/>
      <w:r w:rsidRPr="0081455A">
        <w:rPr>
          <w:rFonts w:ascii="Times New Roman" w:hAnsi="Times New Roman" w:cs="Times New Roman"/>
          <w:sz w:val="24"/>
          <w:szCs w:val="24"/>
          <w:u w:val="single"/>
        </w:rPr>
        <w:t>ΔE)</w:t>
      </w:r>
      <w:r w:rsidRPr="0081455A">
        <w:rPr>
          <w:rFonts w:ascii="Times New Roman" w:hAnsi="Times New Roman" w:cs="Times New Roman"/>
          <w:sz w:val="24"/>
          <w:szCs w:val="24"/>
          <w:u w:val="single"/>
          <w:vertAlign w:val="superscript"/>
        </w:rPr>
        <w:t>2</w:t>
      </w:r>
      <w:r w:rsidRPr="0081455A">
        <w:rPr>
          <w:rFonts w:ascii="Times New Roman" w:hAnsi="Times New Roman" w:cs="Times New Roman"/>
          <w:sz w:val="24"/>
          <w:szCs w:val="24"/>
          <w:u w:val="single"/>
        </w:rPr>
        <w:t xml:space="preserve"> + (ΔN</w:t>
      </w:r>
      <w:r w:rsidRPr="0081455A">
        <w:rPr>
          <w:rFonts w:ascii="Times New Roman" w:hAnsi="Times New Roman" w:cs="Times New Roman"/>
          <w:sz w:val="24"/>
          <w:szCs w:val="24"/>
        </w:rPr>
        <w:t>)</w:t>
      </w:r>
      <w:r w:rsidRPr="0081455A">
        <w:rPr>
          <w:rFonts w:ascii="Times New Roman" w:hAnsi="Times New Roman" w:cs="Times New Roman"/>
          <w:sz w:val="24"/>
          <w:szCs w:val="24"/>
          <w:vertAlign w:val="superscript"/>
        </w:rPr>
        <w:t>2</w:t>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p>
    <w:p w14:paraId="7797D769" w14:textId="77777777" w:rsidR="0081455A" w:rsidRPr="0081455A" w:rsidRDefault="0081455A" w:rsidP="0081455A">
      <w:pPr>
        <w:pStyle w:val="NoSpacing"/>
        <w:spacing w:line="480" w:lineRule="auto"/>
        <w:ind w:left="2880" w:firstLine="720"/>
        <w:rPr>
          <w:rFonts w:ascii="Times New Roman" w:hAnsi="Times New Roman" w:cs="Times New Roman"/>
          <w:sz w:val="24"/>
          <w:szCs w:val="24"/>
        </w:rPr>
      </w:pPr>
      <w:r w:rsidRPr="0081455A">
        <w:rPr>
          <w:rFonts w:ascii="Times New Roman" w:hAnsi="Times New Roman" w:cs="Times New Roman"/>
          <w:sz w:val="24"/>
          <w:szCs w:val="24"/>
        </w:rPr>
        <w:t xml:space="preserve">Total Length </w:t>
      </w:r>
      <w:r w:rsidRPr="0081455A">
        <w:rPr>
          <w:rFonts w:ascii="Times New Roman" w:hAnsi="Times New Roman" w:cs="Times New Roman"/>
          <w:sz w:val="24"/>
          <w:szCs w:val="24"/>
        </w:rPr>
        <w:tab/>
      </w:r>
      <w:r w:rsidRPr="0081455A">
        <w:rPr>
          <w:rFonts w:ascii="Times New Roman" w:hAnsi="Times New Roman" w:cs="Times New Roman"/>
          <w:sz w:val="24"/>
          <w:szCs w:val="24"/>
        </w:rPr>
        <w:tab/>
      </w:r>
    </w:p>
    <w:p w14:paraId="172FC30B" w14:textId="77777777" w:rsidR="0081455A" w:rsidRPr="0081455A" w:rsidRDefault="0081455A" w:rsidP="0081455A">
      <w:pPr>
        <w:pStyle w:val="NoSpacing"/>
        <w:spacing w:line="480" w:lineRule="auto"/>
        <w:ind w:left="360"/>
        <w:rPr>
          <w:rFonts w:ascii="Times New Roman" w:hAnsi="Times New Roman" w:cs="Times New Roman"/>
          <w:sz w:val="24"/>
          <w:szCs w:val="24"/>
        </w:rPr>
      </w:pPr>
    </w:p>
    <w:p w14:paraId="1E5A460E" w14:textId="77777777" w:rsidR="0081455A" w:rsidRPr="0081455A" w:rsidRDefault="0081455A" w:rsidP="0081455A">
      <w:pPr>
        <w:spacing w:after="0" w:line="480" w:lineRule="auto"/>
        <w:ind w:left="360"/>
        <w:rPr>
          <w:rFonts w:ascii="Times New Roman" w:hAnsi="Times New Roman" w:cs="Times New Roman"/>
          <w:sz w:val="24"/>
          <w:szCs w:val="24"/>
        </w:rPr>
      </w:pPr>
      <w:r w:rsidRPr="0081455A">
        <w:rPr>
          <w:rFonts w:ascii="Times New Roman" w:hAnsi="Times New Roman" w:cs="Times New Roman"/>
          <w:bCs/>
          <w:sz w:val="24"/>
          <w:szCs w:val="24"/>
        </w:rPr>
        <w:t xml:space="preserve">Starting Coordinate (TBM.02) </w:t>
      </w:r>
      <w:r w:rsidRPr="0081455A">
        <w:rPr>
          <w:rFonts w:ascii="Times New Roman" w:hAnsi="Times New Roman" w:cs="Times New Roman"/>
          <w:sz w:val="24"/>
          <w:szCs w:val="24"/>
        </w:rPr>
        <w:sym w:font="Wingdings" w:char="F0F0"/>
      </w:r>
      <w:r w:rsidRPr="0081455A">
        <w:rPr>
          <w:rFonts w:ascii="Times New Roman" w:hAnsi="Times New Roman" w:cs="Times New Roman"/>
          <w:sz w:val="24"/>
          <w:szCs w:val="24"/>
        </w:rPr>
        <w:t>932225.637</w:t>
      </w:r>
      <w:r w:rsidRPr="0081455A">
        <w:rPr>
          <w:rFonts w:ascii="Times New Roman" w:hAnsi="Times New Roman" w:cs="Times New Roman"/>
          <w:bCs/>
          <w:sz w:val="24"/>
          <w:szCs w:val="24"/>
        </w:rPr>
        <w:t xml:space="preserve">mN; </w:t>
      </w:r>
      <w:r w:rsidRPr="0081455A">
        <w:rPr>
          <w:rFonts w:ascii="Times New Roman" w:hAnsi="Times New Roman" w:cs="Times New Roman"/>
          <w:sz w:val="24"/>
          <w:szCs w:val="24"/>
        </w:rPr>
        <w:t>675284.873</w:t>
      </w:r>
      <w:r w:rsidRPr="0081455A">
        <w:rPr>
          <w:rFonts w:ascii="Times New Roman" w:hAnsi="Times New Roman" w:cs="Times New Roman"/>
          <w:bCs/>
          <w:sz w:val="24"/>
          <w:szCs w:val="24"/>
        </w:rPr>
        <w:t xml:space="preserve">mE, </w:t>
      </w:r>
      <w:proofErr w:type="spellStart"/>
      <w:r w:rsidRPr="0081455A">
        <w:rPr>
          <w:rFonts w:ascii="Times New Roman" w:hAnsi="Times New Roman" w:cs="Times New Roman"/>
          <w:bCs/>
          <w:sz w:val="24"/>
          <w:szCs w:val="24"/>
        </w:rPr>
        <w:t>Ht</w:t>
      </w:r>
      <w:proofErr w:type="spellEnd"/>
      <w:r w:rsidRPr="0081455A">
        <w:rPr>
          <w:rFonts w:ascii="Times New Roman" w:hAnsi="Times New Roman" w:cs="Times New Roman"/>
          <w:bCs/>
          <w:sz w:val="24"/>
          <w:szCs w:val="24"/>
        </w:rPr>
        <w:t xml:space="preserve"> = 313.040m</w:t>
      </w:r>
    </w:p>
    <w:p w14:paraId="083E3E63" w14:textId="77777777" w:rsidR="0081455A" w:rsidRPr="0081455A" w:rsidRDefault="0081455A" w:rsidP="0081455A">
      <w:pPr>
        <w:spacing w:after="0" w:line="480" w:lineRule="auto"/>
        <w:ind w:left="360"/>
        <w:rPr>
          <w:rFonts w:ascii="Times New Roman" w:hAnsi="Times New Roman" w:cs="Times New Roman"/>
          <w:bCs/>
          <w:sz w:val="24"/>
          <w:szCs w:val="24"/>
        </w:rPr>
      </w:pPr>
      <w:r w:rsidRPr="0081455A">
        <w:rPr>
          <w:rFonts w:ascii="Times New Roman" w:hAnsi="Times New Roman" w:cs="Times New Roman"/>
          <w:bCs/>
          <w:sz w:val="24"/>
          <w:szCs w:val="24"/>
        </w:rPr>
        <w:t xml:space="preserve">Closed Coordinate (TBM.02) </w:t>
      </w:r>
      <w:r w:rsidRPr="0081455A">
        <w:rPr>
          <w:rFonts w:ascii="Times New Roman" w:hAnsi="Times New Roman" w:cs="Times New Roman"/>
          <w:sz w:val="24"/>
          <w:szCs w:val="24"/>
        </w:rPr>
        <w:sym w:font="Wingdings" w:char="F0F0"/>
      </w:r>
      <w:r w:rsidRPr="0081455A">
        <w:rPr>
          <w:rFonts w:ascii="Times New Roman" w:hAnsi="Times New Roman" w:cs="Times New Roman"/>
          <w:sz w:val="24"/>
          <w:szCs w:val="24"/>
        </w:rPr>
        <w:t>932225.739</w:t>
      </w:r>
      <w:r w:rsidRPr="0081455A">
        <w:rPr>
          <w:rFonts w:ascii="Times New Roman" w:hAnsi="Times New Roman" w:cs="Times New Roman"/>
          <w:bCs/>
          <w:sz w:val="24"/>
          <w:szCs w:val="24"/>
        </w:rPr>
        <w:t xml:space="preserve">mN; </w:t>
      </w:r>
      <w:r w:rsidRPr="0081455A">
        <w:rPr>
          <w:rFonts w:ascii="Times New Roman" w:hAnsi="Times New Roman" w:cs="Times New Roman"/>
          <w:sz w:val="24"/>
          <w:szCs w:val="24"/>
        </w:rPr>
        <w:t>675284.774</w:t>
      </w:r>
      <w:r w:rsidRPr="0081455A">
        <w:rPr>
          <w:rFonts w:ascii="Times New Roman" w:hAnsi="Times New Roman" w:cs="Times New Roman"/>
          <w:bCs/>
          <w:sz w:val="24"/>
          <w:szCs w:val="24"/>
        </w:rPr>
        <w:t xml:space="preserve">mE, </w:t>
      </w:r>
      <w:proofErr w:type="spellStart"/>
      <w:r w:rsidRPr="0081455A">
        <w:rPr>
          <w:rFonts w:ascii="Times New Roman" w:hAnsi="Times New Roman" w:cs="Times New Roman"/>
          <w:bCs/>
          <w:sz w:val="24"/>
          <w:szCs w:val="24"/>
        </w:rPr>
        <w:t>Ht</w:t>
      </w:r>
      <w:proofErr w:type="spellEnd"/>
      <w:r w:rsidRPr="0081455A">
        <w:rPr>
          <w:rFonts w:ascii="Times New Roman" w:hAnsi="Times New Roman" w:cs="Times New Roman"/>
          <w:bCs/>
          <w:sz w:val="24"/>
          <w:szCs w:val="24"/>
        </w:rPr>
        <w:t xml:space="preserve"> = 312.068.m</w:t>
      </w:r>
    </w:p>
    <w:p w14:paraId="56EC1163" w14:textId="77777777" w:rsidR="0081455A" w:rsidRPr="0081455A" w:rsidRDefault="0081455A" w:rsidP="0081455A">
      <w:pPr>
        <w:pStyle w:val="BodyTextIndent"/>
        <w:spacing w:line="480" w:lineRule="auto"/>
        <w:rPr>
          <w:rFonts w:ascii="Times New Roman" w:hAnsi="Times New Roman" w:cs="Times New Roman"/>
          <w:sz w:val="24"/>
          <w:szCs w:val="24"/>
        </w:rPr>
      </w:pPr>
      <w:proofErr w:type="spellStart"/>
      <w:r w:rsidRPr="0081455A">
        <w:rPr>
          <w:rFonts w:ascii="Times New Roman" w:hAnsi="Times New Roman" w:cs="Times New Roman"/>
          <w:sz w:val="24"/>
          <w:szCs w:val="24"/>
        </w:rPr>
        <w:t>Misclosure</w:t>
      </w:r>
      <w:proofErr w:type="spellEnd"/>
      <w:r w:rsidRPr="0081455A">
        <w:rPr>
          <w:rFonts w:ascii="Times New Roman" w:hAnsi="Times New Roman" w:cs="Times New Roman"/>
          <w:sz w:val="24"/>
          <w:szCs w:val="24"/>
        </w:rPr>
        <w:t xml:space="preserve"> in Easting (</w:t>
      </w:r>
      <w:r w:rsidRPr="0081455A">
        <w:rPr>
          <w:rFonts w:ascii="Times New Roman" w:hAnsi="Times New Roman" w:cs="Times New Roman"/>
          <w:sz w:val="24"/>
          <w:szCs w:val="24"/>
        </w:rPr>
        <w:sym w:font="Wingdings 3" w:char="F072"/>
      </w:r>
      <w:r w:rsidRPr="0081455A">
        <w:rPr>
          <w:rFonts w:ascii="Times New Roman" w:hAnsi="Times New Roman" w:cs="Times New Roman"/>
          <w:sz w:val="24"/>
          <w:szCs w:val="24"/>
        </w:rPr>
        <w:t xml:space="preserve">E) </w:t>
      </w:r>
      <w:r w:rsidRPr="0081455A">
        <w:rPr>
          <w:rFonts w:ascii="Times New Roman" w:hAnsi="Times New Roman" w:cs="Times New Roman"/>
          <w:sz w:val="24"/>
          <w:szCs w:val="24"/>
        </w:rPr>
        <w:tab/>
      </w:r>
      <w:r w:rsidRPr="0081455A">
        <w:rPr>
          <w:rFonts w:ascii="Times New Roman" w:hAnsi="Times New Roman" w:cs="Times New Roman"/>
          <w:sz w:val="24"/>
          <w:szCs w:val="24"/>
        </w:rPr>
        <w:tab/>
        <w:t>=</w:t>
      </w:r>
      <w:r w:rsidRPr="0081455A">
        <w:rPr>
          <w:rFonts w:ascii="Times New Roman" w:hAnsi="Times New Roman" w:cs="Times New Roman"/>
          <w:sz w:val="24"/>
          <w:szCs w:val="24"/>
        </w:rPr>
        <w:tab/>
        <w:t xml:space="preserve"> -0.099m</w:t>
      </w:r>
    </w:p>
    <w:p w14:paraId="3963F05C" w14:textId="77777777" w:rsidR="0081455A" w:rsidRPr="0081455A" w:rsidRDefault="0081455A" w:rsidP="0081455A">
      <w:pPr>
        <w:pStyle w:val="BodyTextIndent"/>
        <w:spacing w:line="480" w:lineRule="auto"/>
        <w:rPr>
          <w:rFonts w:ascii="Times New Roman" w:hAnsi="Times New Roman" w:cs="Times New Roman"/>
          <w:sz w:val="24"/>
          <w:szCs w:val="24"/>
        </w:rPr>
      </w:pPr>
      <w:proofErr w:type="spellStart"/>
      <w:r w:rsidRPr="0081455A">
        <w:rPr>
          <w:rFonts w:ascii="Times New Roman" w:hAnsi="Times New Roman" w:cs="Times New Roman"/>
          <w:sz w:val="24"/>
          <w:szCs w:val="24"/>
        </w:rPr>
        <w:lastRenderedPageBreak/>
        <w:t>Misclosure</w:t>
      </w:r>
      <w:proofErr w:type="spellEnd"/>
      <w:r w:rsidRPr="0081455A">
        <w:rPr>
          <w:rFonts w:ascii="Times New Roman" w:hAnsi="Times New Roman" w:cs="Times New Roman"/>
          <w:sz w:val="24"/>
          <w:szCs w:val="24"/>
        </w:rPr>
        <w:t xml:space="preserve"> in Northing (</w:t>
      </w:r>
      <w:r w:rsidRPr="0081455A">
        <w:rPr>
          <w:rFonts w:ascii="Times New Roman" w:hAnsi="Times New Roman" w:cs="Times New Roman"/>
          <w:sz w:val="24"/>
          <w:szCs w:val="24"/>
        </w:rPr>
        <w:sym w:font="Wingdings 3" w:char="F072"/>
      </w:r>
      <w:r w:rsidRPr="0081455A">
        <w:rPr>
          <w:rFonts w:ascii="Times New Roman" w:hAnsi="Times New Roman" w:cs="Times New Roman"/>
          <w:sz w:val="24"/>
          <w:szCs w:val="24"/>
        </w:rPr>
        <w:t>N)</w:t>
      </w:r>
      <w:r w:rsidRPr="0081455A">
        <w:rPr>
          <w:rFonts w:ascii="Times New Roman" w:hAnsi="Times New Roman" w:cs="Times New Roman"/>
          <w:sz w:val="24"/>
          <w:szCs w:val="24"/>
        </w:rPr>
        <w:tab/>
      </w:r>
      <w:r w:rsidRPr="0081455A">
        <w:rPr>
          <w:rFonts w:ascii="Times New Roman" w:hAnsi="Times New Roman" w:cs="Times New Roman"/>
          <w:sz w:val="24"/>
          <w:szCs w:val="24"/>
        </w:rPr>
        <w:tab/>
        <w:t>=</w:t>
      </w:r>
      <w:r w:rsidRPr="0081455A">
        <w:rPr>
          <w:rFonts w:ascii="Times New Roman" w:hAnsi="Times New Roman" w:cs="Times New Roman"/>
          <w:sz w:val="24"/>
          <w:szCs w:val="24"/>
        </w:rPr>
        <w:tab/>
        <w:t xml:space="preserve"> + 0.102m</w:t>
      </w:r>
    </w:p>
    <w:p w14:paraId="4A08DAC1" w14:textId="77777777" w:rsidR="0081455A" w:rsidRPr="0081455A" w:rsidRDefault="0081455A" w:rsidP="0081455A">
      <w:pPr>
        <w:pStyle w:val="BodyTextIndent"/>
        <w:spacing w:line="480" w:lineRule="auto"/>
        <w:rPr>
          <w:rFonts w:ascii="Times New Roman" w:hAnsi="Times New Roman" w:cs="Times New Roman"/>
          <w:sz w:val="24"/>
          <w:szCs w:val="24"/>
        </w:rPr>
      </w:pPr>
      <w:r w:rsidRPr="0081455A">
        <w:rPr>
          <w:rFonts w:ascii="Times New Roman" w:hAnsi="Times New Roman" w:cs="Times New Roman"/>
          <w:sz w:val="24"/>
          <w:szCs w:val="24"/>
        </w:rPr>
        <w:t xml:space="preserve">            Total Length</w:t>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t>=</w:t>
      </w:r>
      <w:r w:rsidRPr="0081455A">
        <w:rPr>
          <w:rFonts w:ascii="Times New Roman" w:hAnsi="Times New Roman" w:cs="Times New Roman"/>
          <w:sz w:val="24"/>
          <w:szCs w:val="24"/>
        </w:rPr>
        <w:tab/>
        <w:t xml:space="preserve"> 9000m</w:t>
      </w:r>
    </w:p>
    <w:p w14:paraId="50BCF614" w14:textId="77777777" w:rsidR="0081455A" w:rsidRPr="0081455A" w:rsidRDefault="0081455A" w:rsidP="0081455A">
      <w:pPr>
        <w:spacing w:after="0" w:line="480" w:lineRule="auto"/>
        <w:ind w:left="360"/>
        <w:rPr>
          <w:rFonts w:ascii="Times New Roman" w:hAnsi="Times New Roman" w:cs="Times New Roman"/>
          <w:bCs/>
          <w:sz w:val="24"/>
          <w:szCs w:val="24"/>
        </w:rPr>
      </w:pPr>
    </w:p>
    <w:p w14:paraId="7C39408B" w14:textId="17B21097" w:rsidR="0081455A" w:rsidRPr="0081455A" w:rsidRDefault="0081455A" w:rsidP="0081455A">
      <w:pPr>
        <w:pStyle w:val="NoSpacing"/>
        <w:spacing w:line="480" w:lineRule="auto"/>
        <w:ind w:firstLine="720"/>
        <w:rPr>
          <w:rFonts w:ascii="Times New Roman" w:hAnsi="Times New Roman" w:cs="Times New Roman"/>
          <w:sz w:val="24"/>
          <w:szCs w:val="24"/>
        </w:rPr>
      </w:pPr>
      <w:r w:rsidRPr="0081455A">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578833D7" wp14:editId="36DEAD7B">
                <wp:simplePos x="0" y="0"/>
                <wp:positionH relativeFrom="column">
                  <wp:posOffset>1805940</wp:posOffset>
                </wp:positionH>
                <wp:positionV relativeFrom="paragraph">
                  <wp:posOffset>167005</wp:posOffset>
                </wp:positionV>
                <wp:extent cx="1531620" cy="439420"/>
                <wp:effectExtent l="0" t="0" r="11430" b="17780"/>
                <wp:wrapNone/>
                <wp:docPr id="19" name="Double Bracke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43942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20069" id="Double Bracket 19" o:spid="_x0000_s1026" type="#_x0000_t185" style="position:absolute;margin-left:142.2pt;margin-top:13.15pt;width:120.6pt;height:3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"/>
            </w:pict>
          </mc:Fallback>
        </mc:AlternateContent>
      </w:r>
      <w:r w:rsidRPr="0081455A">
        <w:rPr>
          <w:rFonts w:ascii="Times New Roman" w:hAnsi="Times New Roman" w:cs="Times New Roman"/>
          <w:sz w:val="24"/>
          <w:szCs w:val="24"/>
        </w:rPr>
        <w:sym w:font="Wingdings" w:char="F0F0"/>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t xml:space="preserve"> _____</w:t>
      </w:r>
      <w:r w:rsidRPr="0081455A">
        <w:rPr>
          <w:rFonts w:ascii="Times New Roman" w:hAnsi="Times New Roman" w:cs="Times New Roman"/>
          <w:sz w:val="24"/>
          <w:szCs w:val="24"/>
          <w:u w:val="single"/>
        </w:rPr>
        <w:t>1</w:t>
      </w:r>
      <w:proofErr w:type="gramStart"/>
      <w:r w:rsidRPr="0081455A">
        <w:rPr>
          <w:rFonts w:ascii="Times New Roman" w:hAnsi="Times New Roman" w:cs="Times New Roman"/>
          <w:sz w:val="24"/>
          <w:szCs w:val="24"/>
          <w:u w:val="single"/>
        </w:rPr>
        <w:t xml:space="preserve">_  </w:t>
      </w:r>
      <w:r w:rsidRPr="0081455A">
        <w:rPr>
          <w:rFonts w:ascii="Times New Roman" w:hAnsi="Times New Roman" w:cs="Times New Roman"/>
          <w:sz w:val="24"/>
          <w:szCs w:val="24"/>
        </w:rPr>
        <w:t>_</w:t>
      </w:r>
      <w:proofErr w:type="gramEnd"/>
      <w:r w:rsidRPr="0081455A">
        <w:rPr>
          <w:rFonts w:ascii="Times New Roman" w:hAnsi="Times New Roman" w:cs="Times New Roman"/>
          <w:sz w:val="24"/>
          <w:szCs w:val="24"/>
        </w:rPr>
        <w:t xml:space="preserve">____   </w:t>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p>
    <w:p w14:paraId="3B6E0830" w14:textId="77777777" w:rsidR="0081455A" w:rsidRPr="0081455A" w:rsidRDefault="0081455A" w:rsidP="0081455A">
      <w:pPr>
        <w:pStyle w:val="NoSpacing"/>
        <w:spacing w:line="480" w:lineRule="auto"/>
        <w:ind w:left="2160" w:firstLine="720"/>
        <w:rPr>
          <w:rFonts w:ascii="Times New Roman" w:hAnsi="Times New Roman" w:cs="Times New Roman"/>
          <w:sz w:val="24"/>
          <w:szCs w:val="24"/>
        </w:rPr>
      </w:pPr>
      <w:r w:rsidRPr="0081455A">
        <w:rPr>
          <w:rFonts w:ascii="Times New Roman" w:hAnsi="Times New Roman" w:cs="Times New Roman"/>
          <w:sz w:val="24"/>
          <w:szCs w:val="24"/>
          <w:u w:val="single"/>
        </w:rPr>
        <w:t>√ (0.099)</w:t>
      </w:r>
      <w:r w:rsidRPr="0081455A">
        <w:rPr>
          <w:rFonts w:ascii="Times New Roman" w:hAnsi="Times New Roman" w:cs="Times New Roman"/>
          <w:sz w:val="24"/>
          <w:szCs w:val="24"/>
          <w:u w:val="single"/>
          <w:vertAlign w:val="superscript"/>
        </w:rPr>
        <w:t>2</w:t>
      </w:r>
      <w:r w:rsidRPr="0081455A">
        <w:rPr>
          <w:rFonts w:ascii="Times New Roman" w:hAnsi="Times New Roman" w:cs="Times New Roman"/>
          <w:sz w:val="24"/>
          <w:szCs w:val="24"/>
          <w:u w:val="single"/>
        </w:rPr>
        <w:t xml:space="preserve"> + (0.102</w:t>
      </w:r>
      <w:r w:rsidRPr="0081455A">
        <w:rPr>
          <w:rFonts w:ascii="Times New Roman" w:hAnsi="Times New Roman" w:cs="Times New Roman"/>
          <w:sz w:val="24"/>
          <w:szCs w:val="24"/>
        </w:rPr>
        <w:t>)</w:t>
      </w:r>
      <w:r w:rsidRPr="0081455A">
        <w:rPr>
          <w:rFonts w:ascii="Times New Roman" w:hAnsi="Times New Roman" w:cs="Times New Roman"/>
          <w:sz w:val="24"/>
          <w:szCs w:val="24"/>
          <w:vertAlign w:val="superscript"/>
        </w:rPr>
        <w:t>2</w:t>
      </w:r>
      <w:r w:rsidRPr="0081455A">
        <w:rPr>
          <w:rFonts w:ascii="Times New Roman" w:hAnsi="Times New Roman" w:cs="Times New Roman"/>
          <w:sz w:val="24"/>
          <w:szCs w:val="24"/>
        </w:rPr>
        <w:tab/>
      </w:r>
    </w:p>
    <w:p w14:paraId="073CDE4D" w14:textId="77777777" w:rsidR="0081455A" w:rsidRPr="0081455A" w:rsidRDefault="0081455A" w:rsidP="0081455A">
      <w:pPr>
        <w:pStyle w:val="NoSpacing"/>
        <w:spacing w:line="480" w:lineRule="auto"/>
        <w:ind w:left="720"/>
        <w:rPr>
          <w:rFonts w:ascii="Times New Roman" w:hAnsi="Times New Roman" w:cs="Times New Roman"/>
          <w:sz w:val="24"/>
          <w:szCs w:val="24"/>
        </w:rPr>
      </w:pPr>
      <w:r w:rsidRPr="0081455A">
        <w:rPr>
          <w:rFonts w:ascii="Times New Roman" w:hAnsi="Times New Roman" w:cs="Times New Roman"/>
          <w:sz w:val="24"/>
          <w:szCs w:val="24"/>
        </w:rPr>
        <w:t xml:space="preserve">=            </w:t>
      </w:r>
      <w:r w:rsidRPr="0081455A">
        <w:rPr>
          <w:rFonts w:ascii="Times New Roman" w:hAnsi="Times New Roman" w:cs="Times New Roman"/>
          <w:sz w:val="24"/>
          <w:szCs w:val="24"/>
        </w:rPr>
        <w:tab/>
        <w:t xml:space="preserve">           9000m</w:t>
      </w:r>
    </w:p>
    <w:p w14:paraId="4528E0AD" w14:textId="1C3CA848" w:rsidR="0081455A" w:rsidRPr="0081455A" w:rsidRDefault="0081455A" w:rsidP="0081455A">
      <w:pPr>
        <w:pStyle w:val="NoSpacing"/>
        <w:spacing w:line="480" w:lineRule="auto"/>
        <w:ind w:left="360"/>
        <w:rPr>
          <w:rFonts w:ascii="Times New Roman" w:hAnsi="Times New Roman" w:cs="Times New Roman"/>
          <w:sz w:val="24"/>
          <w:szCs w:val="24"/>
        </w:rPr>
      </w:pPr>
      <w:r w:rsidRPr="0081455A">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1F39B26C" wp14:editId="2DBBE493">
                <wp:simplePos x="0" y="0"/>
                <wp:positionH relativeFrom="column">
                  <wp:posOffset>1760220</wp:posOffset>
                </wp:positionH>
                <wp:positionV relativeFrom="paragraph">
                  <wp:posOffset>123190</wp:posOffset>
                </wp:positionV>
                <wp:extent cx="960120" cy="457200"/>
                <wp:effectExtent l="0" t="0" r="11430" b="19050"/>
                <wp:wrapNone/>
                <wp:docPr id="18" name="Double Bracke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4572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DC90C" id="Double Bracket 18" o:spid="_x0000_s1026" type="#_x0000_t185" style="position:absolute;margin-left:138.6pt;margin-top:9.7pt;width:75.6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"/>
            </w:pict>
          </mc:Fallback>
        </mc:AlternateContent>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t xml:space="preserve"> _</w:t>
      </w:r>
      <w:r w:rsidRPr="0081455A">
        <w:rPr>
          <w:rFonts w:ascii="Times New Roman" w:hAnsi="Times New Roman" w:cs="Times New Roman"/>
          <w:sz w:val="24"/>
          <w:szCs w:val="24"/>
          <w:u w:val="single"/>
        </w:rPr>
        <w:t>1</w:t>
      </w:r>
      <w:proofErr w:type="gramStart"/>
      <w:r w:rsidRPr="0081455A">
        <w:rPr>
          <w:rFonts w:ascii="Times New Roman" w:hAnsi="Times New Roman" w:cs="Times New Roman"/>
          <w:sz w:val="24"/>
          <w:szCs w:val="24"/>
          <w:u w:val="single"/>
        </w:rPr>
        <w:t>_  _</w:t>
      </w:r>
      <w:proofErr w:type="gramEnd"/>
      <w:r w:rsidRPr="0081455A">
        <w:rPr>
          <w:rFonts w:ascii="Times New Roman" w:hAnsi="Times New Roman" w:cs="Times New Roman"/>
          <w:sz w:val="24"/>
          <w:szCs w:val="24"/>
        </w:rPr>
        <w:t xml:space="preserve">_   </w:t>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p>
    <w:p w14:paraId="4C40293C" w14:textId="77777777" w:rsidR="0081455A" w:rsidRPr="0081455A" w:rsidRDefault="0081455A" w:rsidP="0081455A">
      <w:pPr>
        <w:pStyle w:val="NoSpacing"/>
        <w:spacing w:line="480" w:lineRule="auto"/>
        <w:ind w:left="2520" w:firstLine="360"/>
        <w:rPr>
          <w:rFonts w:ascii="Times New Roman" w:hAnsi="Times New Roman" w:cs="Times New Roman"/>
          <w:sz w:val="24"/>
          <w:szCs w:val="24"/>
        </w:rPr>
      </w:pPr>
      <w:r w:rsidRPr="0081455A">
        <w:rPr>
          <w:rFonts w:ascii="Times New Roman" w:hAnsi="Times New Roman" w:cs="Times New Roman"/>
          <w:sz w:val="24"/>
          <w:szCs w:val="24"/>
          <w:u w:val="single"/>
        </w:rPr>
        <w:t xml:space="preserve">√ 0.020205 </w:t>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p>
    <w:p w14:paraId="547ABB36" w14:textId="77777777" w:rsidR="0081455A" w:rsidRPr="0081455A" w:rsidRDefault="0081455A" w:rsidP="0081455A">
      <w:pPr>
        <w:pStyle w:val="NoSpacing"/>
        <w:spacing w:line="480" w:lineRule="auto"/>
        <w:ind w:left="360"/>
        <w:rPr>
          <w:rFonts w:ascii="Times New Roman" w:hAnsi="Times New Roman" w:cs="Times New Roman"/>
          <w:sz w:val="24"/>
          <w:szCs w:val="24"/>
        </w:rPr>
      </w:pPr>
      <w:r w:rsidRPr="0081455A">
        <w:rPr>
          <w:rFonts w:ascii="Times New Roman" w:hAnsi="Times New Roman" w:cs="Times New Roman"/>
          <w:sz w:val="24"/>
          <w:szCs w:val="24"/>
        </w:rPr>
        <w:t xml:space="preserve">            =                          </w:t>
      </w:r>
      <w:r w:rsidRPr="0081455A">
        <w:rPr>
          <w:rFonts w:ascii="Times New Roman" w:hAnsi="Times New Roman" w:cs="Times New Roman"/>
          <w:sz w:val="24"/>
          <w:szCs w:val="24"/>
        </w:rPr>
        <w:tab/>
        <w:t>9000m</w:t>
      </w:r>
      <w:r w:rsidRPr="0081455A">
        <w:rPr>
          <w:rFonts w:ascii="Times New Roman" w:hAnsi="Times New Roman" w:cs="Times New Roman"/>
          <w:sz w:val="24"/>
          <w:szCs w:val="24"/>
        </w:rPr>
        <w:tab/>
      </w:r>
    </w:p>
    <w:p w14:paraId="036CED59" w14:textId="0EE5A3C8" w:rsidR="0081455A" w:rsidRPr="0081455A" w:rsidRDefault="0081455A" w:rsidP="0081455A">
      <w:pPr>
        <w:pStyle w:val="NoSpacing"/>
        <w:spacing w:line="480" w:lineRule="auto"/>
        <w:ind w:left="360"/>
        <w:rPr>
          <w:rFonts w:ascii="Times New Roman" w:hAnsi="Times New Roman" w:cs="Times New Roman"/>
          <w:sz w:val="24"/>
          <w:szCs w:val="24"/>
        </w:rPr>
      </w:pPr>
      <w:r w:rsidRPr="0081455A">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037EA19E" wp14:editId="4130F9A2">
                <wp:simplePos x="0" y="0"/>
                <wp:positionH relativeFrom="column">
                  <wp:posOffset>1703070</wp:posOffset>
                </wp:positionH>
                <wp:positionV relativeFrom="paragraph">
                  <wp:posOffset>102235</wp:posOffset>
                </wp:positionV>
                <wp:extent cx="1303020" cy="457200"/>
                <wp:effectExtent l="0" t="0" r="11430" b="19050"/>
                <wp:wrapNone/>
                <wp:docPr id="17" name="Double Bracke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4572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20F4A" id="Double Bracket 17" o:spid="_x0000_s1026" type="#_x0000_t185" style="position:absolute;margin-left:134.1pt;margin-top:8.05pt;width:102.6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"/>
            </w:pict>
          </mc:Fallback>
        </mc:AlternateContent>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t xml:space="preserve"> _____</w:t>
      </w:r>
      <w:r w:rsidRPr="0081455A">
        <w:rPr>
          <w:rFonts w:ascii="Times New Roman" w:hAnsi="Times New Roman" w:cs="Times New Roman"/>
          <w:sz w:val="24"/>
          <w:szCs w:val="24"/>
          <w:u w:val="single"/>
        </w:rPr>
        <w:t xml:space="preserve">1_ _   </w:t>
      </w:r>
      <w:r w:rsidRPr="0081455A">
        <w:rPr>
          <w:rFonts w:ascii="Times New Roman" w:hAnsi="Times New Roman" w:cs="Times New Roman"/>
          <w:sz w:val="24"/>
          <w:szCs w:val="24"/>
        </w:rPr>
        <w:t xml:space="preserve">_    </w:t>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p>
    <w:p w14:paraId="04DA23F0" w14:textId="77777777" w:rsidR="0081455A" w:rsidRPr="0081455A" w:rsidRDefault="0081455A" w:rsidP="0081455A">
      <w:pPr>
        <w:pStyle w:val="NoSpacing"/>
        <w:spacing w:line="480" w:lineRule="auto"/>
        <w:ind w:left="3240"/>
        <w:rPr>
          <w:rFonts w:ascii="Times New Roman" w:hAnsi="Times New Roman" w:cs="Times New Roman"/>
          <w:sz w:val="24"/>
          <w:szCs w:val="24"/>
        </w:rPr>
      </w:pPr>
      <w:r w:rsidRPr="0081455A">
        <w:rPr>
          <w:rFonts w:ascii="Times New Roman" w:hAnsi="Times New Roman" w:cs="Times New Roman"/>
          <w:sz w:val="24"/>
          <w:szCs w:val="24"/>
          <w:u w:val="single"/>
        </w:rPr>
        <w:t>0.1421443</w:t>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p>
    <w:p w14:paraId="3FA14EEE" w14:textId="77777777" w:rsidR="0081455A" w:rsidRPr="0081455A" w:rsidRDefault="0081455A" w:rsidP="0081455A">
      <w:pPr>
        <w:pStyle w:val="NoSpacing"/>
        <w:spacing w:line="480" w:lineRule="auto"/>
        <w:ind w:left="360"/>
        <w:rPr>
          <w:rFonts w:ascii="Times New Roman" w:hAnsi="Times New Roman" w:cs="Times New Roman"/>
          <w:sz w:val="24"/>
          <w:szCs w:val="24"/>
        </w:rPr>
      </w:pPr>
      <w:r w:rsidRPr="0081455A">
        <w:rPr>
          <w:rFonts w:ascii="Times New Roman" w:hAnsi="Times New Roman" w:cs="Times New Roman"/>
          <w:sz w:val="24"/>
          <w:szCs w:val="24"/>
        </w:rPr>
        <w:t xml:space="preserve">            =                       </w:t>
      </w:r>
      <w:r w:rsidRPr="0081455A">
        <w:rPr>
          <w:rFonts w:ascii="Times New Roman" w:hAnsi="Times New Roman" w:cs="Times New Roman"/>
          <w:sz w:val="24"/>
          <w:szCs w:val="24"/>
        </w:rPr>
        <w:tab/>
        <w:t xml:space="preserve">         9000m</w:t>
      </w:r>
      <w:r w:rsidRPr="0081455A">
        <w:rPr>
          <w:rFonts w:ascii="Times New Roman" w:hAnsi="Times New Roman" w:cs="Times New Roman"/>
          <w:sz w:val="24"/>
          <w:szCs w:val="24"/>
        </w:rPr>
        <w:tab/>
      </w:r>
    </w:p>
    <w:p w14:paraId="2A5DE8C3" w14:textId="77777777" w:rsidR="0081455A" w:rsidRPr="0081455A" w:rsidRDefault="0081455A" w:rsidP="0081455A">
      <w:pPr>
        <w:pStyle w:val="NoSpacing"/>
        <w:spacing w:line="480" w:lineRule="auto"/>
        <w:ind w:left="360"/>
        <w:rPr>
          <w:rFonts w:ascii="Times New Roman" w:hAnsi="Times New Roman" w:cs="Times New Roman"/>
          <w:sz w:val="24"/>
          <w:szCs w:val="24"/>
        </w:rPr>
      </w:pP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t xml:space="preserve">      ____</w:t>
      </w:r>
      <w:r w:rsidRPr="0081455A">
        <w:rPr>
          <w:rFonts w:ascii="Times New Roman" w:hAnsi="Times New Roman" w:cs="Times New Roman"/>
          <w:sz w:val="24"/>
          <w:szCs w:val="24"/>
          <w:u w:val="single"/>
        </w:rPr>
        <w:t xml:space="preserve">1_    </w:t>
      </w:r>
      <w:r w:rsidRPr="0081455A">
        <w:rPr>
          <w:rFonts w:ascii="Times New Roman" w:hAnsi="Times New Roman" w:cs="Times New Roman"/>
          <w:sz w:val="24"/>
          <w:szCs w:val="24"/>
        </w:rPr>
        <w:t xml:space="preserve">_    </w:t>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p>
    <w:p w14:paraId="6FB754AF" w14:textId="77777777" w:rsidR="0081455A" w:rsidRPr="0081455A" w:rsidRDefault="0081455A" w:rsidP="0081455A">
      <w:pPr>
        <w:pStyle w:val="NoSpacing"/>
        <w:spacing w:line="480" w:lineRule="auto"/>
        <w:ind w:left="360"/>
        <w:rPr>
          <w:rFonts w:ascii="Times New Roman" w:hAnsi="Times New Roman" w:cs="Times New Roman"/>
          <w:sz w:val="24"/>
          <w:szCs w:val="24"/>
        </w:rPr>
      </w:pPr>
      <w:r w:rsidRPr="0081455A">
        <w:rPr>
          <w:rFonts w:ascii="Times New Roman" w:hAnsi="Times New Roman" w:cs="Times New Roman"/>
          <w:sz w:val="24"/>
          <w:szCs w:val="24"/>
        </w:rPr>
        <w:t xml:space="preserve">             =</w:t>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t xml:space="preserve">  0.00001579381</w:t>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r>
    </w:p>
    <w:p w14:paraId="6738A13A" w14:textId="77777777" w:rsidR="0081455A" w:rsidRPr="0081455A" w:rsidRDefault="0081455A" w:rsidP="0081455A">
      <w:pPr>
        <w:pStyle w:val="BodyTextIndent"/>
        <w:spacing w:line="480" w:lineRule="auto"/>
        <w:rPr>
          <w:rFonts w:ascii="Times New Roman" w:hAnsi="Times New Roman" w:cs="Times New Roman"/>
          <w:sz w:val="24"/>
          <w:szCs w:val="24"/>
        </w:rPr>
      </w:pPr>
      <w:r w:rsidRPr="0081455A">
        <w:rPr>
          <w:rFonts w:ascii="Times New Roman" w:hAnsi="Times New Roman" w:cs="Times New Roman"/>
          <w:sz w:val="24"/>
          <w:szCs w:val="24"/>
        </w:rPr>
        <w:tab/>
        <w:t xml:space="preserve">       =</w:t>
      </w:r>
      <w:r w:rsidRPr="0081455A">
        <w:rPr>
          <w:rFonts w:ascii="Times New Roman" w:hAnsi="Times New Roman" w:cs="Times New Roman"/>
          <w:sz w:val="24"/>
          <w:szCs w:val="24"/>
        </w:rPr>
        <w:tab/>
      </w:r>
      <w:r w:rsidRPr="0081455A">
        <w:rPr>
          <w:rFonts w:ascii="Times New Roman" w:hAnsi="Times New Roman" w:cs="Times New Roman"/>
          <w:sz w:val="24"/>
          <w:szCs w:val="24"/>
        </w:rPr>
        <w:tab/>
      </w:r>
      <w:r w:rsidRPr="0081455A">
        <w:rPr>
          <w:rFonts w:ascii="Times New Roman" w:hAnsi="Times New Roman" w:cs="Times New Roman"/>
          <w:sz w:val="24"/>
          <w:szCs w:val="24"/>
        </w:rPr>
        <w:tab/>
        <w:t>63,315</w:t>
      </w:r>
    </w:p>
    <w:p w14:paraId="028E1E64" w14:textId="77777777" w:rsidR="0081455A" w:rsidRPr="0081455A" w:rsidRDefault="0081455A" w:rsidP="0081455A">
      <w:pPr>
        <w:pStyle w:val="BodyTextIndent"/>
        <w:spacing w:line="480" w:lineRule="auto"/>
        <w:rPr>
          <w:rFonts w:ascii="Times New Roman" w:hAnsi="Times New Roman" w:cs="Times New Roman"/>
          <w:sz w:val="24"/>
          <w:szCs w:val="24"/>
        </w:rPr>
      </w:pPr>
    </w:p>
    <w:p w14:paraId="2130A085" w14:textId="77777777" w:rsidR="0081455A" w:rsidRPr="0081455A" w:rsidRDefault="0081455A" w:rsidP="0081455A">
      <w:pPr>
        <w:pStyle w:val="BodyTextIndent"/>
        <w:spacing w:line="480" w:lineRule="auto"/>
        <w:rPr>
          <w:rFonts w:ascii="Times New Roman" w:hAnsi="Times New Roman" w:cs="Times New Roman"/>
          <w:sz w:val="24"/>
          <w:szCs w:val="24"/>
        </w:rPr>
      </w:pPr>
      <w:r w:rsidRPr="0081455A">
        <w:rPr>
          <w:rFonts w:ascii="Times New Roman" w:hAnsi="Times New Roman" w:cs="Times New Roman"/>
          <w:sz w:val="24"/>
          <w:szCs w:val="24"/>
        </w:rPr>
        <w:t xml:space="preserve">The computed accuracy is </w:t>
      </w:r>
      <w:r w:rsidRPr="0081455A">
        <w:rPr>
          <w:rFonts w:ascii="Times New Roman" w:hAnsi="Times New Roman" w:cs="Times New Roman"/>
          <w:sz w:val="24"/>
          <w:szCs w:val="24"/>
        </w:rPr>
        <w:tab/>
        <w:t>1/63,000</w:t>
      </w:r>
    </w:p>
    <w:p w14:paraId="284DC814" w14:textId="436EB6BF" w:rsidR="0081455A" w:rsidRPr="0081455A" w:rsidRDefault="0081455A" w:rsidP="0081455A">
      <w:pPr>
        <w:pStyle w:val="BodyTextIndent"/>
        <w:spacing w:line="480" w:lineRule="auto"/>
        <w:rPr>
          <w:rFonts w:ascii="Times New Roman" w:hAnsi="Times New Roman" w:cs="Times New Roman"/>
          <w:sz w:val="24"/>
          <w:szCs w:val="24"/>
        </w:rPr>
      </w:pPr>
      <w:r w:rsidRPr="0081455A">
        <w:rPr>
          <w:rFonts w:ascii="Times New Roman" w:hAnsi="Times New Roman" w:cs="Times New Roman"/>
          <w:sz w:val="24"/>
          <w:szCs w:val="24"/>
        </w:rPr>
        <w:t>The permissible accuracy is      1/5,000</w:t>
      </w:r>
    </w:p>
    <w:p w14:paraId="4B017AA9"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4.5</w:t>
      </w:r>
      <w:r w:rsidRPr="0081455A">
        <w:rPr>
          <w:rFonts w:ascii="Times New Roman" w:hAnsi="Times New Roman" w:cs="Times New Roman"/>
          <w:b/>
          <w:sz w:val="24"/>
          <w:szCs w:val="24"/>
        </w:rPr>
        <w:tab/>
        <w:t>HEIGHT ACCURACY</w:t>
      </w:r>
    </w:p>
    <w:p w14:paraId="12CB859B" w14:textId="77777777" w:rsidR="0081455A" w:rsidRPr="0081455A" w:rsidRDefault="0081455A" w:rsidP="0081455A">
      <w:pPr>
        <w:spacing w:after="0" w:line="480" w:lineRule="auto"/>
        <w:ind w:left="360"/>
        <w:rPr>
          <w:rFonts w:ascii="Times New Roman" w:eastAsia="Calibri" w:hAnsi="Times New Roman" w:cs="Times New Roman"/>
          <w:sz w:val="24"/>
          <w:szCs w:val="24"/>
        </w:rPr>
      </w:pPr>
      <w:r w:rsidRPr="0081455A">
        <w:rPr>
          <w:rFonts w:ascii="Times New Roman" w:eastAsia="Calibri" w:hAnsi="Times New Roman" w:cs="Times New Roman"/>
          <w:sz w:val="24"/>
          <w:szCs w:val="24"/>
        </w:rPr>
        <w:t xml:space="preserve">Obtained error in leveling traverse </w:t>
      </w:r>
      <w:r w:rsidRPr="0081455A">
        <w:rPr>
          <w:rFonts w:ascii="Times New Roman" w:hAnsi="Times New Roman" w:cs="Times New Roman"/>
          <w:sz w:val="24"/>
          <w:szCs w:val="24"/>
        </w:rPr>
        <w:t>(</w:t>
      </w:r>
      <w:proofErr w:type="spellStart"/>
      <w:r w:rsidRPr="0081455A">
        <w:rPr>
          <w:rFonts w:ascii="Times New Roman" w:hAnsi="Times New Roman" w:cs="Times New Roman"/>
          <w:sz w:val="24"/>
          <w:szCs w:val="24"/>
        </w:rPr>
        <w:t>Misclosure</w:t>
      </w:r>
      <w:proofErr w:type="spellEnd"/>
      <w:r w:rsidRPr="0081455A">
        <w:rPr>
          <w:rFonts w:ascii="Times New Roman" w:hAnsi="Times New Roman" w:cs="Times New Roman"/>
          <w:sz w:val="24"/>
          <w:szCs w:val="24"/>
        </w:rPr>
        <w:t>)</w:t>
      </w:r>
      <w:r w:rsidRPr="0081455A">
        <w:rPr>
          <w:rFonts w:ascii="Times New Roman" w:hAnsi="Times New Roman" w:cs="Times New Roman"/>
          <w:sz w:val="24"/>
          <w:szCs w:val="24"/>
        </w:rPr>
        <w:tab/>
      </w:r>
      <w:r w:rsidRPr="0081455A">
        <w:rPr>
          <w:rFonts w:ascii="Times New Roman" w:eastAsia="Calibri" w:hAnsi="Times New Roman" w:cs="Times New Roman"/>
          <w:sz w:val="24"/>
          <w:szCs w:val="24"/>
        </w:rPr>
        <w:t>= -0.0</w:t>
      </w:r>
      <w:r w:rsidRPr="0081455A">
        <w:rPr>
          <w:rFonts w:ascii="Times New Roman" w:hAnsi="Times New Roman" w:cs="Times New Roman"/>
          <w:sz w:val="24"/>
          <w:szCs w:val="24"/>
        </w:rPr>
        <w:t>28</w:t>
      </w:r>
      <w:r w:rsidRPr="0081455A">
        <w:rPr>
          <w:rFonts w:ascii="Times New Roman" w:eastAsia="Calibri" w:hAnsi="Times New Roman" w:cs="Times New Roman"/>
          <w:sz w:val="24"/>
          <w:szCs w:val="24"/>
        </w:rPr>
        <w:t>m</w:t>
      </w:r>
    </w:p>
    <w:p w14:paraId="24D1477A" w14:textId="77777777" w:rsidR="0081455A" w:rsidRPr="0081455A" w:rsidRDefault="0081455A" w:rsidP="0081455A">
      <w:pPr>
        <w:spacing w:after="0" w:line="480" w:lineRule="auto"/>
        <w:ind w:left="360"/>
        <w:rPr>
          <w:rFonts w:ascii="Times New Roman" w:hAnsi="Times New Roman" w:cs="Times New Roman"/>
          <w:sz w:val="24"/>
          <w:szCs w:val="24"/>
        </w:rPr>
      </w:pPr>
      <w:r w:rsidRPr="0081455A">
        <w:rPr>
          <w:rFonts w:ascii="Times New Roman" w:hAnsi="Times New Roman" w:cs="Times New Roman"/>
          <w:sz w:val="24"/>
          <w:szCs w:val="24"/>
        </w:rPr>
        <w:t>Minimum a</w:t>
      </w:r>
      <w:r w:rsidRPr="0081455A">
        <w:rPr>
          <w:rFonts w:ascii="Times New Roman" w:eastAsia="Calibri" w:hAnsi="Times New Roman" w:cs="Times New Roman"/>
          <w:sz w:val="24"/>
          <w:szCs w:val="24"/>
        </w:rPr>
        <w:t xml:space="preserve">llowable error in leveling </w:t>
      </w:r>
      <w:r w:rsidRPr="0081455A">
        <w:rPr>
          <w:rFonts w:ascii="Times New Roman" w:hAnsi="Times New Roman" w:cs="Times New Roman"/>
          <w:sz w:val="24"/>
          <w:szCs w:val="24"/>
        </w:rPr>
        <w:t xml:space="preserve">(Permissible) </w:t>
      </w:r>
      <w:r w:rsidRPr="0081455A">
        <w:rPr>
          <w:rFonts w:ascii="Times New Roman" w:hAnsi="Times New Roman" w:cs="Times New Roman"/>
          <w:sz w:val="24"/>
          <w:szCs w:val="24"/>
        </w:rPr>
        <w:tab/>
        <w:t>=</w:t>
      </w:r>
      <w:r w:rsidRPr="0081455A">
        <w:rPr>
          <w:rFonts w:ascii="Times New Roman" w:eastAsia="Calibri" w:hAnsi="Times New Roman" w:cs="Times New Roman"/>
          <w:sz w:val="24"/>
          <w:szCs w:val="24"/>
        </w:rPr>
        <w:t xml:space="preserve"> 24mm√k </w:t>
      </w:r>
    </w:p>
    <w:p w14:paraId="0BAFE7B1" w14:textId="77777777" w:rsidR="0081455A" w:rsidRPr="0081455A" w:rsidRDefault="0081455A" w:rsidP="0081455A">
      <w:pPr>
        <w:spacing w:after="0" w:line="480" w:lineRule="auto"/>
        <w:ind w:left="360"/>
        <w:rPr>
          <w:rFonts w:ascii="Times New Roman" w:eastAsia="Calibri" w:hAnsi="Times New Roman" w:cs="Times New Roman"/>
          <w:sz w:val="24"/>
          <w:szCs w:val="24"/>
        </w:rPr>
      </w:pPr>
      <w:r w:rsidRPr="0081455A">
        <w:rPr>
          <w:rFonts w:ascii="Times New Roman" w:hAnsi="Times New Roman" w:cs="Times New Roman"/>
          <w:sz w:val="24"/>
          <w:szCs w:val="24"/>
        </w:rPr>
        <w:t>W</w:t>
      </w:r>
      <w:r w:rsidRPr="0081455A">
        <w:rPr>
          <w:rFonts w:ascii="Times New Roman" w:eastAsia="Calibri" w:hAnsi="Times New Roman" w:cs="Times New Roman"/>
          <w:sz w:val="24"/>
          <w:szCs w:val="24"/>
        </w:rPr>
        <w:t>here k = distance covered in kilometers is 9.0km</w:t>
      </w:r>
    </w:p>
    <w:p w14:paraId="76583901" w14:textId="77777777" w:rsidR="0081455A" w:rsidRPr="0081455A" w:rsidRDefault="0081455A" w:rsidP="0081455A">
      <w:pPr>
        <w:spacing w:after="0" w:line="480" w:lineRule="auto"/>
        <w:ind w:left="360"/>
        <w:rPr>
          <w:rFonts w:ascii="Times New Roman" w:hAnsi="Times New Roman" w:cs="Times New Roman"/>
          <w:sz w:val="24"/>
          <w:szCs w:val="24"/>
        </w:rPr>
      </w:pPr>
      <w:r w:rsidRPr="0081455A">
        <w:rPr>
          <w:rFonts w:ascii="Times New Roman" w:eastAsia="Calibri" w:hAnsi="Times New Roman" w:cs="Times New Roman"/>
          <w:sz w:val="24"/>
          <w:szCs w:val="24"/>
        </w:rPr>
        <w:t xml:space="preserve">Allowable error </w:t>
      </w:r>
      <w:r w:rsidRPr="0081455A">
        <w:rPr>
          <w:rFonts w:ascii="Times New Roman" w:hAnsi="Times New Roman" w:cs="Times New Roman"/>
          <w:sz w:val="24"/>
          <w:szCs w:val="24"/>
        </w:rPr>
        <w:t xml:space="preserve">over in </w:t>
      </w:r>
      <w:r w:rsidRPr="0081455A">
        <w:rPr>
          <w:rFonts w:ascii="Times New Roman" w:eastAsia="Calibri" w:hAnsi="Times New Roman" w:cs="Times New Roman"/>
          <w:sz w:val="24"/>
          <w:szCs w:val="24"/>
        </w:rPr>
        <w:t xml:space="preserve">height </w:t>
      </w:r>
      <w:r w:rsidRPr="0081455A">
        <w:rPr>
          <w:rFonts w:ascii="Times New Roman" w:hAnsi="Times New Roman" w:cs="Times New Roman"/>
          <w:sz w:val="24"/>
          <w:szCs w:val="24"/>
        </w:rPr>
        <w:t xml:space="preserve">over km </w:t>
      </w:r>
      <w:r w:rsidRPr="0081455A">
        <w:rPr>
          <w:rFonts w:ascii="Times New Roman" w:hAnsi="Times New Roman" w:cs="Times New Roman"/>
          <w:sz w:val="24"/>
          <w:szCs w:val="24"/>
        </w:rPr>
        <w:tab/>
        <w:t xml:space="preserve">= </w:t>
      </w:r>
    </w:p>
    <w:p w14:paraId="318FD50C" w14:textId="77777777" w:rsidR="0081455A" w:rsidRPr="0081455A" w:rsidRDefault="0081455A" w:rsidP="0081455A">
      <w:pPr>
        <w:spacing w:after="0" w:line="480" w:lineRule="auto"/>
        <w:ind w:left="360"/>
        <w:rPr>
          <w:rFonts w:ascii="Times New Roman" w:eastAsia="Calibri" w:hAnsi="Times New Roman" w:cs="Times New Roman"/>
          <w:sz w:val="24"/>
          <w:szCs w:val="24"/>
        </w:rPr>
      </w:pPr>
      <w:r w:rsidRPr="0081455A">
        <w:rPr>
          <w:rFonts w:ascii="Times New Roman" w:eastAsia="Calibri" w:hAnsi="Times New Roman" w:cs="Times New Roman"/>
          <w:sz w:val="24"/>
          <w:szCs w:val="24"/>
        </w:rPr>
        <w:t>24mm√k = 24mm√</w:t>
      </w:r>
      <w:r w:rsidRPr="0081455A">
        <w:rPr>
          <w:rFonts w:ascii="Times New Roman" w:hAnsi="Times New Roman" w:cs="Times New Roman"/>
          <w:sz w:val="24"/>
          <w:szCs w:val="24"/>
        </w:rPr>
        <w:t xml:space="preserve">9.0km </w:t>
      </w:r>
      <w:r w:rsidRPr="0081455A">
        <w:rPr>
          <w:rFonts w:ascii="Times New Roman" w:hAnsi="Times New Roman" w:cs="Times New Roman"/>
          <w:sz w:val="24"/>
          <w:szCs w:val="24"/>
        </w:rPr>
        <w:tab/>
        <w:t xml:space="preserve">= </w:t>
      </w:r>
      <w:r w:rsidRPr="0081455A">
        <w:rPr>
          <w:rFonts w:ascii="Times New Roman" w:hAnsi="Times New Roman" w:cs="Times New Roman"/>
          <w:sz w:val="24"/>
          <w:szCs w:val="24"/>
        </w:rPr>
        <w:tab/>
      </w:r>
      <w:r w:rsidRPr="0081455A">
        <w:rPr>
          <w:rFonts w:ascii="Times New Roman" w:hAnsi="Times New Roman" w:cs="Times New Roman"/>
          <w:b/>
          <w:sz w:val="24"/>
          <w:szCs w:val="24"/>
        </w:rPr>
        <w:t>- 0.0026m</w:t>
      </w:r>
    </w:p>
    <w:p w14:paraId="75ED0699" w14:textId="77777777" w:rsidR="0081455A" w:rsidRPr="0081455A" w:rsidRDefault="0081455A" w:rsidP="0081455A">
      <w:pPr>
        <w:spacing w:after="0" w:line="480" w:lineRule="auto"/>
        <w:ind w:left="360"/>
        <w:rPr>
          <w:rFonts w:ascii="Times New Roman" w:eastAsia="Calibri" w:hAnsi="Times New Roman" w:cs="Times New Roman"/>
          <w:sz w:val="24"/>
          <w:szCs w:val="24"/>
        </w:rPr>
      </w:pPr>
      <w:r w:rsidRPr="0081455A">
        <w:rPr>
          <w:rFonts w:ascii="Times New Roman" w:hAnsi="Times New Roman" w:cs="Times New Roman"/>
          <w:sz w:val="24"/>
          <w:szCs w:val="24"/>
        </w:rPr>
        <w:t>Therefore</w:t>
      </w:r>
      <w:r w:rsidRPr="0081455A">
        <w:rPr>
          <w:rFonts w:ascii="Times New Roman" w:eastAsia="Calibri" w:hAnsi="Times New Roman" w:cs="Times New Roman"/>
          <w:sz w:val="24"/>
          <w:szCs w:val="24"/>
        </w:rPr>
        <w:t xml:space="preserve">, </w:t>
      </w:r>
      <w:r w:rsidRPr="0081455A">
        <w:rPr>
          <w:rFonts w:ascii="Times New Roman" w:hAnsi="Times New Roman" w:cs="Times New Roman"/>
          <w:sz w:val="24"/>
          <w:szCs w:val="24"/>
        </w:rPr>
        <w:t>it</w:t>
      </w:r>
      <w:r w:rsidRPr="0081455A">
        <w:rPr>
          <w:rFonts w:ascii="Times New Roman" w:eastAsia="Calibri" w:hAnsi="Times New Roman" w:cs="Times New Roman"/>
          <w:sz w:val="24"/>
          <w:szCs w:val="24"/>
        </w:rPr>
        <w:t xml:space="preserve"> means that the job met the required specification.</w:t>
      </w:r>
    </w:p>
    <w:p w14:paraId="2123023C" w14:textId="77777777" w:rsidR="0081455A" w:rsidRPr="0081455A" w:rsidRDefault="0081455A" w:rsidP="0081455A">
      <w:pPr>
        <w:spacing w:after="0" w:line="480" w:lineRule="auto"/>
        <w:ind w:left="360"/>
        <w:rPr>
          <w:rFonts w:ascii="Times New Roman" w:hAnsi="Times New Roman" w:cs="Times New Roman"/>
          <w:sz w:val="24"/>
          <w:szCs w:val="24"/>
        </w:rPr>
      </w:pPr>
      <w:r w:rsidRPr="0081455A">
        <w:rPr>
          <w:rFonts w:ascii="Times New Roman" w:hAnsi="Times New Roman" w:cs="Times New Roman"/>
          <w:sz w:val="24"/>
          <w:szCs w:val="24"/>
        </w:rPr>
        <w:lastRenderedPageBreak/>
        <w:t xml:space="preserve">From the above computations, the linear accuracy obtained was better than the allowable limits of 1:5000 according to SURCON specifications for third order engineering job. </w:t>
      </w:r>
    </w:p>
    <w:p w14:paraId="57198BF1"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4.6</w:t>
      </w:r>
      <w:r w:rsidRPr="0081455A">
        <w:rPr>
          <w:rFonts w:ascii="Times New Roman" w:hAnsi="Times New Roman" w:cs="Times New Roman"/>
          <w:b/>
          <w:sz w:val="24"/>
          <w:szCs w:val="24"/>
        </w:rPr>
        <w:tab/>
        <w:t>PLAN PRODUCTION</w:t>
      </w:r>
    </w:p>
    <w:p w14:paraId="0A1A75B8" w14:textId="1B600E43" w:rsidR="0081455A" w:rsidRPr="0081455A" w:rsidRDefault="0081455A" w:rsidP="0081455A">
      <w:pPr>
        <w:spacing w:line="480" w:lineRule="auto"/>
        <w:ind w:left="720" w:firstLineChars="300" w:firstLine="720"/>
        <w:rPr>
          <w:rFonts w:ascii="Times New Roman" w:hAnsi="Times New Roman" w:cs="Times New Roman"/>
          <w:sz w:val="24"/>
          <w:szCs w:val="24"/>
        </w:rPr>
      </w:pPr>
      <w:r w:rsidRPr="0081455A">
        <w:rPr>
          <w:rFonts w:ascii="Times New Roman" w:hAnsi="Times New Roman" w:cs="Times New Roman"/>
          <w:sz w:val="24"/>
          <w:szCs w:val="24"/>
        </w:rPr>
        <w:t>The adjusted coordinates were plotted in AutoCAD 2007 and Civil</w:t>
      </w:r>
      <w:r>
        <w:rPr>
          <w:rFonts w:ascii="Times New Roman" w:hAnsi="Times New Roman" w:cs="Times New Roman"/>
          <w:sz w:val="24"/>
          <w:szCs w:val="24"/>
        </w:rPr>
        <w:t xml:space="preserve"> </w:t>
      </w:r>
      <w:r w:rsidRPr="0081455A">
        <w:rPr>
          <w:rFonts w:ascii="Times New Roman" w:hAnsi="Times New Roman" w:cs="Times New Roman"/>
          <w:sz w:val="24"/>
          <w:szCs w:val="24"/>
        </w:rPr>
        <w:t>CAD 2013 Environment to generate the centerline of the road, longitudinal profile and cross section. The details were also plotted. The essence of obtaining a detail plan is to provide a platform for horizontal curve and alignment design for the road expansion /rehabilitation. Information shown on the detail plan provides a vivid representation of the land mass for easy understanding of the route.</w:t>
      </w:r>
    </w:p>
    <w:p w14:paraId="3422CD2A" w14:textId="77777777" w:rsidR="0081455A" w:rsidRPr="0081455A" w:rsidRDefault="0081455A" w:rsidP="00585E09">
      <w:pPr>
        <w:pStyle w:val="ListParagraph"/>
        <w:numPr>
          <w:ilvl w:val="2"/>
          <w:numId w:val="24"/>
        </w:num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HORIZONTAL ALIGNMENT PLAN</w:t>
      </w:r>
    </w:p>
    <w:p w14:paraId="2869A005" w14:textId="4F0FD504" w:rsidR="0081455A" w:rsidRPr="0081455A" w:rsidRDefault="0081455A" w:rsidP="0081455A">
      <w:pPr>
        <w:spacing w:line="480" w:lineRule="auto"/>
        <w:ind w:left="720" w:firstLine="720"/>
        <w:rPr>
          <w:rFonts w:ascii="Times New Roman" w:hAnsi="Times New Roman" w:cs="Times New Roman"/>
          <w:sz w:val="24"/>
          <w:szCs w:val="24"/>
        </w:rPr>
      </w:pPr>
      <w:r w:rsidRPr="0081455A">
        <w:rPr>
          <w:rFonts w:ascii="Times New Roman" w:hAnsi="Times New Roman" w:cs="Times New Roman"/>
          <w:sz w:val="24"/>
          <w:szCs w:val="24"/>
        </w:rPr>
        <w:t>AutoCAD Land Development software 2009 was used to transform the collected and already processed data into a plan for visual presentation. A hard copy of the plan was printed using the AutoCAD visual display graphical information. Plots of the cross-section, profile, and longitudinal section were made which was attached to this project.</w:t>
      </w:r>
    </w:p>
    <w:p w14:paraId="772CA56C"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noProof/>
          <w:sz w:val="24"/>
          <w:szCs w:val="24"/>
        </w:rPr>
        <w:drawing>
          <wp:inline distT="0" distB="0" distL="0" distR="0" wp14:anchorId="3DB96030" wp14:editId="0BABD746">
            <wp:extent cx="5943600" cy="3342622"/>
            <wp:effectExtent l="0" t="0" r="0" b="0"/>
            <wp:docPr id="3" name="Picture 3" descr="C:\Users\USER\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ptu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2622"/>
                    </a:xfrm>
                    <a:prstGeom prst="rect">
                      <a:avLst/>
                    </a:prstGeom>
                    <a:noFill/>
                    <a:ln>
                      <a:noFill/>
                    </a:ln>
                  </pic:spPr>
                </pic:pic>
              </a:graphicData>
            </a:graphic>
          </wp:inline>
        </w:drawing>
      </w:r>
    </w:p>
    <w:p w14:paraId="06D316A0" w14:textId="77777777" w:rsidR="0081455A" w:rsidRPr="0081455A" w:rsidRDefault="0081455A" w:rsidP="0081455A">
      <w:pPr>
        <w:spacing w:line="480" w:lineRule="auto"/>
        <w:rPr>
          <w:rFonts w:ascii="Times New Roman" w:hAnsi="Times New Roman" w:cs="Times New Roman"/>
          <w:i/>
          <w:iCs/>
          <w:sz w:val="24"/>
          <w:szCs w:val="24"/>
        </w:rPr>
      </w:pPr>
      <w:r w:rsidRPr="0081455A">
        <w:rPr>
          <w:rFonts w:ascii="Times New Roman" w:hAnsi="Times New Roman" w:cs="Times New Roman"/>
          <w:i/>
          <w:iCs/>
          <w:sz w:val="24"/>
          <w:szCs w:val="24"/>
        </w:rPr>
        <w:t>Fig 4.1: Horizontal plan of the route</w:t>
      </w:r>
    </w:p>
    <w:p w14:paraId="6B17AB4C" w14:textId="77777777" w:rsidR="0081455A" w:rsidRPr="0081455A" w:rsidRDefault="0081455A" w:rsidP="0081455A">
      <w:pPr>
        <w:spacing w:line="480" w:lineRule="auto"/>
        <w:rPr>
          <w:rFonts w:ascii="Times New Roman" w:hAnsi="Times New Roman" w:cs="Times New Roman"/>
          <w:i/>
          <w:iCs/>
          <w:sz w:val="24"/>
          <w:szCs w:val="24"/>
        </w:rPr>
      </w:pPr>
    </w:p>
    <w:p w14:paraId="06138523"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lastRenderedPageBreak/>
        <w:t>4.6.2</w:t>
      </w:r>
      <w:r w:rsidRPr="0081455A">
        <w:rPr>
          <w:rFonts w:ascii="Times New Roman" w:hAnsi="Times New Roman" w:cs="Times New Roman"/>
          <w:b/>
          <w:sz w:val="24"/>
          <w:szCs w:val="24"/>
        </w:rPr>
        <w:tab/>
        <w:t>VERTICAL ALIGNMENT PLAN</w:t>
      </w:r>
    </w:p>
    <w:p w14:paraId="35E75360"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b/>
          <w:bCs/>
          <w:sz w:val="24"/>
          <w:szCs w:val="24"/>
        </w:rPr>
        <w:tab/>
      </w:r>
      <w:r w:rsidRPr="0081455A">
        <w:rPr>
          <w:rFonts w:ascii="Times New Roman" w:hAnsi="Times New Roman" w:cs="Times New Roman"/>
          <w:sz w:val="24"/>
          <w:szCs w:val="24"/>
        </w:rPr>
        <w:t>In order to give vertical height and terrain information along a route for vertical alignment and curve design, a profile was created. It gives a clear view of the terrain and helps decide where to fill or cut. It offers details like the existing level, formation level, tangent points, and slope.</w:t>
      </w:r>
    </w:p>
    <w:p w14:paraId="05F67F5C" w14:textId="2D6BC888"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The design of the route was done after the creation of the longitudinal profile. The longitudinal profile was created using AutoCAD Civil 3D 2022. The steps in the creation of the longitudinal profile shown in fig 4.2 are as follows:</w:t>
      </w:r>
    </w:p>
    <w:p w14:paraId="5C809867"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noProof/>
          <w:sz w:val="24"/>
          <w:szCs w:val="24"/>
        </w:rPr>
        <w:drawing>
          <wp:inline distT="0" distB="0" distL="0" distR="0" wp14:anchorId="5A6E56FE" wp14:editId="560C41D0">
            <wp:extent cx="5741179" cy="3431845"/>
            <wp:effectExtent l="19050" t="0" r="0" b="0"/>
            <wp:docPr id="6" name="Picture 6" descr="C:\Users\USER\Desktop\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5344" cy="3440312"/>
                    </a:xfrm>
                    <a:prstGeom prst="rect">
                      <a:avLst/>
                    </a:prstGeom>
                    <a:noFill/>
                    <a:ln>
                      <a:noFill/>
                    </a:ln>
                  </pic:spPr>
                </pic:pic>
              </a:graphicData>
            </a:graphic>
          </wp:inline>
        </w:drawing>
      </w:r>
      <w:bookmarkStart w:id="0" w:name="_Hlk190988520"/>
    </w:p>
    <w:p w14:paraId="4C639929" w14:textId="77777777" w:rsidR="0081455A" w:rsidRPr="0081455A" w:rsidRDefault="0081455A" w:rsidP="0081455A">
      <w:pPr>
        <w:spacing w:line="480" w:lineRule="auto"/>
        <w:rPr>
          <w:rFonts w:ascii="Times New Roman" w:hAnsi="Times New Roman" w:cs="Times New Roman"/>
          <w:i/>
          <w:iCs/>
          <w:sz w:val="24"/>
          <w:szCs w:val="24"/>
        </w:rPr>
      </w:pPr>
      <w:r w:rsidRPr="0081455A">
        <w:rPr>
          <w:rFonts w:ascii="Times New Roman" w:hAnsi="Times New Roman" w:cs="Times New Roman"/>
          <w:i/>
          <w:iCs/>
          <w:sz w:val="24"/>
          <w:szCs w:val="24"/>
        </w:rPr>
        <w:t>Fig 4.2: Vertical Profile of the route</w:t>
      </w:r>
      <w:bookmarkEnd w:id="0"/>
      <w:r w:rsidRPr="0081455A">
        <w:rPr>
          <w:rFonts w:ascii="Times New Roman" w:hAnsi="Times New Roman" w:cs="Times New Roman"/>
          <w:i/>
          <w:iCs/>
          <w:sz w:val="24"/>
          <w:szCs w:val="24"/>
        </w:rPr>
        <w:t>.</w:t>
      </w:r>
    </w:p>
    <w:p w14:paraId="23F78965" w14:textId="77777777" w:rsidR="0081455A" w:rsidRPr="0081455A" w:rsidRDefault="0081455A" w:rsidP="00585E09">
      <w:pPr>
        <w:pStyle w:val="ListParagraph"/>
        <w:numPr>
          <w:ilvl w:val="2"/>
          <w:numId w:val="25"/>
        </w:num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CROSS SECTION PLAN</w:t>
      </w:r>
    </w:p>
    <w:p w14:paraId="6A5EB6D0" w14:textId="77777777" w:rsidR="0081455A" w:rsidRPr="0081455A" w:rsidRDefault="0081455A" w:rsidP="0081455A">
      <w:pPr>
        <w:spacing w:line="480" w:lineRule="auto"/>
        <w:ind w:left="720" w:firstLine="720"/>
        <w:rPr>
          <w:rFonts w:ascii="Times New Roman" w:hAnsi="Times New Roman" w:cs="Times New Roman"/>
          <w:sz w:val="24"/>
          <w:szCs w:val="24"/>
        </w:rPr>
      </w:pPr>
      <w:r w:rsidRPr="0081455A">
        <w:rPr>
          <w:rFonts w:ascii="Times New Roman" w:hAnsi="Times New Roman" w:cs="Times New Roman"/>
          <w:sz w:val="24"/>
          <w:szCs w:val="24"/>
        </w:rPr>
        <w:t xml:space="preserve">The terrain information across the road </w:t>
      </w:r>
      <w:proofErr w:type="spellStart"/>
      <w:r w:rsidRPr="0081455A">
        <w:rPr>
          <w:rFonts w:ascii="Times New Roman" w:hAnsi="Times New Roman" w:cs="Times New Roman"/>
          <w:sz w:val="24"/>
          <w:szCs w:val="24"/>
        </w:rPr>
        <w:t>chainage</w:t>
      </w:r>
      <w:proofErr w:type="spellEnd"/>
      <w:r w:rsidRPr="0081455A">
        <w:rPr>
          <w:rFonts w:ascii="Times New Roman" w:hAnsi="Times New Roman" w:cs="Times New Roman"/>
          <w:sz w:val="24"/>
          <w:szCs w:val="24"/>
        </w:rPr>
        <w:t xml:space="preserve"> is shown in the cross-section. Details were displayed, including the height of the proposed and current center line and embankments. In cut and fill analysis, the area and, consequently, the volumes of earthwork were generated using the cross-section parameters. </w:t>
      </w:r>
    </w:p>
    <w:p w14:paraId="4E984292" w14:textId="77777777" w:rsidR="0081455A" w:rsidRPr="0081455A" w:rsidRDefault="0081455A" w:rsidP="0081455A">
      <w:pPr>
        <w:spacing w:line="480" w:lineRule="auto"/>
        <w:ind w:left="720" w:firstLine="720"/>
        <w:rPr>
          <w:rFonts w:ascii="Times New Roman" w:hAnsi="Times New Roman" w:cs="Times New Roman"/>
          <w:sz w:val="24"/>
          <w:szCs w:val="24"/>
        </w:rPr>
      </w:pPr>
      <w:r w:rsidRPr="0081455A">
        <w:rPr>
          <w:rFonts w:ascii="Times New Roman" w:hAnsi="Times New Roman" w:cs="Times New Roman"/>
          <w:sz w:val="24"/>
          <w:szCs w:val="24"/>
        </w:rPr>
        <w:t xml:space="preserve">The following process was carried out on the currently plotting on Auto CAD Civil CAD for generating cross section. The Cross Section icon was used to sample the sections </w:t>
      </w:r>
      <w:r w:rsidRPr="0081455A">
        <w:rPr>
          <w:rFonts w:ascii="Times New Roman" w:hAnsi="Times New Roman" w:cs="Times New Roman"/>
          <w:sz w:val="24"/>
          <w:szCs w:val="24"/>
        </w:rPr>
        <w:lastRenderedPageBreak/>
        <w:t xml:space="preserve">from the existing ground, edit the values of the tangents, curves, and spirals, and create a current surface by clicking on surfaces and setting current surface. A template was created for the section and it was also edited under design control. Then, by clicking on section plot, all was selected, and all sections were created. </w:t>
      </w:r>
    </w:p>
    <w:p w14:paraId="423EC24A" w14:textId="77777777" w:rsidR="0081455A" w:rsidRPr="0081455A" w:rsidRDefault="0081455A" w:rsidP="0081455A">
      <w:pPr>
        <w:spacing w:line="480" w:lineRule="auto"/>
        <w:rPr>
          <w:rFonts w:ascii="Times New Roman" w:hAnsi="Times New Roman" w:cs="Times New Roman"/>
          <w:i/>
          <w:iCs/>
          <w:sz w:val="24"/>
          <w:szCs w:val="24"/>
        </w:rPr>
      </w:pPr>
      <w:r w:rsidRPr="0081455A">
        <w:rPr>
          <w:rFonts w:ascii="Times New Roman" w:hAnsi="Times New Roman" w:cs="Times New Roman"/>
          <w:noProof/>
          <w:sz w:val="24"/>
          <w:szCs w:val="24"/>
        </w:rPr>
        <w:drawing>
          <wp:inline distT="0" distB="0" distL="0" distR="0" wp14:anchorId="2F45A5D9" wp14:editId="1DF85525">
            <wp:extent cx="5650663" cy="4288646"/>
            <wp:effectExtent l="19050" t="0" r="7187" b="0"/>
            <wp:docPr id="7" name="Picture 7" descr="C:\Users\USER\Desktop\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ro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2935" cy="4305550"/>
                    </a:xfrm>
                    <a:prstGeom prst="rect">
                      <a:avLst/>
                    </a:prstGeom>
                    <a:noFill/>
                    <a:ln>
                      <a:noFill/>
                    </a:ln>
                  </pic:spPr>
                </pic:pic>
              </a:graphicData>
            </a:graphic>
          </wp:inline>
        </w:drawing>
      </w:r>
    </w:p>
    <w:p w14:paraId="7CB07642" w14:textId="77777777" w:rsidR="0081455A" w:rsidRPr="0081455A" w:rsidRDefault="0081455A" w:rsidP="0081455A">
      <w:pPr>
        <w:spacing w:line="480" w:lineRule="auto"/>
        <w:rPr>
          <w:rFonts w:ascii="Times New Roman" w:hAnsi="Times New Roman" w:cs="Times New Roman"/>
          <w:i/>
          <w:iCs/>
          <w:sz w:val="24"/>
          <w:szCs w:val="24"/>
        </w:rPr>
      </w:pPr>
      <w:r w:rsidRPr="0081455A">
        <w:rPr>
          <w:rFonts w:ascii="Times New Roman" w:hAnsi="Times New Roman" w:cs="Times New Roman"/>
          <w:i/>
          <w:iCs/>
          <w:sz w:val="24"/>
          <w:szCs w:val="24"/>
        </w:rPr>
        <w:t>Fig. 4.3: Diagram showing generated cross section</w:t>
      </w:r>
    </w:p>
    <w:p w14:paraId="18B5B8F7"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4.6.4</w:t>
      </w:r>
      <w:r w:rsidRPr="0081455A">
        <w:rPr>
          <w:rFonts w:ascii="Times New Roman" w:hAnsi="Times New Roman" w:cs="Times New Roman"/>
          <w:b/>
          <w:sz w:val="24"/>
          <w:szCs w:val="24"/>
        </w:rPr>
        <w:tab/>
        <w:t>VOLUME OF EARTWORKS</w:t>
      </w:r>
    </w:p>
    <w:p w14:paraId="0E85A04B" w14:textId="77777777" w:rsidR="0081455A" w:rsidRPr="0081455A" w:rsidRDefault="0081455A" w:rsidP="0081455A">
      <w:pPr>
        <w:spacing w:line="480" w:lineRule="auto"/>
        <w:ind w:left="720" w:firstLine="720"/>
        <w:rPr>
          <w:rFonts w:ascii="Times New Roman" w:hAnsi="Times New Roman" w:cs="Times New Roman"/>
          <w:sz w:val="24"/>
          <w:szCs w:val="24"/>
        </w:rPr>
      </w:pPr>
      <w:r w:rsidRPr="0081455A">
        <w:rPr>
          <w:rFonts w:ascii="Times New Roman" w:hAnsi="Times New Roman" w:cs="Times New Roman"/>
          <w:sz w:val="24"/>
          <w:szCs w:val="24"/>
        </w:rPr>
        <w:t xml:space="preserve">Volume computation in route surveying is a fundamental process used to estimate the quantity of earthwork required for road construction projects. Accurate volume calculations help engineers plan excavation and embankment activities efficiently, ensuring cost-effective and sustainable infrastructure development. </w:t>
      </w:r>
    </w:p>
    <w:p w14:paraId="37631871"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 xml:space="preserve">The software used for volume of earth work calculation is AutoCAD 2007and Civil CAD 2014, the process involves selecting specific areas for calculation and defining initial and final surfaces, </w:t>
      </w:r>
      <w:r w:rsidRPr="0081455A">
        <w:rPr>
          <w:rFonts w:ascii="Times New Roman" w:hAnsi="Times New Roman" w:cs="Times New Roman"/>
          <w:sz w:val="24"/>
          <w:szCs w:val="24"/>
        </w:rPr>
        <w:lastRenderedPageBreak/>
        <w:t>which can be particularly useful in monitoring changes over time, such as material removal or deposition.</w:t>
      </w:r>
    </w:p>
    <w:p w14:paraId="6FAD6D8E"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noProof/>
          <w:sz w:val="24"/>
          <w:szCs w:val="24"/>
        </w:rPr>
        <w:drawing>
          <wp:inline distT="0" distB="0" distL="0" distR="0" wp14:anchorId="5AE721B7" wp14:editId="700548F0">
            <wp:extent cx="5662128" cy="4695568"/>
            <wp:effectExtent l="0" t="0" r="0" b="0"/>
            <wp:docPr id="8" name="Picture 8" descr="C:\Users\USER\Desktop\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v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0469" cy="4727364"/>
                    </a:xfrm>
                    <a:prstGeom prst="rect">
                      <a:avLst/>
                    </a:prstGeom>
                    <a:noFill/>
                    <a:ln>
                      <a:noFill/>
                    </a:ln>
                  </pic:spPr>
                </pic:pic>
              </a:graphicData>
            </a:graphic>
          </wp:inline>
        </w:drawing>
      </w:r>
    </w:p>
    <w:p w14:paraId="6B50DDDD" w14:textId="77777777" w:rsidR="0081455A" w:rsidRPr="0081455A" w:rsidRDefault="0081455A" w:rsidP="0081455A">
      <w:pPr>
        <w:spacing w:line="480" w:lineRule="auto"/>
        <w:ind w:firstLine="720"/>
        <w:rPr>
          <w:rFonts w:ascii="Times New Roman" w:hAnsi="Times New Roman" w:cs="Times New Roman"/>
          <w:i/>
          <w:iCs/>
          <w:sz w:val="24"/>
          <w:szCs w:val="24"/>
        </w:rPr>
      </w:pPr>
      <w:r w:rsidRPr="0081455A">
        <w:rPr>
          <w:rFonts w:ascii="Times New Roman" w:hAnsi="Times New Roman" w:cs="Times New Roman"/>
          <w:i/>
          <w:iCs/>
          <w:sz w:val="24"/>
          <w:szCs w:val="24"/>
        </w:rPr>
        <w:t>Fig. 4.4: Diagram showing generated volume computation</w:t>
      </w:r>
    </w:p>
    <w:p w14:paraId="185C5C1A" w14:textId="77777777" w:rsidR="0081455A" w:rsidRPr="0081455A" w:rsidRDefault="0081455A" w:rsidP="0081455A">
      <w:pPr>
        <w:spacing w:line="480" w:lineRule="auto"/>
        <w:ind w:firstLine="720"/>
        <w:rPr>
          <w:rFonts w:ascii="Times New Roman" w:hAnsi="Times New Roman" w:cs="Times New Roman"/>
          <w:i/>
          <w:iCs/>
          <w:sz w:val="24"/>
          <w:szCs w:val="24"/>
        </w:rPr>
      </w:pPr>
    </w:p>
    <w:p w14:paraId="2A460BD1" w14:textId="77777777" w:rsidR="0081455A" w:rsidRPr="0081455A" w:rsidRDefault="0081455A" w:rsidP="0081455A">
      <w:pPr>
        <w:spacing w:line="480" w:lineRule="auto"/>
        <w:ind w:firstLine="720"/>
        <w:rPr>
          <w:rFonts w:ascii="Times New Roman" w:hAnsi="Times New Roman" w:cs="Times New Roman"/>
          <w:i/>
          <w:iCs/>
          <w:sz w:val="24"/>
          <w:szCs w:val="24"/>
        </w:rPr>
      </w:pPr>
    </w:p>
    <w:p w14:paraId="5C401782" w14:textId="77777777" w:rsidR="0081455A" w:rsidRPr="0081455A" w:rsidRDefault="0081455A" w:rsidP="0081455A">
      <w:pPr>
        <w:spacing w:line="480" w:lineRule="auto"/>
        <w:ind w:firstLine="720"/>
        <w:rPr>
          <w:rFonts w:ascii="Times New Roman" w:hAnsi="Times New Roman" w:cs="Times New Roman"/>
          <w:i/>
          <w:iCs/>
          <w:sz w:val="24"/>
          <w:szCs w:val="24"/>
        </w:rPr>
      </w:pPr>
    </w:p>
    <w:p w14:paraId="21D2B41D" w14:textId="77777777" w:rsidR="0081455A" w:rsidRPr="0081455A" w:rsidRDefault="0081455A" w:rsidP="0081455A">
      <w:pPr>
        <w:spacing w:line="480" w:lineRule="auto"/>
        <w:ind w:firstLine="720"/>
        <w:rPr>
          <w:rFonts w:ascii="Times New Roman" w:hAnsi="Times New Roman" w:cs="Times New Roman"/>
          <w:i/>
          <w:iCs/>
          <w:sz w:val="24"/>
          <w:szCs w:val="24"/>
        </w:rPr>
      </w:pPr>
    </w:p>
    <w:p w14:paraId="2B5486DE" w14:textId="77777777" w:rsidR="0081455A" w:rsidRPr="0081455A" w:rsidRDefault="0081455A" w:rsidP="0081455A">
      <w:pPr>
        <w:spacing w:line="480" w:lineRule="auto"/>
        <w:ind w:firstLine="720"/>
        <w:rPr>
          <w:rFonts w:ascii="Times New Roman" w:hAnsi="Times New Roman" w:cs="Times New Roman"/>
          <w:i/>
          <w:iCs/>
          <w:sz w:val="24"/>
          <w:szCs w:val="24"/>
        </w:rPr>
      </w:pPr>
    </w:p>
    <w:p w14:paraId="64C6AD51" w14:textId="77777777" w:rsidR="0081455A" w:rsidRPr="0081455A" w:rsidRDefault="0081455A" w:rsidP="0081455A">
      <w:pPr>
        <w:spacing w:line="480" w:lineRule="auto"/>
        <w:ind w:firstLine="720"/>
        <w:rPr>
          <w:rFonts w:ascii="Times New Roman" w:hAnsi="Times New Roman" w:cs="Times New Roman"/>
          <w:i/>
          <w:iCs/>
          <w:sz w:val="24"/>
          <w:szCs w:val="24"/>
        </w:rPr>
      </w:pPr>
    </w:p>
    <w:p w14:paraId="403FEECF" w14:textId="77777777" w:rsidR="0081455A" w:rsidRPr="0081455A" w:rsidRDefault="0081455A" w:rsidP="0081455A">
      <w:pPr>
        <w:spacing w:line="480" w:lineRule="auto"/>
        <w:rPr>
          <w:rFonts w:ascii="Times New Roman" w:hAnsi="Times New Roman" w:cs="Times New Roman"/>
          <w:i/>
          <w:iCs/>
          <w:sz w:val="24"/>
          <w:szCs w:val="24"/>
        </w:rPr>
      </w:pPr>
    </w:p>
    <w:p w14:paraId="28D58DB1" w14:textId="77777777" w:rsidR="0081455A" w:rsidRPr="0081455A" w:rsidRDefault="0081455A" w:rsidP="00585E09">
      <w:pPr>
        <w:pStyle w:val="ListParagraph"/>
        <w:numPr>
          <w:ilvl w:val="1"/>
          <w:numId w:val="25"/>
        </w:num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lastRenderedPageBreak/>
        <w:t>PROJECT COSTING</w:t>
      </w:r>
    </w:p>
    <w:p w14:paraId="23A99240" w14:textId="77777777" w:rsidR="0081455A" w:rsidRPr="0081455A" w:rsidRDefault="0081455A" w:rsidP="0081455A">
      <w:pPr>
        <w:spacing w:after="0" w:line="480" w:lineRule="auto"/>
        <w:rPr>
          <w:rFonts w:ascii="Times New Roman" w:hAnsi="Times New Roman" w:cs="Times New Roman"/>
          <w:b/>
          <w:sz w:val="24"/>
          <w:szCs w:val="24"/>
        </w:rPr>
      </w:pPr>
      <w:r w:rsidRPr="0081455A">
        <w:rPr>
          <w:rFonts w:ascii="Times New Roman" w:hAnsi="Times New Roman" w:cs="Times New Roman"/>
          <w:b/>
          <w:sz w:val="24"/>
          <w:szCs w:val="24"/>
        </w:rPr>
        <w:t>Table 4.4.1: shows the worked out cost of the project</w:t>
      </w:r>
    </w:p>
    <w:tbl>
      <w:tblPr>
        <w:tblStyle w:val="TableGrid"/>
        <w:tblW w:w="9592" w:type="dxa"/>
        <w:tblInd w:w="-612" w:type="dxa"/>
        <w:tblLook w:val="04A0" w:firstRow="1" w:lastRow="0" w:firstColumn="1" w:lastColumn="0" w:noHBand="0" w:noVBand="1"/>
      </w:tblPr>
      <w:tblGrid>
        <w:gridCol w:w="2788"/>
        <w:gridCol w:w="1667"/>
        <w:gridCol w:w="874"/>
        <w:gridCol w:w="2301"/>
        <w:gridCol w:w="1962"/>
      </w:tblGrid>
      <w:tr w:rsidR="0081455A" w:rsidRPr="0081455A" w14:paraId="4D0BDEAA" w14:textId="77777777" w:rsidTr="0081455A">
        <w:trPr>
          <w:trHeight w:val="507"/>
        </w:trPr>
        <w:tc>
          <w:tcPr>
            <w:tcW w:w="2788" w:type="dxa"/>
          </w:tcPr>
          <w:p w14:paraId="3B5C57A6"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 xml:space="preserve">OPERATION </w:t>
            </w:r>
          </w:p>
        </w:tc>
        <w:tc>
          <w:tcPr>
            <w:tcW w:w="1667" w:type="dxa"/>
          </w:tcPr>
          <w:p w14:paraId="609B5032" w14:textId="77777777" w:rsidR="0081455A" w:rsidRPr="0081455A" w:rsidRDefault="0081455A" w:rsidP="0081455A">
            <w:pPr>
              <w:pStyle w:val="NoSpacing"/>
              <w:spacing w:line="480" w:lineRule="auto"/>
              <w:rPr>
                <w:rFonts w:ascii="Times New Roman" w:hAnsi="Times New Roman" w:cs="Times New Roman"/>
                <w:sz w:val="24"/>
                <w:szCs w:val="24"/>
              </w:rPr>
            </w:pPr>
          </w:p>
          <w:p w14:paraId="416086A6" w14:textId="77777777" w:rsidR="0081455A" w:rsidRPr="0081455A" w:rsidRDefault="0081455A" w:rsidP="0081455A">
            <w:pPr>
              <w:pStyle w:val="NoSpacing"/>
              <w:spacing w:line="480" w:lineRule="auto"/>
              <w:rPr>
                <w:rFonts w:ascii="Times New Roman" w:hAnsi="Times New Roman" w:cs="Times New Roman"/>
                <w:sz w:val="24"/>
                <w:szCs w:val="24"/>
              </w:rPr>
            </w:pPr>
            <w:r w:rsidRPr="0081455A">
              <w:rPr>
                <w:rFonts w:ascii="Times New Roman" w:hAnsi="Times New Roman" w:cs="Times New Roman"/>
                <w:sz w:val="24"/>
                <w:szCs w:val="24"/>
              </w:rPr>
              <w:t>RATE / DAY</w:t>
            </w:r>
          </w:p>
        </w:tc>
        <w:tc>
          <w:tcPr>
            <w:tcW w:w="874" w:type="dxa"/>
          </w:tcPr>
          <w:p w14:paraId="2F1A6B24" w14:textId="77777777" w:rsidR="0081455A" w:rsidRPr="0081455A" w:rsidRDefault="0081455A" w:rsidP="0081455A">
            <w:pPr>
              <w:pStyle w:val="NoSpacing"/>
              <w:spacing w:line="480" w:lineRule="auto"/>
              <w:rPr>
                <w:rFonts w:ascii="Times New Roman" w:hAnsi="Times New Roman" w:cs="Times New Roman"/>
                <w:sz w:val="24"/>
                <w:szCs w:val="24"/>
              </w:rPr>
            </w:pPr>
            <w:r w:rsidRPr="0081455A">
              <w:rPr>
                <w:rFonts w:ascii="Times New Roman" w:hAnsi="Times New Roman" w:cs="Times New Roman"/>
                <w:sz w:val="24"/>
                <w:szCs w:val="24"/>
              </w:rPr>
              <w:t>NO OF DAYS</w:t>
            </w:r>
          </w:p>
        </w:tc>
        <w:tc>
          <w:tcPr>
            <w:tcW w:w="2301" w:type="dxa"/>
          </w:tcPr>
          <w:p w14:paraId="238D1FF1" w14:textId="77777777" w:rsidR="0081455A" w:rsidRPr="0081455A" w:rsidRDefault="0081455A" w:rsidP="0081455A">
            <w:pPr>
              <w:pStyle w:val="NoSpacing"/>
              <w:spacing w:line="480" w:lineRule="auto"/>
              <w:rPr>
                <w:rFonts w:ascii="Times New Roman" w:hAnsi="Times New Roman" w:cs="Times New Roman"/>
                <w:sz w:val="24"/>
                <w:szCs w:val="24"/>
              </w:rPr>
            </w:pPr>
          </w:p>
          <w:p w14:paraId="780F2E8C" w14:textId="77777777" w:rsidR="0081455A" w:rsidRPr="0081455A" w:rsidRDefault="0081455A" w:rsidP="0081455A">
            <w:pPr>
              <w:pStyle w:val="NoSpacing"/>
              <w:spacing w:line="480" w:lineRule="auto"/>
              <w:rPr>
                <w:rFonts w:ascii="Times New Roman" w:hAnsi="Times New Roman" w:cs="Times New Roman"/>
                <w:sz w:val="24"/>
                <w:szCs w:val="24"/>
              </w:rPr>
            </w:pPr>
            <w:r w:rsidRPr="0081455A">
              <w:rPr>
                <w:rFonts w:ascii="Times New Roman" w:hAnsi="Times New Roman" w:cs="Times New Roman"/>
                <w:sz w:val="24"/>
                <w:szCs w:val="24"/>
              </w:rPr>
              <w:t>UNIT COST (#)</w:t>
            </w:r>
          </w:p>
        </w:tc>
        <w:tc>
          <w:tcPr>
            <w:tcW w:w="1962" w:type="dxa"/>
          </w:tcPr>
          <w:p w14:paraId="7979B46E"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AMOUNT (#)</w:t>
            </w:r>
          </w:p>
        </w:tc>
      </w:tr>
      <w:tr w:rsidR="0081455A" w:rsidRPr="0081455A" w14:paraId="70B74C29" w14:textId="77777777" w:rsidTr="0081455A">
        <w:trPr>
          <w:trHeight w:val="307"/>
        </w:trPr>
        <w:tc>
          <w:tcPr>
            <w:tcW w:w="2788" w:type="dxa"/>
          </w:tcPr>
          <w:p w14:paraId="5B69FF97"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RECCONNAISSANCE (DAY)</w:t>
            </w:r>
          </w:p>
        </w:tc>
        <w:tc>
          <w:tcPr>
            <w:tcW w:w="1667" w:type="dxa"/>
          </w:tcPr>
          <w:p w14:paraId="0C7F29E9" w14:textId="77777777" w:rsidR="0081455A" w:rsidRPr="0081455A" w:rsidRDefault="0081455A" w:rsidP="0081455A">
            <w:pPr>
              <w:spacing w:line="480" w:lineRule="auto"/>
              <w:rPr>
                <w:rFonts w:ascii="Times New Roman" w:hAnsi="Times New Roman" w:cs="Times New Roman"/>
                <w:sz w:val="24"/>
                <w:szCs w:val="24"/>
              </w:rPr>
            </w:pPr>
          </w:p>
        </w:tc>
        <w:tc>
          <w:tcPr>
            <w:tcW w:w="874" w:type="dxa"/>
          </w:tcPr>
          <w:p w14:paraId="05779242" w14:textId="77777777" w:rsidR="0081455A" w:rsidRPr="0081455A" w:rsidRDefault="0081455A" w:rsidP="0081455A">
            <w:pPr>
              <w:spacing w:line="480" w:lineRule="auto"/>
              <w:rPr>
                <w:rFonts w:ascii="Times New Roman" w:hAnsi="Times New Roman" w:cs="Times New Roman"/>
                <w:sz w:val="24"/>
                <w:szCs w:val="24"/>
              </w:rPr>
            </w:pPr>
          </w:p>
        </w:tc>
        <w:tc>
          <w:tcPr>
            <w:tcW w:w="2301" w:type="dxa"/>
          </w:tcPr>
          <w:p w14:paraId="5732B3CF" w14:textId="77777777" w:rsidR="0081455A" w:rsidRPr="0081455A" w:rsidRDefault="0081455A" w:rsidP="0081455A">
            <w:pPr>
              <w:spacing w:line="480" w:lineRule="auto"/>
              <w:rPr>
                <w:rFonts w:ascii="Times New Roman" w:hAnsi="Times New Roman" w:cs="Times New Roman"/>
                <w:sz w:val="24"/>
                <w:szCs w:val="24"/>
              </w:rPr>
            </w:pPr>
          </w:p>
        </w:tc>
        <w:tc>
          <w:tcPr>
            <w:tcW w:w="1962" w:type="dxa"/>
          </w:tcPr>
          <w:p w14:paraId="4F28F121" w14:textId="77777777" w:rsidR="0081455A" w:rsidRPr="0081455A" w:rsidRDefault="0081455A" w:rsidP="0081455A">
            <w:pPr>
              <w:spacing w:line="480" w:lineRule="auto"/>
              <w:rPr>
                <w:rFonts w:ascii="Times New Roman" w:hAnsi="Times New Roman" w:cs="Times New Roman"/>
                <w:sz w:val="24"/>
                <w:szCs w:val="24"/>
              </w:rPr>
            </w:pPr>
          </w:p>
        </w:tc>
      </w:tr>
      <w:tr w:rsidR="0081455A" w:rsidRPr="0081455A" w14:paraId="01F8F238" w14:textId="77777777" w:rsidTr="0081455A">
        <w:trPr>
          <w:trHeight w:val="390"/>
        </w:trPr>
        <w:tc>
          <w:tcPr>
            <w:tcW w:w="2788" w:type="dxa"/>
          </w:tcPr>
          <w:p w14:paraId="42F1C48B"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1 Senior Surveyor</w:t>
            </w:r>
          </w:p>
        </w:tc>
        <w:tc>
          <w:tcPr>
            <w:tcW w:w="1667" w:type="dxa"/>
          </w:tcPr>
          <w:p w14:paraId="500DE7E1"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10,000</w:t>
            </w:r>
          </w:p>
        </w:tc>
        <w:tc>
          <w:tcPr>
            <w:tcW w:w="874" w:type="dxa"/>
          </w:tcPr>
          <w:p w14:paraId="40858558"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1</w:t>
            </w:r>
          </w:p>
        </w:tc>
        <w:tc>
          <w:tcPr>
            <w:tcW w:w="2301" w:type="dxa"/>
          </w:tcPr>
          <w:p w14:paraId="5D595C4E"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10,000</w:t>
            </w:r>
          </w:p>
        </w:tc>
        <w:tc>
          <w:tcPr>
            <w:tcW w:w="1962" w:type="dxa"/>
          </w:tcPr>
          <w:p w14:paraId="48370649"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10,000</w:t>
            </w:r>
          </w:p>
        </w:tc>
      </w:tr>
      <w:tr w:rsidR="0081455A" w:rsidRPr="0081455A" w14:paraId="74DF14B4" w14:textId="77777777" w:rsidTr="0081455A">
        <w:trPr>
          <w:trHeight w:val="215"/>
        </w:trPr>
        <w:tc>
          <w:tcPr>
            <w:tcW w:w="2788" w:type="dxa"/>
          </w:tcPr>
          <w:p w14:paraId="4670FDB3"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8 Technical officer</w:t>
            </w:r>
          </w:p>
        </w:tc>
        <w:tc>
          <w:tcPr>
            <w:tcW w:w="1667" w:type="dxa"/>
          </w:tcPr>
          <w:p w14:paraId="77C18E13"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5,000</w:t>
            </w:r>
          </w:p>
        </w:tc>
        <w:tc>
          <w:tcPr>
            <w:tcW w:w="874" w:type="dxa"/>
          </w:tcPr>
          <w:p w14:paraId="57745BC6"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1</w:t>
            </w:r>
          </w:p>
        </w:tc>
        <w:tc>
          <w:tcPr>
            <w:tcW w:w="2301" w:type="dxa"/>
          </w:tcPr>
          <w:p w14:paraId="25F191EC"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40,000</w:t>
            </w:r>
          </w:p>
        </w:tc>
        <w:tc>
          <w:tcPr>
            <w:tcW w:w="1962" w:type="dxa"/>
          </w:tcPr>
          <w:p w14:paraId="3F77E027"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40,000</w:t>
            </w:r>
          </w:p>
        </w:tc>
      </w:tr>
      <w:tr w:rsidR="0081455A" w:rsidRPr="0081455A" w14:paraId="23741EBE" w14:textId="77777777" w:rsidTr="0081455A">
        <w:trPr>
          <w:trHeight w:val="507"/>
        </w:trPr>
        <w:tc>
          <w:tcPr>
            <w:tcW w:w="2788" w:type="dxa"/>
          </w:tcPr>
          <w:p w14:paraId="2D2A23BF"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 xml:space="preserve">1 skilled </w:t>
            </w:r>
            <w:proofErr w:type="spellStart"/>
            <w:r w:rsidRPr="0081455A">
              <w:rPr>
                <w:rFonts w:ascii="Times New Roman" w:hAnsi="Times New Roman" w:cs="Times New Roman"/>
                <w:sz w:val="24"/>
                <w:szCs w:val="24"/>
              </w:rPr>
              <w:t>labour</w:t>
            </w:r>
            <w:proofErr w:type="spellEnd"/>
          </w:p>
        </w:tc>
        <w:tc>
          <w:tcPr>
            <w:tcW w:w="1667" w:type="dxa"/>
          </w:tcPr>
          <w:p w14:paraId="44AA0EA8" w14:textId="77777777" w:rsidR="0081455A" w:rsidRPr="0081455A" w:rsidRDefault="0081455A" w:rsidP="0081455A">
            <w:pPr>
              <w:pStyle w:val="NoSpacing"/>
              <w:spacing w:line="480" w:lineRule="auto"/>
              <w:rPr>
                <w:rFonts w:ascii="Times New Roman" w:hAnsi="Times New Roman" w:cs="Times New Roman"/>
                <w:sz w:val="24"/>
                <w:szCs w:val="24"/>
              </w:rPr>
            </w:pPr>
            <w:r w:rsidRPr="0081455A">
              <w:rPr>
                <w:rFonts w:ascii="Times New Roman" w:hAnsi="Times New Roman" w:cs="Times New Roman"/>
                <w:sz w:val="24"/>
                <w:szCs w:val="24"/>
              </w:rPr>
              <w:t>5,000</w:t>
            </w:r>
          </w:p>
        </w:tc>
        <w:tc>
          <w:tcPr>
            <w:tcW w:w="874" w:type="dxa"/>
          </w:tcPr>
          <w:p w14:paraId="4B012CAE" w14:textId="77777777" w:rsidR="0081455A" w:rsidRPr="0081455A" w:rsidRDefault="0081455A" w:rsidP="0081455A">
            <w:pPr>
              <w:pStyle w:val="NoSpacing"/>
              <w:spacing w:line="480" w:lineRule="auto"/>
              <w:rPr>
                <w:rFonts w:ascii="Times New Roman" w:hAnsi="Times New Roman" w:cs="Times New Roman"/>
                <w:sz w:val="24"/>
                <w:szCs w:val="24"/>
              </w:rPr>
            </w:pPr>
            <w:r w:rsidRPr="0081455A">
              <w:rPr>
                <w:rFonts w:ascii="Times New Roman" w:hAnsi="Times New Roman" w:cs="Times New Roman"/>
                <w:sz w:val="24"/>
                <w:szCs w:val="24"/>
              </w:rPr>
              <w:t>1</w:t>
            </w:r>
          </w:p>
        </w:tc>
        <w:tc>
          <w:tcPr>
            <w:tcW w:w="2301" w:type="dxa"/>
          </w:tcPr>
          <w:p w14:paraId="071BED66" w14:textId="77777777" w:rsidR="0081455A" w:rsidRPr="0081455A" w:rsidRDefault="0081455A" w:rsidP="0081455A">
            <w:pPr>
              <w:pStyle w:val="NoSpacing"/>
              <w:spacing w:line="480" w:lineRule="auto"/>
              <w:rPr>
                <w:rFonts w:ascii="Times New Roman" w:hAnsi="Times New Roman" w:cs="Times New Roman"/>
                <w:sz w:val="24"/>
                <w:szCs w:val="24"/>
              </w:rPr>
            </w:pPr>
            <w:r w:rsidRPr="0081455A">
              <w:rPr>
                <w:rFonts w:ascii="Times New Roman" w:hAnsi="Times New Roman" w:cs="Times New Roman"/>
                <w:sz w:val="24"/>
                <w:szCs w:val="24"/>
              </w:rPr>
              <w:t>5,000</w:t>
            </w:r>
          </w:p>
        </w:tc>
        <w:tc>
          <w:tcPr>
            <w:tcW w:w="1962" w:type="dxa"/>
          </w:tcPr>
          <w:p w14:paraId="556F21E5" w14:textId="77777777" w:rsidR="0081455A" w:rsidRPr="0081455A" w:rsidRDefault="0081455A" w:rsidP="0081455A">
            <w:pPr>
              <w:pStyle w:val="NoSpacing"/>
              <w:spacing w:line="480" w:lineRule="auto"/>
              <w:rPr>
                <w:rFonts w:ascii="Times New Roman" w:hAnsi="Times New Roman" w:cs="Times New Roman"/>
                <w:sz w:val="24"/>
                <w:szCs w:val="24"/>
              </w:rPr>
            </w:pPr>
            <w:r w:rsidRPr="0081455A">
              <w:rPr>
                <w:rFonts w:ascii="Times New Roman" w:hAnsi="Times New Roman" w:cs="Times New Roman"/>
                <w:sz w:val="24"/>
                <w:szCs w:val="24"/>
              </w:rPr>
              <w:t>5,000</w:t>
            </w:r>
          </w:p>
        </w:tc>
      </w:tr>
      <w:tr w:rsidR="0081455A" w:rsidRPr="0081455A" w14:paraId="10CC5DE1" w14:textId="77777777" w:rsidTr="0081455A">
        <w:trPr>
          <w:trHeight w:val="510"/>
        </w:trPr>
        <w:tc>
          <w:tcPr>
            <w:tcW w:w="2788" w:type="dxa"/>
          </w:tcPr>
          <w:p w14:paraId="38CC1C9E" w14:textId="77777777" w:rsidR="0081455A" w:rsidRPr="0081455A" w:rsidRDefault="0081455A" w:rsidP="0081455A">
            <w:pPr>
              <w:pStyle w:val="NoSpacing"/>
              <w:spacing w:line="480" w:lineRule="auto"/>
              <w:rPr>
                <w:rFonts w:ascii="Times New Roman" w:hAnsi="Times New Roman" w:cs="Times New Roman"/>
                <w:sz w:val="24"/>
                <w:szCs w:val="24"/>
              </w:rPr>
            </w:pPr>
            <w:r w:rsidRPr="0081455A">
              <w:rPr>
                <w:rFonts w:ascii="Times New Roman" w:hAnsi="Times New Roman" w:cs="Times New Roman"/>
                <w:sz w:val="24"/>
                <w:szCs w:val="24"/>
              </w:rPr>
              <w:t>Transportation (Field vehicle + Driver/ Mechanic + fuel)</w:t>
            </w:r>
          </w:p>
        </w:tc>
        <w:tc>
          <w:tcPr>
            <w:tcW w:w="1667" w:type="dxa"/>
          </w:tcPr>
          <w:p w14:paraId="097298B7"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20,000</w:t>
            </w:r>
          </w:p>
        </w:tc>
        <w:tc>
          <w:tcPr>
            <w:tcW w:w="874" w:type="dxa"/>
          </w:tcPr>
          <w:p w14:paraId="0C596A9E"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1</w:t>
            </w:r>
          </w:p>
        </w:tc>
        <w:tc>
          <w:tcPr>
            <w:tcW w:w="2301" w:type="dxa"/>
          </w:tcPr>
          <w:p w14:paraId="5D5BE379"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20,000</w:t>
            </w:r>
          </w:p>
        </w:tc>
        <w:tc>
          <w:tcPr>
            <w:tcW w:w="1962" w:type="dxa"/>
          </w:tcPr>
          <w:p w14:paraId="29327C04"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20,000</w:t>
            </w:r>
          </w:p>
        </w:tc>
      </w:tr>
      <w:tr w:rsidR="0081455A" w:rsidRPr="0081455A" w14:paraId="6F08A1AE" w14:textId="77777777" w:rsidTr="0081455A">
        <w:trPr>
          <w:trHeight w:val="496"/>
        </w:trPr>
        <w:tc>
          <w:tcPr>
            <w:tcW w:w="2788" w:type="dxa"/>
          </w:tcPr>
          <w:p w14:paraId="0B3A2B9A" w14:textId="77777777" w:rsidR="0081455A" w:rsidRPr="0081455A" w:rsidRDefault="0081455A" w:rsidP="0081455A">
            <w:pPr>
              <w:pStyle w:val="NoSpacing"/>
              <w:spacing w:line="480" w:lineRule="auto"/>
              <w:rPr>
                <w:rFonts w:ascii="Times New Roman" w:hAnsi="Times New Roman" w:cs="Times New Roman"/>
                <w:sz w:val="24"/>
                <w:szCs w:val="24"/>
              </w:rPr>
            </w:pPr>
            <w:r w:rsidRPr="0081455A">
              <w:rPr>
                <w:rFonts w:ascii="Times New Roman" w:hAnsi="Times New Roman" w:cs="Times New Roman"/>
                <w:sz w:val="24"/>
                <w:szCs w:val="24"/>
              </w:rPr>
              <w:t>Basic Equipment (Hand held GPS, Field Book etc.)</w:t>
            </w:r>
          </w:p>
        </w:tc>
        <w:tc>
          <w:tcPr>
            <w:tcW w:w="1667" w:type="dxa"/>
          </w:tcPr>
          <w:p w14:paraId="51A76286"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5,000</w:t>
            </w:r>
          </w:p>
        </w:tc>
        <w:tc>
          <w:tcPr>
            <w:tcW w:w="874" w:type="dxa"/>
          </w:tcPr>
          <w:p w14:paraId="1D7B95A2"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1</w:t>
            </w:r>
          </w:p>
        </w:tc>
        <w:tc>
          <w:tcPr>
            <w:tcW w:w="2301" w:type="dxa"/>
          </w:tcPr>
          <w:p w14:paraId="2928315C"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5,000</w:t>
            </w:r>
          </w:p>
        </w:tc>
        <w:tc>
          <w:tcPr>
            <w:tcW w:w="1962" w:type="dxa"/>
          </w:tcPr>
          <w:p w14:paraId="05FA512B"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5,000</w:t>
            </w:r>
          </w:p>
        </w:tc>
      </w:tr>
      <w:tr w:rsidR="0081455A" w:rsidRPr="0081455A" w14:paraId="38081F34" w14:textId="77777777" w:rsidTr="0081455A">
        <w:trPr>
          <w:trHeight w:val="374"/>
        </w:trPr>
        <w:tc>
          <w:tcPr>
            <w:tcW w:w="2788" w:type="dxa"/>
          </w:tcPr>
          <w:p w14:paraId="392F7FDB"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b/>
                <w:sz w:val="24"/>
                <w:szCs w:val="24"/>
              </w:rPr>
              <w:t>SUB TOTAL</w:t>
            </w:r>
          </w:p>
        </w:tc>
        <w:tc>
          <w:tcPr>
            <w:tcW w:w="1667" w:type="dxa"/>
          </w:tcPr>
          <w:p w14:paraId="6E48C0E8" w14:textId="77777777" w:rsidR="0081455A" w:rsidRPr="0081455A" w:rsidRDefault="0081455A" w:rsidP="0081455A">
            <w:pPr>
              <w:spacing w:line="480" w:lineRule="auto"/>
              <w:rPr>
                <w:rFonts w:ascii="Times New Roman" w:hAnsi="Times New Roman" w:cs="Times New Roman"/>
                <w:sz w:val="24"/>
                <w:szCs w:val="24"/>
              </w:rPr>
            </w:pPr>
          </w:p>
        </w:tc>
        <w:tc>
          <w:tcPr>
            <w:tcW w:w="874" w:type="dxa"/>
          </w:tcPr>
          <w:p w14:paraId="781D8801" w14:textId="77777777" w:rsidR="0081455A" w:rsidRPr="0081455A" w:rsidRDefault="0081455A" w:rsidP="0081455A">
            <w:pPr>
              <w:spacing w:line="480" w:lineRule="auto"/>
              <w:rPr>
                <w:rFonts w:ascii="Times New Roman" w:hAnsi="Times New Roman" w:cs="Times New Roman"/>
                <w:sz w:val="24"/>
                <w:szCs w:val="24"/>
              </w:rPr>
            </w:pPr>
          </w:p>
        </w:tc>
        <w:tc>
          <w:tcPr>
            <w:tcW w:w="2301" w:type="dxa"/>
          </w:tcPr>
          <w:p w14:paraId="1FF774CB" w14:textId="77777777" w:rsidR="0081455A" w:rsidRPr="0081455A" w:rsidRDefault="0081455A" w:rsidP="0081455A">
            <w:pPr>
              <w:spacing w:line="480" w:lineRule="auto"/>
              <w:rPr>
                <w:rFonts w:ascii="Times New Roman" w:hAnsi="Times New Roman" w:cs="Times New Roman"/>
                <w:sz w:val="24"/>
                <w:szCs w:val="24"/>
              </w:rPr>
            </w:pPr>
          </w:p>
        </w:tc>
        <w:tc>
          <w:tcPr>
            <w:tcW w:w="1962" w:type="dxa"/>
          </w:tcPr>
          <w:p w14:paraId="73484EE8" w14:textId="77777777" w:rsidR="0081455A" w:rsidRPr="0081455A" w:rsidRDefault="0081455A" w:rsidP="0081455A">
            <w:pPr>
              <w:spacing w:line="480" w:lineRule="auto"/>
              <w:rPr>
                <w:rFonts w:ascii="Times New Roman" w:hAnsi="Times New Roman" w:cs="Times New Roman"/>
                <w:b/>
                <w:sz w:val="24"/>
                <w:szCs w:val="24"/>
              </w:rPr>
            </w:pPr>
            <w:r w:rsidRPr="0081455A">
              <w:rPr>
                <w:rFonts w:ascii="Times New Roman" w:hAnsi="Times New Roman" w:cs="Times New Roman"/>
                <w:b/>
                <w:sz w:val="24"/>
                <w:szCs w:val="24"/>
              </w:rPr>
              <w:t>#83,000</w:t>
            </w:r>
          </w:p>
        </w:tc>
      </w:tr>
      <w:tr w:rsidR="0081455A" w:rsidRPr="0081455A" w14:paraId="27762DFA" w14:textId="77777777" w:rsidTr="0081455A">
        <w:trPr>
          <w:trHeight w:val="240"/>
        </w:trPr>
        <w:tc>
          <w:tcPr>
            <w:tcW w:w="2788" w:type="dxa"/>
          </w:tcPr>
          <w:p w14:paraId="2AA1F0B9" w14:textId="77777777" w:rsidR="0081455A" w:rsidRPr="0081455A" w:rsidRDefault="0081455A" w:rsidP="0081455A">
            <w:pPr>
              <w:pStyle w:val="NoSpacing"/>
              <w:spacing w:line="480" w:lineRule="auto"/>
              <w:rPr>
                <w:rFonts w:ascii="Times New Roman" w:hAnsi="Times New Roman" w:cs="Times New Roman"/>
                <w:b/>
                <w:sz w:val="24"/>
                <w:szCs w:val="24"/>
              </w:rPr>
            </w:pPr>
          </w:p>
        </w:tc>
        <w:tc>
          <w:tcPr>
            <w:tcW w:w="1667" w:type="dxa"/>
          </w:tcPr>
          <w:p w14:paraId="219CB317" w14:textId="77777777" w:rsidR="0081455A" w:rsidRPr="0081455A" w:rsidRDefault="0081455A" w:rsidP="0081455A">
            <w:pPr>
              <w:spacing w:line="480" w:lineRule="auto"/>
              <w:rPr>
                <w:rFonts w:ascii="Times New Roman" w:hAnsi="Times New Roman" w:cs="Times New Roman"/>
                <w:sz w:val="24"/>
                <w:szCs w:val="24"/>
              </w:rPr>
            </w:pPr>
          </w:p>
        </w:tc>
        <w:tc>
          <w:tcPr>
            <w:tcW w:w="874" w:type="dxa"/>
          </w:tcPr>
          <w:p w14:paraId="138F3095" w14:textId="77777777" w:rsidR="0081455A" w:rsidRPr="0081455A" w:rsidRDefault="0081455A" w:rsidP="0081455A">
            <w:pPr>
              <w:spacing w:line="480" w:lineRule="auto"/>
              <w:rPr>
                <w:rFonts w:ascii="Times New Roman" w:hAnsi="Times New Roman" w:cs="Times New Roman"/>
                <w:sz w:val="24"/>
                <w:szCs w:val="24"/>
              </w:rPr>
            </w:pPr>
          </w:p>
        </w:tc>
        <w:tc>
          <w:tcPr>
            <w:tcW w:w="2301" w:type="dxa"/>
          </w:tcPr>
          <w:p w14:paraId="77477295" w14:textId="77777777" w:rsidR="0081455A" w:rsidRPr="0081455A" w:rsidRDefault="0081455A" w:rsidP="0081455A">
            <w:pPr>
              <w:spacing w:line="480" w:lineRule="auto"/>
              <w:rPr>
                <w:rFonts w:ascii="Times New Roman" w:hAnsi="Times New Roman" w:cs="Times New Roman"/>
                <w:sz w:val="24"/>
                <w:szCs w:val="24"/>
              </w:rPr>
            </w:pPr>
          </w:p>
        </w:tc>
        <w:tc>
          <w:tcPr>
            <w:tcW w:w="1962" w:type="dxa"/>
          </w:tcPr>
          <w:p w14:paraId="0B03AFA6" w14:textId="77777777" w:rsidR="0081455A" w:rsidRPr="0081455A" w:rsidRDefault="0081455A" w:rsidP="0081455A">
            <w:pPr>
              <w:spacing w:line="480" w:lineRule="auto"/>
              <w:rPr>
                <w:rFonts w:ascii="Times New Roman" w:hAnsi="Times New Roman" w:cs="Times New Roman"/>
                <w:sz w:val="24"/>
                <w:szCs w:val="24"/>
              </w:rPr>
            </w:pPr>
          </w:p>
        </w:tc>
      </w:tr>
      <w:tr w:rsidR="0081455A" w:rsidRPr="0081455A" w14:paraId="36DBB0CF" w14:textId="77777777" w:rsidTr="0081455A">
        <w:trPr>
          <w:trHeight w:val="240"/>
        </w:trPr>
        <w:tc>
          <w:tcPr>
            <w:tcW w:w="2788" w:type="dxa"/>
          </w:tcPr>
          <w:p w14:paraId="7BCE8BE9"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DETAILING AND SPOT HEIGHTING 4DAYS</w:t>
            </w:r>
          </w:p>
        </w:tc>
        <w:tc>
          <w:tcPr>
            <w:tcW w:w="1667" w:type="dxa"/>
          </w:tcPr>
          <w:p w14:paraId="3DDA5D69" w14:textId="77777777" w:rsidR="0081455A" w:rsidRPr="0081455A" w:rsidRDefault="0081455A" w:rsidP="0081455A">
            <w:pPr>
              <w:spacing w:line="480" w:lineRule="auto"/>
              <w:rPr>
                <w:rFonts w:ascii="Times New Roman" w:hAnsi="Times New Roman" w:cs="Times New Roman"/>
                <w:sz w:val="24"/>
                <w:szCs w:val="24"/>
              </w:rPr>
            </w:pPr>
          </w:p>
        </w:tc>
        <w:tc>
          <w:tcPr>
            <w:tcW w:w="874" w:type="dxa"/>
          </w:tcPr>
          <w:p w14:paraId="7D3E510B" w14:textId="77777777" w:rsidR="0081455A" w:rsidRPr="0081455A" w:rsidRDefault="0081455A" w:rsidP="0081455A">
            <w:pPr>
              <w:spacing w:line="480" w:lineRule="auto"/>
              <w:rPr>
                <w:rFonts w:ascii="Times New Roman" w:hAnsi="Times New Roman" w:cs="Times New Roman"/>
                <w:sz w:val="24"/>
                <w:szCs w:val="24"/>
              </w:rPr>
            </w:pPr>
          </w:p>
        </w:tc>
        <w:tc>
          <w:tcPr>
            <w:tcW w:w="2301" w:type="dxa"/>
          </w:tcPr>
          <w:p w14:paraId="5AB81346" w14:textId="77777777" w:rsidR="0081455A" w:rsidRPr="0081455A" w:rsidRDefault="0081455A" w:rsidP="0081455A">
            <w:pPr>
              <w:spacing w:line="480" w:lineRule="auto"/>
              <w:rPr>
                <w:rFonts w:ascii="Times New Roman" w:hAnsi="Times New Roman" w:cs="Times New Roman"/>
                <w:sz w:val="24"/>
                <w:szCs w:val="24"/>
              </w:rPr>
            </w:pPr>
          </w:p>
        </w:tc>
        <w:tc>
          <w:tcPr>
            <w:tcW w:w="1962" w:type="dxa"/>
          </w:tcPr>
          <w:p w14:paraId="62C83D11" w14:textId="77777777" w:rsidR="0081455A" w:rsidRPr="0081455A" w:rsidRDefault="0081455A" w:rsidP="0081455A">
            <w:pPr>
              <w:spacing w:line="480" w:lineRule="auto"/>
              <w:rPr>
                <w:rFonts w:ascii="Times New Roman" w:hAnsi="Times New Roman" w:cs="Times New Roman"/>
                <w:sz w:val="24"/>
                <w:szCs w:val="24"/>
              </w:rPr>
            </w:pPr>
          </w:p>
        </w:tc>
      </w:tr>
      <w:tr w:rsidR="0081455A" w:rsidRPr="0081455A" w14:paraId="3E19C54C" w14:textId="77777777" w:rsidTr="0081455A">
        <w:trPr>
          <w:trHeight w:val="240"/>
        </w:trPr>
        <w:tc>
          <w:tcPr>
            <w:tcW w:w="2788" w:type="dxa"/>
          </w:tcPr>
          <w:p w14:paraId="251AC3CD"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sz w:val="24"/>
                <w:szCs w:val="24"/>
              </w:rPr>
              <w:t>1 Senior Surveyor</w:t>
            </w:r>
          </w:p>
        </w:tc>
        <w:tc>
          <w:tcPr>
            <w:tcW w:w="1667" w:type="dxa"/>
          </w:tcPr>
          <w:p w14:paraId="0ED657B5"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10,000</w:t>
            </w:r>
          </w:p>
        </w:tc>
        <w:tc>
          <w:tcPr>
            <w:tcW w:w="874" w:type="dxa"/>
          </w:tcPr>
          <w:p w14:paraId="4FEF7220"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4</w:t>
            </w:r>
          </w:p>
        </w:tc>
        <w:tc>
          <w:tcPr>
            <w:tcW w:w="2301" w:type="dxa"/>
          </w:tcPr>
          <w:p w14:paraId="2FFA1862"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40,000</w:t>
            </w:r>
          </w:p>
        </w:tc>
        <w:tc>
          <w:tcPr>
            <w:tcW w:w="1962" w:type="dxa"/>
          </w:tcPr>
          <w:p w14:paraId="28862A84"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40,000</w:t>
            </w:r>
          </w:p>
        </w:tc>
      </w:tr>
      <w:tr w:rsidR="0081455A" w:rsidRPr="0081455A" w14:paraId="3A81589D" w14:textId="77777777" w:rsidTr="0081455A">
        <w:trPr>
          <w:trHeight w:val="240"/>
        </w:trPr>
        <w:tc>
          <w:tcPr>
            <w:tcW w:w="2788" w:type="dxa"/>
          </w:tcPr>
          <w:p w14:paraId="7DB2C90D" w14:textId="77777777" w:rsidR="0081455A" w:rsidRPr="0081455A" w:rsidRDefault="0081455A" w:rsidP="0081455A">
            <w:pPr>
              <w:pStyle w:val="NoSpacing"/>
              <w:spacing w:line="480" w:lineRule="auto"/>
              <w:rPr>
                <w:rFonts w:ascii="Times New Roman" w:hAnsi="Times New Roman" w:cs="Times New Roman"/>
                <w:sz w:val="24"/>
                <w:szCs w:val="24"/>
              </w:rPr>
            </w:pPr>
            <w:r w:rsidRPr="0081455A">
              <w:rPr>
                <w:rFonts w:ascii="Times New Roman" w:hAnsi="Times New Roman" w:cs="Times New Roman"/>
                <w:sz w:val="24"/>
                <w:szCs w:val="24"/>
              </w:rPr>
              <w:t>8 Technical officer</w:t>
            </w:r>
          </w:p>
        </w:tc>
        <w:tc>
          <w:tcPr>
            <w:tcW w:w="1667" w:type="dxa"/>
          </w:tcPr>
          <w:p w14:paraId="4ED7ECC3"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5,000</w:t>
            </w:r>
          </w:p>
        </w:tc>
        <w:tc>
          <w:tcPr>
            <w:tcW w:w="874" w:type="dxa"/>
          </w:tcPr>
          <w:p w14:paraId="4CA2C430"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4</w:t>
            </w:r>
          </w:p>
        </w:tc>
        <w:tc>
          <w:tcPr>
            <w:tcW w:w="2301" w:type="dxa"/>
          </w:tcPr>
          <w:p w14:paraId="1B4D4CFE"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20,000 x 8</w:t>
            </w:r>
          </w:p>
        </w:tc>
        <w:tc>
          <w:tcPr>
            <w:tcW w:w="1962" w:type="dxa"/>
          </w:tcPr>
          <w:p w14:paraId="7F8F60CB"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160,000</w:t>
            </w:r>
          </w:p>
        </w:tc>
      </w:tr>
      <w:tr w:rsidR="0081455A" w:rsidRPr="0081455A" w14:paraId="386126F9" w14:textId="77777777" w:rsidTr="0081455A">
        <w:trPr>
          <w:trHeight w:val="240"/>
        </w:trPr>
        <w:tc>
          <w:tcPr>
            <w:tcW w:w="2788" w:type="dxa"/>
          </w:tcPr>
          <w:p w14:paraId="0F314519" w14:textId="77777777" w:rsidR="0081455A" w:rsidRPr="0081455A" w:rsidRDefault="0081455A" w:rsidP="0081455A">
            <w:pPr>
              <w:pStyle w:val="NoSpacing"/>
              <w:spacing w:line="480" w:lineRule="auto"/>
              <w:rPr>
                <w:rFonts w:ascii="Times New Roman" w:hAnsi="Times New Roman" w:cs="Times New Roman"/>
                <w:sz w:val="24"/>
                <w:szCs w:val="24"/>
              </w:rPr>
            </w:pPr>
            <w:r w:rsidRPr="0081455A">
              <w:rPr>
                <w:rFonts w:ascii="Times New Roman" w:hAnsi="Times New Roman" w:cs="Times New Roman"/>
                <w:sz w:val="24"/>
                <w:szCs w:val="24"/>
              </w:rPr>
              <w:t>Basic Equipment (Total Station, Reflector)</w:t>
            </w:r>
          </w:p>
        </w:tc>
        <w:tc>
          <w:tcPr>
            <w:tcW w:w="1667" w:type="dxa"/>
          </w:tcPr>
          <w:p w14:paraId="70347D30"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20,000</w:t>
            </w:r>
          </w:p>
        </w:tc>
        <w:tc>
          <w:tcPr>
            <w:tcW w:w="874" w:type="dxa"/>
          </w:tcPr>
          <w:p w14:paraId="28B3819E"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4</w:t>
            </w:r>
          </w:p>
        </w:tc>
        <w:tc>
          <w:tcPr>
            <w:tcW w:w="2301" w:type="dxa"/>
          </w:tcPr>
          <w:p w14:paraId="09804286"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80,000</w:t>
            </w:r>
          </w:p>
        </w:tc>
        <w:tc>
          <w:tcPr>
            <w:tcW w:w="1962" w:type="dxa"/>
          </w:tcPr>
          <w:p w14:paraId="1884C408"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80,000</w:t>
            </w:r>
          </w:p>
        </w:tc>
      </w:tr>
      <w:tr w:rsidR="0081455A" w:rsidRPr="0081455A" w14:paraId="63B75232" w14:textId="77777777" w:rsidTr="0081455A">
        <w:trPr>
          <w:trHeight w:val="240"/>
        </w:trPr>
        <w:tc>
          <w:tcPr>
            <w:tcW w:w="2788" w:type="dxa"/>
          </w:tcPr>
          <w:p w14:paraId="0220DD8D" w14:textId="77777777" w:rsidR="0081455A" w:rsidRPr="0081455A" w:rsidRDefault="0081455A" w:rsidP="0081455A">
            <w:pPr>
              <w:pStyle w:val="NoSpacing"/>
              <w:spacing w:line="480" w:lineRule="auto"/>
              <w:rPr>
                <w:rFonts w:ascii="Times New Roman" w:hAnsi="Times New Roman" w:cs="Times New Roman"/>
                <w:sz w:val="24"/>
                <w:szCs w:val="24"/>
              </w:rPr>
            </w:pPr>
            <w:r w:rsidRPr="0081455A">
              <w:rPr>
                <w:rFonts w:ascii="Times New Roman" w:hAnsi="Times New Roman" w:cs="Times New Roman"/>
                <w:sz w:val="24"/>
                <w:szCs w:val="24"/>
              </w:rPr>
              <w:t xml:space="preserve">Transportation (Field vehicle + Driver/ </w:t>
            </w:r>
            <w:r w:rsidRPr="0081455A">
              <w:rPr>
                <w:rFonts w:ascii="Times New Roman" w:hAnsi="Times New Roman" w:cs="Times New Roman"/>
                <w:sz w:val="24"/>
                <w:szCs w:val="24"/>
              </w:rPr>
              <w:lastRenderedPageBreak/>
              <w:t>Mechanic + fuel)</w:t>
            </w:r>
          </w:p>
        </w:tc>
        <w:tc>
          <w:tcPr>
            <w:tcW w:w="1667" w:type="dxa"/>
          </w:tcPr>
          <w:p w14:paraId="41E01B73"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lastRenderedPageBreak/>
              <w:t>20,000</w:t>
            </w:r>
          </w:p>
        </w:tc>
        <w:tc>
          <w:tcPr>
            <w:tcW w:w="874" w:type="dxa"/>
          </w:tcPr>
          <w:p w14:paraId="4D89F195"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4</w:t>
            </w:r>
          </w:p>
        </w:tc>
        <w:tc>
          <w:tcPr>
            <w:tcW w:w="2301" w:type="dxa"/>
          </w:tcPr>
          <w:p w14:paraId="4005B3B3"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80,000</w:t>
            </w:r>
          </w:p>
        </w:tc>
        <w:tc>
          <w:tcPr>
            <w:tcW w:w="1962" w:type="dxa"/>
          </w:tcPr>
          <w:p w14:paraId="35CBBA50"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80,000</w:t>
            </w:r>
          </w:p>
        </w:tc>
      </w:tr>
      <w:tr w:rsidR="0081455A" w:rsidRPr="0081455A" w14:paraId="546B8801" w14:textId="77777777" w:rsidTr="0081455A">
        <w:trPr>
          <w:trHeight w:val="240"/>
        </w:trPr>
        <w:tc>
          <w:tcPr>
            <w:tcW w:w="2788" w:type="dxa"/>
          </w:tcPr>
          <w:p w14:paraId="0AD93EC7" w14:textId="77777777" w:rsidR="0081455A" w:rsidRPr="0081455A" w:rsidRDefault="0081455A" w:rsidP="0081455A">
            <w:pPr>
              <w:pStyle w:val="NoSpacing"/>
              <w:spacing w:line="480" w:lineRule="auto"/>
              <w:rPr>
                <w:rFonts w:ascii="Times New Roman" w:hAnsi="Times New Roman" w:cs="Times New Roman"/>
                <w:sz w:val="24"/>
                <w:szCs w:val="24"/>
              </w:rPr>
            </w:pPr>
            <w:r w:rsidRPr="0081455A">
              <w:rPr>
                <w:rFonts w:ascii="Times New Roman" w:hAnsi="Times New Roman" w:cs="Times New Roman"/>
                <w:b/>
                <w:sz w:val="24"/>
                <w:szCs w:val="24"/>
              </w:rPr>
              <w:lastRenderedPageBreak/>
              <w:t>SUB TOTAL</w:t>
            </w:r>
          </w:p>
        </w:tc>
        <w:tc>
          <w:tcPr>
            <w:tcW w:w="1667" w:type="dxa"/>
          </w:tcPr>
          <w:p w14:paraId="4B4A2060" w14:textId="77777777" w:rsidR="0081455A" w:rsidRPr="0081455A" w:rsidRDefault="0081455A" w:rsidP="0081455A">
            <w:pPr>
              <w:spacing w:line="480" w:lineRule="auto"/>
              <w:rPr>
                <w:rFonts w:ascii="Times New Roman" w:hAnsi="Times New Roman" w:cs="Times New Roman"/>
                <w:sz w:val="24"/>
                <w:szCs w:val="24"/>
              </w:rPr>
            </w:pPr>
          </w:p>
        </w:tc>
        <w:tc>
          <w:tcPr>
            <w:tcW w:w="874" w:type="dxa"/>
          </w:tcPr>
          <w:p w14:paraId="75C8D2AC" w14:textId="77777777" w:rsidR="0081455A" w:rsidRPr="0081455A" w:rsidRDefault="0081455A" w:rsidP="0081455A">
            <w:pPr>
              <w:spacing w:line="480" w:lineRule="auto"/>
              <w:rPr>
                <w:rFonts w:ascii="Times New Roman" w:hAnsi="Times New Roman" w:cs="Times New Roman"/>
                <w:sz w:val="24"/>
                <w:szCs w:val="24"/>
              </w:rPr>
            </w:pPr>
          </w:p>
        </w:tc>
        <w:tc>
          <w:tcPr>
            <w:tcW w:w="2301" w:type="dxa"/>
          </w:tcPr>
          <w:p w14:paraId="3446FB7C" w14:textId="77777777" w:rsidR="0081455A" w:rsidRPr="0081455A" w:rsidRDefault="0081455A" w:rsidP="0081455A">
            <w:pPr>
              <w:spacing w:line="480" w:lineRule="auto"/>
              <w:rPr>
                <w:rFonts w:ascii="Times New Roman" w:hAnsi="Times New Roman" w:cs="Times New Roman"/>
                <w:sz w:val="24"/>
                <w:szCs w:val="24"/>
              </w:rPr>
            </w:pPr>
          </w:p>
        </w:tc>
        <w:tc>
          <w:tcPr>
            <w:tcW w:w="1962" w:type="dxa"/>
          </w:tcPr>
          <w:p w14:paraId="222A8636" w14:textId="77777777" w:rsidR="0081455A" w:rsidRPr="0081455A" w:rsidRDefault="0081455A" w:rsidP="0081455A">
            <w:pPr>
              <w:spacing w:line="480" w:lineRule="auto"/>
              <w:rPr>
                <w:rFonts w:ascii="Times New Roman" w:hAnsi="Times New Roman" w:cs="Times New Roman"/>
                <w:b/>
                <w:sz w:val="24"/>
                <w:szCs w:val="24"/>
              </w:rPr>
            </w:pPr>
            <w:r w:rsidRPr="0081455A">
              <w:rPr>
                <w:rFonts w:ascii="Times New Roman" w:hAnsi="Times New Roman" w:cs="Times New Roman"/>
                <w:b/>
                <w:sz w:val="24"/>
                <w:szCs w:val="24"/>
              </w:rPr>
              <w:t>#360,000</w:t>
            </w:r>
          </w:p>
        </w:tc>
      </w:tr>
      <w:tr w:rsidR="0081455A" w:rsidRPr="0081455A" w14:paraId="7576A17E" w14:textId="77777777" w:rsidTr="0081455A">
        <w:trPr>
          <w:trHeight w:val="240"/>
        </w:trPr>
        <w:tc>
          <w:tcPr>
            <w:tcW w:w="2788" w:type="dxa"/>
          </w:tcPr>
          <w:p w14:paraId="3C4D65A8" w14:textId="77777777" w:rsidR="0081455A" w:rsidRPr="0081455A" w:rsidRDefault="0081455A" w:rsidP="0081455A">
            <w:pPr>
              <w:pStyle w:val="NoSpacing"/>
              <w:spacing w:line="480" w:lineRule="auto"/>
              <w:rPr>
                <w:rFonts w:ascii="Times New Roman" w:hAnsi="Times New Roman" w:cs="Times New Roman"/>
                <w:sz w:val="24"/>
                <w:szCs w:val="24"/>
              </w:rPr>
            </w:pPr>
          </w:p>
        </w:tc>
        <w:tc>
          <w:tcPr>
            <w:tcW w:w="1667" w:type="dxa"/>
          </w:tcPr>
          <w:p w14:paraId="0041A8F7" w14:textId="77777777" w:rsidR="0081455A" w:rsidRPr="0081455A" w:rsidRDefault="0081455A" w:rsidP="0081455A">
            <w:pPr>
              <w:spacing w:line="480" w:lineRule="auto"/>
              <w:rPr>
                <w:rFonts w:ascii="Times New Roman" w:hAnsi="Times New Roman" w:cs="Times New Roman"/>
                <w:sz w:val="24"/>
                <w:szCs w:val="24"/>
              </w:rPr>
            </w:pPr>
          </w:p>
        </w:tc>
        <w:tc>
          <w:tcPr>
            <w:tcW w:w="874" w:type="dxa"/>
          </w:tcPr>
          <w:p w14:paraId="71FBB16B" w14:textId="77777777" w:rsidR="0081455A" w:rsidRPr="0081455A" w:rsidRDefault="0081455A" w:rsidP="0081455A">
            <w:pPr>
              <w:spacing w:line="480" w:lineRule="auto"/>
              <w:rPr>
                <w:rFonts w:ascii="Times New Roman" w:hAnsi="Times New Roman" w:cs="Times New Roman"/>
                <w:sz w:val="24"/>
                <w:szCs w:val="24"/>
              </w:rPr>
            </w:pPr>
          </w:p>
        </w:tc>
        <w:tc>
          <w:tcPr>
            <w:tcW w:w="2301" w:type="dxa"/>
          </w:tcPr>
          <w:p w14:paraId="5FD23DB9" w14:textId="77777777" w:rsidR="0081455A" w:rsidRPr="0081455A" w:rsidRDefault="0081455A" w:rsidP="0081455A">
            <w:pPr>
              <w:spacing w:line="480" w:lineRule="auto"/>
              <w:rPr>
                <w:rFonts w:ascii="Times New Roman" w:hAnsi="Times New Roman" w:cs="Times New Roman"/>
                <w:sz w:val="24"/>
                <w:szCs w:val="24"/>
              </w:rPr>
            </w:pPr>
          </w:p>
        </w:tc>
        <w:tc>
          <w:tcPr>
            <w:tcW w:w="1962" w:type="dxa"/>
          </w:tcPr>
          <w:p w14:paraId="1F96C0FE" w14:textId="77777777" w:rsidR="0081455A" w:rsidRPr="0081455A" w:rsidRDefault="0081455A" w:rsidP="0081455A">
            <w:pPr>
              <w:spacing w:line="480" w:lineRule="auto"/>
              <w:rPr>
                <w:rFonts w:ascii="Times New Roman" w:hAnsi="Times New Roman" w:cs="Times New Roman"/>
                <w:sz w:val="24"/>
                <w:szCs w:val="24"/>
              </w:rPr>
            </w:pPr>
          </w:p>
        </w:tc>
      </w:tr>
      <w:tr w:rsidR="0081455A" w:rsidRPr="0081455A" w14:paraId="48039A8E" w14:textId="77777777" w:rsidTr="0081455A">
        <w:trPr>
          <w:trHeight w:val="240"/>
        </w:trPr>
        <w:tc>
          <w:tcPr>
            <w:tcW w:w="2788" w:type="dxa"/>
          </w:tcPr>
          <w:p w14:paraId="631E5B14"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DATA PROCESSING 1WKS</w:t>
            </w:r>
          </w:p>
        </w:tc>
        <w:tc>
          <w:tcPr>
            <w:tcW w:w="1667" w:type="dxa"/>
          </w:tcPr>
          <w:p w14:paraId="1E98F54B" w14:textId="77777777" w:rsidR="0081455A" w:rsidRPr="0081455A" w:rsidRDefault="0081455A" w:rsidP="0081455A">
            <w:pPr>
              <w:spacing w:line="480" w:lineRule="auto"/>
              <w:rPr>
                <w:rFonts w:ascii="Times New Roman" w:hAnsi="Times New Roman" w:cs="Times New Roman"/>
                <w:sz w:val="24"/>
                <w:szCs w:val="24"/>
              </w:rPr>
            </w:pPr>
          </w:p>
        </w:tc>
        <w:tc>
          <w:tcPr>
            <w:tcW w:w="874" w:type="dxa"/>
          </w:tcPr>
          <w:p w14:paraId="6D070EB7" w14:textId="77777777" w:rsidR="0081455A" w:rsidRPr="0081455A" w:rsidRDefault="0081455A" w:rsidP="0081455A">
            <w:pPr>
              <w:spacing w:line="480" w:lineRule="auto"/>
              <w:rPr>
                <w:rFonts w:ascii="Times New Roman" w:hAnsi="Times New Roman" w:cs="Times New Roman"/>
                <w:sz w:val="24"/>
                <w:szCs w:val="24"/>
              </w:rPr>
            </w:pPr>
          </w:p>
        </w:tc>
        <w:tc>
          <w:tcPr>
            <w:tcW w:w="2301" w:type="dxa"/>
          </w:tcPr>
          <w:p w14:paraId="42CC85D4" w14:textId="77777777" w:rsidR="0081455A" w:rsidRPr="0081455A" w:rsidRDefault="0081455A" w:rsidP="0081455A">
            <w:pPr>
              <w:spacing w:line="480" w:lineRule="auto"/>
              <w:rPr>
                <w:rFonts w:ascii="Times New Roman" w:hAnsi="Times New Roman" w:cs="Times New Roman"/>
                <w:sz w:val="24"/>
                <w:szCs w:val="24"/>
              </w:rPr>
            </w:pPr>
          </w:p>
        </w:tc>
        <w:tc>
          <w:tcPr>
            <w:tcW w:w="1962" w:type="dxa"/>
          </w:tcPr>
          <w:p w14:paraId="3B36FFE4" w14:textId="77777777" w:rsidR="0081455A" w:rsidRPr="0081455A" w:rsidRDefault="0081455A" w:rsidP="0081455A">
            <w:pPr>
              <w:spacing w:line="480" w:lineRule="auto"/>
              <w:rPr>
                <w:rFonts w:ascii="Times New Roman" w:hAnsi="Times New Roman" w:cs="Times New Roman"/>
                <w:sz w:val="24"/>
                <w:szCs w:val="24"/>
              </w:rPr>
            </w:pPr>
          </w:p>
        </w:tc>
      </w:tr>
      <w:tr w:rsidR="0081455A" w:rsidRPr="0081455A" w14:paraId="6910FCEA" w14:textId="77777777" w:rsidTr="0081455A">
        <w:trPr>
          <w:trHeight w:val="240"/>
        </w:trPr>
        <w:tc>
          <w:tcPr>
            <w:tcW w:w="2788" w:type="dxa"/>
          </w:tcPr>
          <w:p w14:paraId="4D4D136D"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sz w:val="24"/>
                <w:szCs w:val="24"/>
              </w:rPr>
              <w:t>1 Principal surveyor</w:t>
            </w:r>
          </w:p>
        </w:tc>
        <w:tc>
          <w:tcPr>
            <w:tcW w:w="1667" w:type="dxa"/>
          </w:tcPr>
          <w:p w14:paraId="20EF0E46"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10,000</w:t>
            </w:r>
          </w:p>
        </w:tc>
        <w:tc>
          <w:tcPr>
            <w:tcW w:w="874" w:type="dxa"/>
          </w:tcPr>
          <w:p w14:paraId="0E034676"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5</w:t>
            </w:r>
          </w:p>
        </w:tc>
        <w:tc>
          <w:tcPr>
            <w:tcW w:w="2301" w:type="dxa"/>
          </w:tcPr>
          <w:p w14:paraId="2EB2C4BB"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50,000</w:t>
            </w:r>
          </w:p>
        </w:tc>
        <w:tc>
          <w:tcPr>
            <w:tcW w:w="1962" w:type="dxa"/>
          </w:tcPr>
          <w:p w14:paraId="1B3205B0"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50,000</w:t>
            </w:r>
          </w:p>
        </w:tc>
      </w:tr>
      <w:tr w:rsidR="0081455A" w:rsidRPr="0081455A" w14:paraId="02A2E91C" w14:textId="77777777" w:rsidTr="0081455A">
        <w:trPr>
          <w:trHeight w:val="240"/>
        </w:trPr>
        <w:tc>
          <w:tcPr>
            <w:tcW w:w="2788" w:type="dxa"/>
          </w:tcPr>
          <w:p w14:paraId="4BC37DE4" w14:textId="77777777" w:rsidR="0081455A" w:rsidRPr="0081455A" w:rsidRDefault="0081455A" w:rsidP="0081455A">
            <w:pPr>
              <w:pStyle w:val="NoSpacing"/>
              <w:spacing w:line="480" w:lineRule="auto"/>
              <w:rPr>
                <w:rFonts w:ascii="Times New Roman" w:hAnsi="Times New Roman" w:cs="Times New Roman"/>
                <w:sz w:val="24"/>
                <w:szCs w:val="24"/>
              </w:rPr>
            </w:pPr>
            <w:r w:rsidRPr="0081455A">
              <w:rPr>
                <w:rFonts w:ascii="Times New Roman" w:hAnsi="Times New Roman" w:cs="Times New Roman"/>
                <w:sz w:val="24"/>
                <w:szCs w:val="24"/>
              </w:rPr>
              <w:t>1 surveyor</w:t>
            </w:r>
          </w:p>
        </w:tc>
        <w:tc>
          <w:tcPr>
            <w:tcW w:w="1667" w:type="dxa"/>
          </w:tcPr>
          <w:p w14:paraId="25C16859"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8,000</w:t>
            </w:r>
          </w:p>
        </w:tc>
        <w:tc>
          <w:tcPr>
            <w:tcW w:w="874" w:type="dxa"/>
          </w:tcPr>
          <w:p w14:paraId="07CCF3FB"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5</w:t>
            </w:r>
          </w:p>
        </w:tc>
        <w:tc>
          <w:tcPr>
            <w:tcW w:w="2301" w:type="dxa"/>
          </w:tcPr>
          <w:p w14:paraId="5CB888E6"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40,000</w:t>
            </w:r>
          </w:p>
        </w:tc>
        <w:tc>
          <w:tcPr>
            <w:tcW w:w="1962" w:type="dxa"/>
          </w:tcPr>
          <w:p w14:paraId="2E68B98C"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40,000</w:t>
            </w:r>
          </w:p>
        </w:tc>
      </w:tr>
      <w:tr w:rsidR="0081455A" w:rsidRPr="0081455A" w14:paraId="63E115EF" w14:textId="77777777" w:rsidTr="0081455A">
        <w:trPr>
          <w:trHeight w:val="240"/>
        </w:trPr>
        <w:tc>
          <w:tcPr>
            <w:tcW w:w="2788" w:type="dxa"/>
          </w:tcPr>
          <w:p w14:paraId="3ED581F5" w14:textId="77777777" w:rsidR="0081455A" w:rsidRPr="0081455A" w:rsidRDefault="0081455A" w:rsidP="0081455A">
            <w:pPr>
              <w:pStyle w:val="NoSpacing"/>
              <w:spacing w:line="480" w:lineRule="auto"/>
              <w:rPr>
                <w:rFonts w:ascii="Times New Roman" w:hAnsi="Times New Roman" w:cs="Times New Roman"/>
                <w:sz w:val="24"/>
                <w:szCs w:val="24"/>
              </w:rPr>
            </w:pPr>
            <w:r w:rsidRPr="0081455A">
              <w:rPr>
                <w:rFonts w:ascii="Times New Roman" w:hAnsi="Times New Roman" w:cs="Times New Roman"/>
                <w:sz w:val="24"/>
                <w:szCs w:val="24"/>
              </w:rPr>
              <w:t>1 assistant technical officer</w:t>
            </w:r>
          </w:p>
        </w:tc>
        <w:tc>
          <w:tcPr>
            <w:tcW w:w="1667" w:type="dxa"/>
          </w:tcPr>
          <w:p w14:paraId="1FE762FC"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5,000</w:t>
            </w:r>
          </w:p>
        </w:tc>
        <w:tc>
          <w:tcPr>
            <w:tcW w:w="874" w:type="dxa"/>
          </w:tcPr>
          <w:p w14:paraId="0ACD12E6"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5</w:t>
            </w:r>
          </w:p>
        </w:tc>
        <w:tc>
          <w:tcPr>
            <w:tcW w:w="2301" w:type="dxa"/>
          </w:tcPr>
          <w:p w14:paraId="785AC19E"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25,000</w:t>
            </w:r>
          </w:p>
        </w:tc>
        <w:tc>
          <w:tcPr>
            <w:tcW w:w="1962" w:type="dxa"/>
          </w:tcPr>
          <w:p w14:paraId="4CC2AFDA"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25,000</w:t>
            </w:r>
          </w:p>
        </w:tc>
      </w:tr>
      <w:tr w:rsidR="0081455A" w:rsidRPr="0081455A" w14:paraId="02BDACCE" w14:textId="77777777" w:rsidTr="0081455A">
        <w:trPr>
          <w:trHeight w:val="240"/>
        </w:trPr>
        <w:tc>
          <w:tcPr>
            <w:tcW w:w="2788" w:type="dxa"/>
          </w:tcPr>
          <w:p w14:paraId="4D136690" w14:textId="77777777" w:rsidR="0081455A" w:rsidRPr="0081455A" w:rsidRDefault="0081455A" w:rsidP="0081455A">
            <w:pPr>
              <w:pStyle w:val="NoSpacing"/>
              <w:spacing w:line="480" w:lineRule="auto"/>
              <w:rPr>
                <w:rFonts w:ascii="Times New Roman" w:hAnsi="Times New Roman" w:cs="Times New Roman"/>
                <w:sz w:val="24"/>
                <w:szCs w:val="24"/>
              </w:rPr>
            </w:pPr>
            <w:r w:rsidRPr="0081455A">
              <w:rPr>
                <w:rFonts w:ascii="Times New Roman" w:hAnsi="Times New Roman" w:cs="Times New Roman"/>
                <w:sz w:val="24"/>
                <w:szCs w:val="24"/>
              </w:rPr>
              <w:t>Computer accessories (printer, internet, generator, fuelling etc.)</w:t>
            </w:r>
          </w:p>
        </w:tc>
        <w:tc>
          <w:tcPr>
            <w:tcW w:w="1667" w:type="dxa"/>
          </w:tcPr>
          <w:p w14:paraId="7C527C00"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15,000</w:t>
            </w:r>
          </w:p>
        </w:tc>
        <w:tc>
          <w:tcPr>
            <w:tcW w:w="874" w:type="dxa"/>
          </w:tcPr>
          <w:p w14:paraId="036BF61A"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5</w:t>
            </w:r>
          </w:p>
        </w:tc>
        <w:tc>
          <w:tcPr>
            <w:tcW w:w="2301" w:type="dxa"/>
          </w:tcPr>
          <w:p w14:paraId="5FCCFEB6"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75,000</w:t>
            </w:r>
          </w:p>
        </w:tc>
        <w:tc>
          <w:tcPr>
            <w:tcW w:w="1962" w:type="dxa"/>
          </w:tcPr>
          <w:p w14:paraId="56547FF5"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75,000</w:t>
            </w:r>
          </w:p>
        </w:tc>
      </w:tr>
      <w:tr w:rsidR="0081455A" w:rsidRPr="0081455A" w14:paraId="52DD21F6" w14:textId="77777777" w:rsidTr="0081455A">
        <w:trPr>
          <w:trHeight w:val="240"/>
        </w:trPr>
        <w:tc>
          <w:tcPr>
            <w:tcW w:w="2788" w:type="dxa"/>
          </w:tcPr>
          <w:p w14:paraId="419B034C" w14:textId="77777777" w:rsidR="0081455A" w:rsidRPr="0081455A" w:rsidRDefault="0081455A" w:rsidP="0081455A">
            <w:pPr>
              <w:pStyle w:val="NoSpacing"/>
              <w:spacing w:line="480" w:lineRule="auto"/>
              <w:rPr>
                <w:rFonts w:ascii="Times New Roman" w:hAnsi="Times New Roman" w:cs="Times New Roman"/>
                <w:sz w:val="24"/>
                <w:szCs w:val="24"/>
              </w:rPr>
            </w:pPr>
            <w:r w:rsidRPr="0081455A">
              <w:rPr>
                <w:rFonts w:ascii="Times New Roman" w:hAnsi="Times New Roman" w:cs="Times New Roman"/>
                <w:b/>
                <w:sz w:val="24"/>
                <w:szCs w:val="24"/>
              </w:rPr>
              <w:t>SUB TOTAL</w:t>
            </w:r>
          </w:p>
        </w:tc>
        <w:tc>
          <w:tcPr>
            <w:tcW w:w="1667" w:type="dxa"/>
          </w:tcPr>
          <w:p w14:paraId="72DA57BF" w14:textId="77777777" w:rsidR="0081455A" w:rsidRPr="0081455A" w:rsidRDefault="0081455A" w:rsidP="0081455A">
            <w:pPr>
              <w:spacing w:line="480" w:lineRule="auto"/>
              <w:rPr>
                <w:rFonts w:ascii="Times New Roman" w:hAnsi="Times New Roman" w:cs="Times New Roman"/>
                <w:sz w:val="24"/>
                <w:szCs w:val="24"/>
              </w:rPr>
            </w:pPr>
          </w:p>
        </w:tc>
        <w:tc>
          <w:tcPr>
            <w:tcW w:w="874" w:type="dxa"/>
          </w:tcPr>
          <w:p w14:paraId="3D6522C3" w14:textId="77777777" w:rsidR="0081455A" w:rsidRPr="0081455A" w:rsidRDefault="0081455A" w:rsidP="0081455A">
            <w:pPr>
              <w:spacing w:line="480" w:lineRule="auto"/>
              <w:rPr>
                <w:rFonts w:ascii="Times New Roman" w:hAnsi="Times New Roman" w:cs="Times New Roman"/>
                <w:sz w:val="24"/>
                <w:szCs w:val="24"/>
              </w:rPr>
            </w:pPr>
          </w:p>
        </w:tc>
        <w:tc>
          <w:tcPr>
            <w:tcW w:w="2301" w:type="dxa"/>
          </w:tcPr>
          <w:p w14:paraId="6BF36DBA" w14:textId="77777777" w:rsidR="0081455A" w:rsidRPr="0081455A" w:rsidRDefault="0081455A" w:rsidP="0081455A">
            <w:pPr>
              <w:spacing w:line="480" w:lineRule="auto"/>
              <w:rPr>
                <w:rFonts w:ascii="Times New Roman" w:hAnsi="Times New Roman" w:cs="Times New Roman"/>
                <w:sz w:val="24"/>
                <w:szCs w:val="24"/>
              </w:rPr>
            </w:pPr>
          </w:p>
        </w:tc>
        <w:tc>
          <w:tcPr>
            <w:tcW w:w="1962" w:type="dxa"/>
          </w:tcPr>
          <w:p w14:paraId="74C55F12" w14:textId="77777777" w:rsidR="0081455A" w:rsidRPr="0081455A" w:rsidRDefault="0081455A" w:rsidP="0081455A">
            <w:pPr>
              <w:spacing w:line="480" w:lineRule="auto"/>
              <w:rPr>
                <w:rFonts w:ascii="Times New Roman" w:hAnsi="Times New Roman" w:cs="Times New Roman"/>
                <w:b/>
                <w:sz w:val="24"/>
                <w:szCs w:val="24"/>
              </w:rPr>
            </w:pPr>
            <w:r w:rsidRPr="0081455A">
              <w:rPr>
                <w:rFonts w:ascii="Times New Roman" w:hAnsi="Times New Roman" w:cs="Times New Roman"/>
                <w:b/>
                <w:sz w:val="24"/>
                <w:szCs w:val="24"/>
              </w:rPr>
              <w:t>#190,000</w:t>
            </w:r>
          </w:p>
        </w:tc>
      </w:tr>
      <w:tr w:rsidR="0081455A" w:rsidRPr="0081455A" w14:paraId="2DCDCD65" w14:textId="77777777" w:rsidTr="0081455A">
        <w:trPr>
          <w:trHeight w:val="240"/>
        </w:trPr>
        <w:tc>
          <w:tcPr>
            <w:tcW w:w="2788" w:type="dxa"/>
          </w:tcPr>
          <w:p w14:paraId="086CADEA" w14:textId="77777777" w:rsidR="0081455A" w:rsidRPr="0081455A" w:rsidRDefault="0081455A" w:rsidP="0081455A">
            <w:pPr>
              <w:pStyle w:val="NoSpacing"/>
              <w:spacing w:line="480" w:lineRule="auto"/>
              <w:rPr>
                <w:rFonts w:ascii="Times New Roman" w:hAnsi="Times New Roman" w:cs="Times New Roman"/>
                <w:sz w:val="24"/>
                <w:szCs w:val="24"/>
              </w:rPr>
            </w:pPr>
          </w:p>
        </w:tc>
        <w:tc>
          <w:tcPr>
            <w:tcW w:w="1667" w:type="dxa"/>
          </w:tcPr>
          <w:p w14:paraId="4C58B1CA" w14:textId="77777777" w:rsidR="0081455A" w:rsidRPr="0081455A" w:rsidRDefault="0081455A" w:rsidP="0081455A">
            <w:pPr>
              <w:spacing w:line="480" w:lineRule="auto"/>
              <w:rPr>
                <w:rFonts w:ascii="Times New Roman" w:hAnsi="Times New Roman" w:cs="Times New Roman"/>
                <w:sz w:val="24"/>
                <w:szCs w:val="24"/>
              </w:rPr>
            </w:pPr>
          </w:p>
        </w:tc>
        <w:tc>
          <w:tcPr>
            <w:tcW w:w="874" w:type="dxa"/>
          </w:tcPr>
          <w:p w14:paraId="01A96CAD" w14:textId="77777777" w:rsidR="0081455A" w:rsidRPr="0081455A" w:rsidRDefault="0081455A" w:rsidP="0081455A">
            <w:pPr>
              <w:spacing w:line="480" w:lineRule="auto"/>
              <w:rPr>
                <w:rFonts w:ascii="Times New Roman" w:hAnsi="Times New Roman" w:cs="Times New Roman"/>
                <w:sz w:val="24"/>
                <w:szCs w:val="24"/>
              </w:rPr>
            </w:pPr>
          </w:p>
        </w:tc>
        <w:tc>
          <w:tcPr>
            <w:tcW w:w="2301" w:type="dxa"/>
          </w:tcPr>
          <w:p w14:paraId="5BBAD79A" w14:textId="77777777" w:rsidR="0081455A" w:rsidRPr="0081455A" w:rsidRDefault="0081455A" w:rsidP="0081455A">
            <w:pPr>
              <w:spacing w:line="480" w:lineRule="auto"/>
              <w:rPr>
                <w:rFonts w:ascii="Times New Roman" w:hAnsi="Times New Roman" w:cs="Times New Roman"/>
                <w:sz w:val="24"/>
                <w:szCs w:val="24"/>
              </w:rPr>
            </w:pPr>
          </w:p>
        </w:tc>
        <w:tc>
          <w:tcPr>
            <w:tcW w:w="1962" w:type="dxa"/>
          </w:tcPr>
          <w:p w14:paraId="29EE15F9" w14:textId="77777777" w:rsidR="0081455A" w:rsidRPr="0081455A" w:rsidRDefault="0081455A" w:rsidP="0081455A">
            <w:pPr>
              <w:spacing w:line="480" w:lineRule="auto"/>
              <w:rPr>
                <w:rFonts w:ascii="Times New Roman" w:hAnsi="Times New Roman" w:cs="Times New Roman"/>
                <w:sz w:val="24"/>
                <w:szCs w:val="24"/>
              </w:rPr>
            </w:pPr>
          </w:p>
        </w:tc>
      </w:tr>
      <w:tr w:rsidR="0081455A" w:rsidRPr="0081455A" w14:paraId="7EDD86DC" w14:textId="77777777" w:rsidTr="0081455A">
        <w:trPr>
          <w:trHeight w:val="240"/>
        </w:trPr>
        <w:tc>
          <w:tcPr>
            <w:tcW w:w="2788" w:type="dxa"/>
          </w:tcPr>
          <w:p w14:paraId="4B4D70A9"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 xml:space="preserve">INFORMATION PRESENTATION </w:t>
            </w:r>
          </w:p>
        </w:tc>
        <w:tc>
          <w:tcPr>
            <w:tcW w:w="1667" w:type="dxa"/>
          </w:tcPr>
          <w:p w14:paraId="74E7DC7B" w14:textId="77777777" w:rsidR="0081455A" w:rsidRPr="0081455A" w:rsidRDefault="0081455A" w:rsidP="0081455A">
            <w:pPr>
              <w:spacing w:line="480" w:lineRule="auto"/>
              <w:rPr>
                <w:rFonts w:ascii="Times New Roman" w:hAnsi="Times New Roman" w:cs="Times New Roman"/>
                <w:sz w:val="24"/>
                <w:szCs w:val="24"/>
              </w:rPr>
            </w:pPr>
          </w:p>
        </w:tc>
        <w:tc>
          <w:tcPr>
            <w:tcW w:w="874" w:type="dxa"/>
          </w:tcPr>
          <w:p w14:paraId="7E0259C2" w14:textId="77777777" w:rsidR="0081455A" w:rsidRPr="0081455A" w:rsidRDefault="0081455A" w:rsidP="0081455A">
            <w:pPr>
              <w:spacing w:line="480" w:lineRule="auto"/>
              <w:rPr>
                <w:rFonts w:ascii="Times New Roman" w:hAnsi="Times New Roman" w:cs="Times New Roman"/>
                <w:sz w:val="24"/>
                <w:szCs w:val="24"/>
              </w:rPr>
            </w:pPr>
          </w:p>
        </w:tc>
        <w:tc>
          <w:tcPr>
            <w:tcW w:w="2301" w:type="dxa"/>
          </w:tcPr>
          <w:p w14:paraId="3B3A6A14" w14:textId="77777777" w:rsidR="0081455A" w:rsidRPr="0081455A" w:rsidRDefault="0081455A" w:rsidP="0081455A">
            <w:pPr>
              <w:spacing w:line="480" w:lineRule="auto"/>
              <w:rPr>
                <w:rFonts w:ascii="Times New Roman" w:hAnsi="Times New Roman" w:cs="Times New Roman"/>
                <w:sz w:val="24"/>
                <w:szCs w:val="24"/>
              </w:rPr>
            </w:pPr>
          </w:p>
        </w:tc>
        <w:tc>
          <w:tcPr>
            <w:tcW w:w="1962" w:type="dxa"/>
          </w:tcPr>
          <w:p w14:paraId="4B044BD2" w14:textId="77777777" w:rsidR="0081455A" w:rsidRPr="0081455A" w:rsidRDefault="0081455A" w:rsidP="0081455A">
            <w:pPr>
              <w:spacing w:line="480" w:lineRule="auto"/>
              <w:rPr>
                <w:rFonts w:ascii="Times New Roman" w:hAnsi="Times New Roman" w:cs="Times New Roman"/>
                <w:sz w:val="24"/>
                <w:szCs w:val="24"/>
              </w:rPr>
            </w:pPr>
          </w:p>
        </w:tc>
      </w:tr>
      <w:tr w:rsidR="0081455A" w:rsidRPr="0081455A" w14:paraId="700C06AD" w14:textId="77777777" w:rsidTr="0081455A">
        <w:trPr>
          <w:trHeight w:val="240"/>
        </w:trPr>
        <w:tc>
          <w:tcPr>
            <w:tcW w:w="2788" w:type="dxa"/>
          </w:tcPr>
          <w:p w14:paraId="138BA261"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sz w:val="24"/>
                <w:szCs w:val="24"/>
              </w:rPr>
              <w:t xml:space="preserve">1 Senior surveyor </w:t>
            </w:r>
          </w:p>
        </w:tc>
        <w:tc>
          <w:tcPr>
            <w:tcW w:w="1667" w:type="dxa"/>
          </w:tcPr>
          <w:p w14:paraId="6EE131D6"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10,000</w:t>
            </w:r>
          </w:p>
        </w:tc>
        <w:tc>
          <w:tcPr>
            <w:tcW w:w="874" w:type="dxa"/>
          </w:tcPr>
          <w:p w14:paraId="5041CD56"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1</w:t>
            </w:r>
          </w:p>
        </w:tc>
        <w:tc>
          <w:tcPr>
            <w:tcW w:w="2301" w:type="dxa"/>
          </w:tcPr>
          <w:p w14:paraId="076F39FB"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10,000</w:t>
            </w:r>
          </w:p>
        </w:tc>
        <w:tc>
          <w:tcPr>
            <w:tcW w:w="1962" w:type="dxa"/>
          </w:tcPr>
          <w:p w14:paraId="51100E93"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10,000</w:t>
            </w:r>
          </w:p>
        </w:tc>
      </w:tr>
      <w:tr w:rsidR="0081455A" w:rsidRPr="0081455A" w14:paraId="3BC92D1E" w14:textId="77777777" w:rsidTr="0081455A">
        <w:trPr>
          <w:trHeight w:val="240"/>
        </w:trPr>
        <w:tc>
          <w:tcPr>
            <w:tcW w:w="2788" w:type="dxa"/>
          </w:tcPr>
          <w:p w14:paraId="1868FC8F" w14:textId="77777777" w:rsidR="0081455A" w:rsidRPr="0081455A" w:rsidRDefault="0081455A" w:rsidP="0081455A">
            <w:pPr>
              <w:pStyle w:val="NoSpacing"/>
              <w:spacing w:line="480" w:lineRule="auto"/>
              <w:rPr>
                <w:rFonts w:ascii="Times New Roman" w:hAnsi="Times New Roman" w:cs="Times New Roman"/>
                <w:sz w:val="24"/>
                <w:szCs w:val="24"/>
              </w:rPr>
            </w:pPr>
            <w:r w:rsidRPr="0081455A">
              <w:rPr>
                <w:rFonts w:ascii="Times New Roman" w:hAnsi="Times New Roman" w:cs="Times New Roman"/>
                <w:sz w:val="24"/>
                <w:szCs w:val="24"/>
              </w:rPr>
              <w:t>1 technical officer (CAD)</w:t>
            </w:r>
          </w:p>
        </w:tc>
        <w:tc>
          <w:tcPr>
            <w:tcW w:w="1667" w:type="dxa"/>
          </w:tcPr>
          <w:p w14:paraId="0EADA809"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8,000</w:t>
            </w:r>
          </w:p>
        </w:tc>
        <w:tc>
          <w:tcPr>
            <w:tcW w:w="874" w:type="dxa"/>
          </w:tcPr>
          <w:p w14:paraId="37140995"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1</w:t>
            </w:r>
          </w:p>
        </w:tc>
        <w:tc>
          <w:tcPr>
            <w:tcW w:w="2301" w:type="dxa"/>
          </w:tcPr>
          <w:p w14:paraId="16C06855"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8,000</w:t>
            </w:r>
          </w:p>
        </w:tc>
        <w:tc>
          <w:tcPr>
            <w:tcW w:w="1962" w:type="dxa"/>
          </w:tcPr>
          <w:p w14:paraId="6E6F3821"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8,000</w:t>
            </w:r>
          </w:p>
        </w:tc>
      </w:tr>
      <w:tr w:rsidR="0081455A" w:rsidRPr="0081455A" w14:paraId="632B1E02" w14:textId="77777777" w:rsidTr="0081455A">
        <w:trPr>
          <w:trHeight w:val="240"/>
        </w:trPr>
        <w:tc>
          <w:tcPr>
            <w:tcW w:w="2788" w:type="dxa"/>
          </w:tcPr>
          <w:p w14:paraId="2FD4BDBA" w14:textId="77777777" w:rsidR="0081455A" w:rsidRPr="0081455A" w:rsidRDefault="0081455A" w:rsidP="0081455A">
            <w:pPr>
              <w:pStyle w:val="NoSpacing"/>
              <w:spacing w:line="480" w:lineRule="auto"/>
              <w:rPr>
                <w:rFonts w:ascii="Times New Roman" w:hAnsi="Times New Roman" w:cs="Times New Roman"/>
                <w:sz w:val="24"/>
                <w:szCs w:val="24"/>
              </w:rPr>
            </w:pPr>
            <w:r w:rsidRPr="0081455A">
              <w:rPr>
                <w:rFonts w:ascii="Times New Roman" w:hAnsi="Times New Roman" w:cs="Times New Roman"/>
                <w:sz w:val="24"/>
                <w:szCs w:val="24"/>
              </w:rPr>
              <w:t>Standard set (computer, plotter, Generator etc.)</w:t>
            </w:r>
          </w:p>
        </w:tc>
        <w:tc>
          <w:tcPr>
            <w:tcW w:w="1667" w:type="dxa"/>
          </w:tcPr>
          <w:p w14:paraId="0F7F5CA5"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15,000</w:t>
            </w:r>
          </w:p>
        </w:tc>
        <w:tc>
          <w:tcPr>
            <w:tcW w:w="874" w:type="dxa"/>
          </w:tcPr>
          <w:p w14:paraId="2411D1C7"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1</w:t>
            </w:r>
          </w:p>
        </w:tc>
        <w:tc>
          <w:tcPr>
            <w:tcW w:w="2301" w:type="dxa"/>
          </w:tcPr>
          <w:p w14:paraId="5AA97CBC"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15,000</w:t>
            </w:r>
          </w:p>
        </w:tc>
        <w:tc>
          <w:tcPr>
            <w:tcW w:w="1962" w:type="dxa"/>
          </w:tcPr>
          <w:p w14:paraId="3323100A"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15,000</w:t>
            </w:r>
          </w:p>
        </w:tc>
      </w:tr>
      <w:tr w:rsidR="0081455A" w:rsidRPr="0081455A" w14:paraId="4378F752" w14:textId="77777777" w:rsidTr="0081455A">
        <w:trPr>
          <w:trHeight w:val="240"/>
        </w:trPr>
        <w:tc>
          <w:tcPr>
            <w:tcW w:w="2788" w:type="dxa"/>
          </w:tcPr>
          <w:p w14:paraId="082B0C6B" w14:textId="77777777" w:rsidR="0081455A" w:rsidRPr="0081455A" w:rsidRDefault="0081455A" w:rsidP="0081455A">
            <w:pPr>
              <w:pStyle w:val="NoSpacing"/>
              <w:spacing w:line="480" w:lineRule="auto"/>
              <w:rPr>
                <w:rFonts w:ascii="Times New Roman" w:hAnsi="Times New Roman" w:cs="Times New Roman"/>
                <w:sz w:val="24"/>
                <w:szCs w:val="24"/>
              </w:rPr>
            </w:pPr>
            <w:r w:rsidRPr="0081455A">
              <w:rPr>
                <w:rFonts w:ascii="Times New Roman" w:hAnsi="Times New Roman" w:cs="Times New Roman"/>
                <w:b/>
                <w:sz w:val="24"/>
                <w:szCs w:val="24"/>
              </w:rPr>
              <w:t>SUB TOTAL</w:t>
            </w:r>
          </w:p>
        </w:tc>
        <w:tc>
          <w:tcPr>
            <w:tcW w:w="1667" w:type="dxa"/>
          </w:tcPr>
          <w:p w14:paraId="7688289A" w14:textId="77777777" w:rsidR="0081455A" w:rsidRPr="0081455A" w:rsidRDefault="0081455A" w:rsidP="0081455A">
            <w:pPr>
              <w:spacing w:line="480" w:lineRule="auto"/>
              <w:rPr>
                <w:rFonts w:ascii="Times New Roman" w:hAnsi="Times New Roman" w:cs="Times New Roman"/>
                <w:sz w:val="24"/>
                <w:szCs w:val="24"/>
              </w:rPr>
            </w:pPr>
          </w:p>
        </w:tc>
        <w:tc>
          <w:tcPr>
            <w:tcW w:w="874" w:type="dxa"/>
          </w:tcPr>
          <w:p w14:paraId="608AA3F0" w14:textId="77777777" w:rsidR="0081455A" w:rsidRPr="0081455A" w:rsidRDefault="0081455A" w:rsidP="0081455A">
            <w:pPr>
              <w:spacing w:line="480" w:lineRule="auto"/>
              <w:rPr>
                <w:rFonts w:ascii="Times New Roman" w:hAnsi="Times New Roman" w:cs="Times New Roman"/>
                <w:sz w:val="24"/>
                <w:szCs w:val="24"/>
              </w:rPr>
            </w:pPr>
          </w:p>
        </w:tc>
        <w:tc>
          <w:tcPr>
            <w:tcW w:w="2301" w:type="dxa"/>
          </w:tcPr>
          <w:p w14:paraId="41C0221A" w14:textId="77777777" w:rsidR="0081455A" w:rsidRPr="0081455A" w:rsidRDefault="0081455A" w:rsidP="0081455A">
            <w:pPr>
              <w:spacing w:line="480" w:lineRule="auto"/>
              <w:rPr>
                <w:rFonts w:ascii="Times New Roman" w:hAnsi="Times New Roman" w:cs="Times New Roman"/>
                <w:sz w:val="24"/>
                <w:szCs w:val="24"/>
              </w:rPr>
            </w:pPr>
          </w:p>
        </w:tc>
        <w:tc>
          <w:tcPr>
            <w:tcW w:w="1962" w:type="dxa"/>
          </w:tcPr>
          <w:p w14:paraId="02E91937" w14:textId="77777777" w:rsidR="0081455A" w:rsidRPr="0081455A" w:rsidRDefault="0081455A" w:rsidP="0081455A">
            <w:pPr>
              <w:spacing w:line="480" w:lineRule="auto"/>
              <w:rPr>
                <w:rFonts w:ascii="Times New Roman" w:hAnsi="Times New Roman" w:cs="Times New Roman"/>
                <w:b/>
                <w:sz w:val="24"/>
                <w:szCs w:val="24"/>
              </w:rPr>
            </w:pPr>
            <w:r w:rsidRPr="0081455A">
              <w:rPr>
                <w:rFonts w:ascii="Times New Roman" w:hAnsi="Times New Roman" w:cs="Times New Roman"/>
                <w:b/>
                <w:sz w:val="24"/>
                <w:szCs w:val="24"/>
              </w:rPr>
              <w:t>#33,000</w:t>
            </w:r>
          </w:p>
        </w:tc>
      </w:tr>
      <w:tr w:rsidR="0081455A" w:rsidRPr="0081455A" w14:paraId="032F60D5" w14:textId="77777777" w:rsidTr="0081455A">
        <w:trPr>
          <w:trHeight w:val="240"/>
        </w:trPr>
        <w:tc>
          <w:tcPr>
            <w:tcW w:w="2788" w:type="dxa"/>
          </w:tcPr>
          <w:p w14:paraId="12B4E24E" w14:textId="77777777" w:rsidR="0081455A" w:rsidRPr="0081455A" w:rsidRDefault="0081455A" w:rsidP="0081455A">
            <w:pPr>
              <w:pStyle w:val="NoSpacing"/>
              <w:spacing w:line="480" w:lineRule="auto"/>
              <w:rPr>
                <w:rFonts w:ascii="Times New Roman" w:hAnsi="Times New Roman" w:cs="Times New Roman"/>
                <w:sz w:val="24"/>
                <w:szCs w:val="24"/>
              </w:rPr>
            </w:pPr>
          </w:p>
        </w:tc>
        <w:tc>
          <w:tcPr>
            <w:tcW w:w="1667" w:type="dxa"/>
          </w:tcPr>
          <w:p w14:paraId="405A88D4" w14:textId="77777777" w:rsidR="0081455A" w:rsidRPr="0081455A" w:rsidRDefault="0081455A" w:rsidP="0081455A">
            <w:pPr>
              <w:spacing w:line="480" w:lineRule="auto"/>
              <w:rPr>
                <w:rFonts w:ascii="Times New Roman" w:hAnsi="Times New Roman" w:cs="Times New Roman"/>
                <w:sz w:val="24"/>
                <w:szCs w:val="24"/>
              </w:rPr>
            </w:pPr>
          </w:p>
        </w:tc>
        <w:tc>
          <w:tcPr>
            <w:tcW w:w="874" w:type="dxa"/>
          </w:tcPr>
          <w:p w14:paraId="6C3FF339" w14:textId="77777777" w:rsidR="0081455A" w:rsidRPr="0081455A" w:rsidRDefault="0081455A" w:rsidP="0081455A">
            <w:pPr>
              <w:spacing w:line="480" w:lineRule="auto"/>
              <w:rPr>
                <w:rFonts w:ascii="Times New Roman" w:hAnsi="Times New Roman" w:cs="Times New Roman"/>
                <w:sz w:val="24"/>
                <w:szCs w:val="24"/>
              </w:rPr>
            </w:pPr>
          </w:p>
        </w:tc>
        <w:tc>
          <w:tcPr>
            <w:tcW w:w="2301" w:type="dxa"/>
          </w:tcPr>
          <w:p w14:paraId="6C62B31D" w14:textId="77777777" w:rsidR="0081455A" w:rsidRPr="0081455A" w:rsidRDefault="0081455A" w:rsidP="0081455A">
            <w:pPr>
              <w:spacing w:line="480" w:lineRule="auto"/>
              <w:rPr>
                <w:rFonts w:ascii="Times New Roman" w:hAnsi="Times New Roman" w:cs="Times New Roman"/>
                <w:sz w:val="24"/>
                <w:szCs w:val="24"/>
              </w:rPr>
            </w:pPr>
          </w:p>
        </w:tc>
        <w:tc>
          <w:tcPr>
            <w:tcW w:w="1962" w:type="dxa"/>
          </w:tcPr>
          <w:p w14:paraId="217E3E79" w14:textId="77777777" w:rsidR="0081455A" w:rsidRPr="0081455A" w:rsidRDefault="0081455A" w:rsidP="0081455A">
            <w:pPr>
              <w:spacing w:line="480" w:lineRule="auto"/>
              <w:rPr>
                <w:rFonts w:ascii="Times New Roman" w:hAnsi="Times New Roman" w:cs="Times New Roman"/>
                <w:sz w:val="24"/>
                <w:szCs w:val="24"/>
              </w:rPr>
            </w:pPr>
          </w:p>
        </w:tc>
      </w:tr>
      <w:tr w:rsidR="0081455A" w:rsidRPr="0081455A" w14:paraId="7CC25F74" w14:textId="77777777" w:rsidTr="0081455A">
        <w:trPr>
          <w:trHeight w:val="240"/>
        </w:trPr>
        <w:tc>
          <w:tcPr>
            <w:tcW w:w="2788" w:type="dxa"/>
          </w:tcPr>
          <w:p w14:paraId="4BA279AF"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TECHNICAL REPORT</w:t>
            </w:r>
          </w:p>
        </w:tc>
        <w:tc>
          <w:tcPr>
            <w:tcW w:w="1667" w:type="dxa"/>
          </w:tcPr>
          <w:p w14:paraId="33231228" w14:textId="77777777" w:rsidR="0081455A" w:rsidRPr="0081455A" w:rsidRDefault="0081455A" w:rsidP="0081455A">
            <w:pPr>
              <w:spacing w:line="480" w:lineRule="auto"/>
              <w:rPr>
                <w:rFonts w:ascii="Times New Roman" w:hAnsi="Times New Roman" w:cs="Times New Roman"/>
                <w:sz w:val="24"/>
                <w:szCs w:val="24"/>
              </w:rPr>
            </w:pPr>
          </w:p>
        </w:tc>
        <w:tc>
          <w:tcPr>
            <w:tcW w:w="874" w:type="dxa"/>
          </w:tcPr>
          <w:p w14:paraId="637C625E" w14:textId="77777777" w:rsidR="0081455A" w:rsidRPr="0081455A" w:rsidRDefault="0081455A" w:rsidP="0081455A">
            <w:pPr>
              <w:spacing w:line="480" w:lineRule="auto"/>
              <w:rPr>
                <w:rFonts w:ascii="Times New Roman" w:hAnsi="Times New Roman" w:cs="Times New Roman"/>
                <w:sz w:val="24"/>
                <w:szCs w:val="24"/>
              </w:rPr>
            </w:pPr>
          </w:p>
        </w:tc>
        <w:tc>
          <w:tcPr>
            <w:tcW w:w="2301" w:type="dxa"/>
          </w:tcPr>
          <w:p w14:paraId="35D6A82F" w14:textId="77777777" w:rsidR="0081455A" w:rsidRPr="0081455A" w:rsidRDefault="0081455A" w:rsidP="0081455A">
            <w:pPr>
              <w:spacing w:line="480" w:lineRule="auto"/>
              <w:rPr>
                <w:rFonts w:ascii="Times New Roman" w:hAnsi="Times New Roman" w:cs="Times New Roman"/>
                <w:sz w:val="24"/>
                <w:szCs w:val="24"/>
              </w:rPr>
            </w:pPr>
          </w:p>
        </w:tc>
        <w:tc>
          <w:tcPr>
            <w:tcW w:w="1962" w:type="dxa"/>
          </w:tcPr>
          <w:p w14:paraId="06FEEC78" w14:textId="77777777" w:rsidR="0081455A" w:rsidRPr="0081455A" w:rsidRDefault="0081455A" w:rsidP="0081455A">
            <w:pPr>
              <w:spacing w:line="480" w:lineRule="auto"/>
              <w:rPr>
                <w:rFonts w:ascii="Times New Roman" w:hAnsi="Times New Roman" w:cs="Times New Roman"/>
                <w:sz w:val="24"/>
                <w:szCs w:val="24"/>
              </w:rPr>
            </w:pPr>
          </w:p>
        </w:tc>
      </w:tr>
      <w:tr w:rsidR="0081455A" w:rsidRPr="0081455A" w14:paraId="4B389C6E" w14:textId="77777777" w:rsidTr="0081455A">
        <w:trPr>
          <w:trHeight w:val="240"/>
        </w:trPr>
        <w:tc>
          <w:tcPr>
            <w:tcW w:w="2788" w:type="dxa"/>
          </w:tcPr>
          <w:p w14:paraId="47D4D742"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1 Chief surveyor</w:t>
            </w:r>
          </w:p>
        </w:tc>
        <w:tc>
          <w:tcPr>
            <w:tcW w:w="1667" w:type="dxa"/>
          </w:tcPr>
          <w:p w14:paraId="4B52CB07"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30,000</w:t>
            </w:r>
          </w:p>
        </w:tc>
        <w:tc>
          <w:tcPr>
            <w:tcW w:w="874" w:type="dxa"/>
          </w:tcPr>
          <w:p w14:paraId="4243B365"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1</w:t>
            </w:r>
          </w:p>
        </w:tc>
        <w:tc>
          <w:tcPr>
            <w:tcW w:w="2301" w:type="dxa"/>
          </w:tcPr>
          <w:p w14:paraId="3A45FA17"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30,000</w:t>
            </w:r>
          </w:p>
        </w:tc>
        <w:tc>
          <w:tcPr>
            <w:tcW w:w="1962" w:type="dxa"/>
          </w:tcPr>
          <w:p w14:paraId="29981A60"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30,000</w:t>
            </w:r>
          </w:p>
        </w:tc>
      </w:tr>
      <w:tr w:rsidR="0081455A" w:rsidRPr="0081455A" w14:paraId="5B9CA26E" w14:textId="77777777" w:rsidTr="0081455A">
        <w:trPr>
          <w:trHeight w:val="240"/>
        </w:trPr>
        <w:tc>
          <w:tcPr>
            <w:tcW w:w="2788" w:type="dxa"/>
          </w:tcPr>
          <w:p w14:paraId="55D613B5"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2 Surveyors</w:t>
            </w:r>
          </w:p>
        </w:tc>
        <w:tc>
          <w:tcPr>
            <w:tcW w:w="1667" w:type="dxa"/>
          </w:tcPr>
          <w:p w14:paraId="10BEE83D"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20,000</w:t>
            </w:r>
          </w:p>
        </w:tc>
        <w:tc>
          <w:tcPr>
            <w:tcW w:w="874" w:type="dxa"/>
          </w:tcPr>
          <w:p w14:paraId="06E02BB4"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1</w:t>
            </w:r>
          </w:p>
        </w:tc>
        <w:tc>
          <w:tcPr>
            <w:tcW w:w="2301" w:type="dxa"/>
          </w:tcPr>
          <w:p w14:paraId="60F94D10"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20,000 x 2</w:t>
            </w:r>
          </w:p>
        </w:tc>
        <w:tc>
          <w:tcPr>
            <w:tcW w:w="1962" w:type="dxa"/>
          </w:tcPr>
          <w:p w14:paraId="570E5340" w14:textId="77777777" w:rsidR="0081455A" w:rsidRPr="0081455A" w:rsidRDefault="0081455A" w:rsidP="0081455A">
            <w:pPr>
              <w:spacing w:line="480" w:lineRule="auto"/>
              <w:rPr>
                <w:rFonts w:ascii="Times New Roman" w:hAnsi="Times New Roman" w:cs="Times New Roman"/>
                <w:sz w:val="24"/>
                <w:szCs w:val="24"/>
              </w:rPr>
            </w:pPr>
            <w:r w:rsidRPr="0081455A">
              <w:rPr>
                <w:rFonts w:ascii="Times New Roman" w:hAnsi="Times New Roman" w:cs="Times New Roman"/>
                <w:sz w:val="24"/>
                <w:szCs w:val="24"/>
              </w:rPr>
              <w:t>40,000</w:t>
            </w:r>
          </w:p>
        </w:tc>
      </w:tr>
      <w:tr w:rsidR="0081455A" w:rsidRPr="0081455A" w14:paraId="0AD327CF" w14:textId="77777777" w:rsidTr="0081455A">
        <w:trPr>
          <w:trHeight w:val="240"/>
        </w:trPr>
        <w:tc>
          <w:tcPr>
            <w:tcW w:w="2788" w:type="dxa"/>
          </w:tcPr>
          <w:p w14:paraId="23102A2F"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SUB TOTAL</w:t>
            </w:r>
          </w:p>
        </w:tc>
        <w:tc>
          <w:tcPr>
            <w:tcW w:w="1667" w:type="dxa"/>
          </w:tcPr>
          <w:p w14:paraId="3E2F06D8" w14:textId="77777777" w:rsidR="0081455A" w:rsidRPr="0081455A" w:rsidRDefault="0081455A" w:rsidP="0081455A">
            <w:pPr>
              <w:spacing w:line="480" w:lineRule="auto"/>
              <w:rPr>
                <w:rFonts w:ascii="Times New Roman" w:hAnsi="Times New Roman" w:cs="Times New Roman"/>
                <w:sz w:val="24"/>
                <w:szCs w:val="24"/>
              </w:rPr>
            </w:pPr>
          </w:p>
        </w:tc>
        <w:tc>
          <w:tcPr>
            <w:tcW w:w="874" w:type="dxa"/>
          </w:tcPr>
          <w:p w14:paraId="2D266808" w14:textId="77777777" w:rsidR="0081455A" w:rsidRPr="0081455A" w:rsidRDefault="0081455A" w:rsidP="0081455A">
            <w:pPr>
              <w:spacing w:line="480" w:lineRule="auto"/>
              <w:rPr>
                <w:rFonts w:ascii="Times New Roman" w:hAnsi="Times New Roman" w:cs="Times New Roman"/>
                <w:sz w:val="24"/>
                <w:szCs w:val="24"/>
              </w:rPr>
            </w:pPr>
          </w:p>
        </w:tc>
        <w:tc>
          <w:tcPr>
            <w:tcW w:w="2301" w:type="dxa"/>
          </w:tcPr>
          <w:p w14:paraId="3571D366" w14:textId="77777777" w:rsidR="0081455A" w:rsidRPr="0081455A" w:rsidRDefault="0081455A" w:rsidP="0081455A">
            <w:pPr>
              <w:spacing w:line="480" w:lineRule="auto"/>
              <w:rPr>
                <w:rFonts w:ascii="Times New Roman" w:hAnsi="Times New Roman" w:cs="Times New Roman"/>
                <w:sz w:val="24"/>
                <w:szCs w:val="24"/>
              </w:rPr>
            </w:pPr>
          </w:p>
        </w:tc>
        <w:tc>
          <w:tcPr>
            <w:tcW w:w="1962" w:type="dxa"/>
          </w:tcPr>
          <w:p w14:paraId="6AC7B762" w14:textId="77777777" w:rsidR="0081455A" w:rsidRPr="0081455A" w:rsidRDefault="0081455A" w:rsidP="0081455A">
            <w:pPr>
              <w:spacing w:line="480" w:lineRule="auto"/>
              <w:rPr>
                <w:rFonts w:ascii="Times New Roman" w:hAnsi="Times New Roman" w:cs="Times New Roman"/>
                <w:b/>
                <w:sz w:val="24"/>
                <w:szCs w:val="24"/>
              </w:rPr>
            </w:pPr>
            <w:r w:rsidRPr="0081455A">
              <w:rPr>
                <w:rFonts w:ascii="Times New Roman" w:hAnsi="Times New Roman" w:cs="Times New Roman"/>
                <w:b/>
                <w:sz w:val="24"/>
                <w:szCs w:val="24"/>
              </w:rPr>
              <w:t>70,000</w:t>
            </w:r>
          </w:p>
        </w:tc>
      </w:tr>
    </w:tbl>
    <w:p w14:paraId="61AAF7C1" w14:textId="77777777" w:rsidR="0081455A" w:rsidRPr="0081455A" w:rsidRDefault="0081455A" w:rsidP="0081455A">
      <w:pPr>
        <w:spacing w:after="0" w:line="480" w:lineRule="auto"/>
        <w:rPr>
          <w:rFonts w:ascii="Times New Roman" w:hAnsi="Times New Roman" w:cs="Times New Roman"/>
          <w:sz w:val="24"/>
          <w:szCs w:val="24"/>
        </w:rPr>
      </w:pPr>
    </w:p>
    <w:p w14:paraId="76EF92DB" w14:textId="77777777" w:rsidR="0081455A" w:rsidRPr="0081455A" w:rsidRDefault="0081455A" w:rsidP="0081455A">
      <w:pPr>
        <w:pStyle w:val="NoSpacing"/>
        <w:spacing w:line="480" w:lineRule="auto"/>
        <w:rPr>
          <w:rFonts w:ascii="Times New Roman" w:hAnsi="Times New Roman" w:cs="Times New Roman"/>
          <w:b/>
          <w:bCs/>
          <w:sz w:val="24"/>
          <w:szCs w:val="24"/>
        </w:rPr>
      </w:pPr>
    </w:p>
    <w:tbl>
      <w:tblPr>
        <w:tblStyle w:val="TableGrid"/>
        <w:tblW w:w="0" w:type="auto"/>
        <w:tblInd w:w="-687" w:type="dxa"/>
        <w:tblLook w:val="04A0" w:firstRow="1" w:lastRow="0" w:firstColumn="1" w:lastColumn="0" w:noHBand="0" w:noVBand="1"/>
      </w:tblPr>
      <w:tblGrid>
        <w:gridCol w:w="7725"/>
        <w:gridCol w:w="2005"/>
      </w:tblGrid>
      <w:tr w:rsidR="0081455A" w:rsidRPr="0081455A" w14:paraId="12F720B3" w14:textId="77777777" w:rsidTr="0081455A">
        <w:trPr>
          <w:trHeight w:val="622"/>
        </w:trPr>
        <w:tc>
          <w:tcPr>
            <w:tcW w:w="7725" w:type="dxa"/>
          </w:tcPr>
          <w:p w14:paraId="5FE1E367"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COST OF THE PROJECT</w:t>
            </w:r>
          </w:p>
        </w:tc>
        <w:tc>
          <w:tcPr>
            <w:tcW w:w="2005" w:type="dxa"/>
          </w:tcPr>
          <w:p w14:paraId="77DDCC64" w14:textId="77777777" w:rsidR="0081455A" w:rsidRPr="0081455A" w:rsidRDefault="0081455A" w:rsidP="0081455A">
            <w:pPr>
              <w:pStyle w:val="NoSpacing"/>
              <w:spacing w:line="480" w:lineRule="auto"/>
              <w:rPr>
                <w:rFonts w:ascii="Times New Roman" w:hAnsi="Times New Roman" w:cs="Times New Roman"/>
                <w:b/>
                <w:bCs/>
                <w:sz w:val="24"/>
                <w:szCs w:val="24"/>
              </w:rPr>
            </w:pPr>
            <w:r w:rsidRPr="0081455A">
              <w:rPr>
                <w:rFonts w:ascii="Times New Roman" w:hAnsi="Times New Roman" w:cs="Times New Roman"/>
                <w:b/>
                <w:sz w:val="24"/>
                <w:szCs w:val="24"/>
              </w:rPr>
              <w:t>#736,000</w:t>
            </w:r>
          </w:p>
        </w:tc>
      </w:tr>
      <w:tr w:rsidR="0081455A" w:rsidRPr="0081455A" w14:paraId="3FC11C5C" w14:textId="77777777" w:rsidTr="0081455A">
        <w:trPr>
          <w:trHeight w:val="622"/>
        </w:trPr>
        <w:tc>
          <w:tcPr>
            <w:tcW w:w="7725" w:type="dxa"/>
          </w:tcPr>
          <w:p w14:paraId="2DAE3CFC"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 xml:space="preserve">MOBILIZATION / DEMOBILIZATION </w:t>
            </w:r>
            <w:r w:rsidRPr="0081455A">
              <w:rPr>
                <w:rFonts w:ascii="Times New Roman" w:hAnsi="Times New Roman" w:cs="Times New Roman"/>
                <w:sz w:val="24"/>
                <w:szCs w:val="24"/>
              </w:rPr>
              <w:t>(10% of the project)</w:t>
            </w:r>
          </w:p>
        </w:tc>
        <w:tc>
          <w:tcPr>
            <w:tcW w:w="2005" w:type="dxa"/>
          </w:tcPr>
          <w:p w14:paraId="10664DBE" w14:textId="77777777" w:rsidR="0081455A" w:rsidRPr="0081455A" w:rsidRDefault="0081455A" w:rsidP="0081455A">
            <w:pPr>
              <w:pStyle w:val="NoSpacing"/>
              <w:spacing w:line="480" w:lineRule="auto"/>
              <w:rPr>
                <w:rFonts w:ascii="Times New Roman" w:hAnsi="Times New Roman" w:cs="Times New Roman"/>
                <w:b/>
                <w:bCs/>
                <w:sz w:val="24"/>
                <w:szCs w:val="24"/>
              </w:rPr>
            </w:pPr>
            <w:r w:rsidRPr="0081455A">
              <w:rPr>
                <w:rFonts w:ascii="Times New Roman" w:hAnsi="Times New Roman" w:cs="Times New Roman"/>
                <w:b/>
                <w:sz w:val="24"/>
                <w:szCs w:val="24"/>
              </w:rPr>
              <w:t>#73,600</w:t>
            </w:r>
          </w:p>
        </w:tc>
      </w:tr>
      <w:tr w:rsidR="0081455A" w:rsidRPr="0081455A" w14:paraId="5060BE70" w14:textId="77777777" w:rsidTr="0081455A">
        <w:trPr>
          <w:trHeight w:val="622"/>
        </w:trPr>
        <w:tc>
          <w:tcPr>
            <w:tcW w:w="7725" w:type="dxa"/>
          </w:tcPr>
          <w:p w14:paraId="6E69C0F2"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 xml:space="preserve">CONTIGENCY </w:t>
            </w:r>
            <w:r w:rsidRPr="0081455A">
              <w:rPr>
                <w:rFonts w:ascii="Times New Roman" w:hAnsi="Times New Roman" w:cs="Times New Roman"/>
                <w:sz w:val="24"/>
                <w:szCs w:val="24"/>
              </w:rPr>
              <w:t>(5% of the project)</w:t>
            </w:r>
          </w:p>
        </w:tc>
        <w:tc>
          <w:tcPr>
            <w:tcW w:w="2005" w:type="dxa"/>
          </w:tcPr>
          <w:p w14:paraId="6A1C07B6" w14:textId="77777777" w:rsidR="0081455A" w:rsidRPr="0081455A" w:rsidRDefault="0081455A" w:rsidP="0081455A">
            <w:pPr>
              <w:pStyle w:val="NoSpacing"/>
              <w:spacing w:line="480" w:lineRule="auto"/>
              <w:rPr>
                <w:rFonts w:ascii="Times New Roman" w:hAnsi="Times New Roman" w:cs="Times New Roman"/>
                <w:b/>
                <w:bCs/>
                <w:sz w:val="24"/>
                <w:szCs w:val="24"/>
              </w:rPr>
            </w:pPr>
            <w:r w:rsidRPr="0081455A">
              <w:rPr>
                <w:rFonts w:ascii="Times New Roman" w:hAnsi="Times New Roman" w:cs="Times New Roman"/>
                <w:b/>
                <w:sz w:val="24"/>
                <w:szCs w:val="24"/>
              </w:rPr>
              <w:t>#36,800</w:t>
            </w:r>
          </w:p>
        </w:tc>
      </w:tr>
      <w:tr w:rsidR="0081455A" w:rsidRPr="0081455A" w14:paraId="2B106F1B" w14:textId="77777777" w:rsidTr="0081455A">
        <w:trPr>
          <w:trHeight w:val="622"/>
        </w:trPr>
        <w:tc>
          <w:tcPr>
            <w:tcW w:w="7725" w:type="dxa"/>
          </w:tcPr>
          <w:p w14:paraId="2A76A90D"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TOTAL COST OF THE PROJECT</w:t>
            </w:r>
          </w:p>
        </w:tc>
        <w:tc>
          <w:tcPr>
            <w:tcW w:w="2005" w:type="dxa"/>
          </w:tcPr>
          <w:p w14:paraId="254033D0" w14:textId="77777777" w:rsidR="0081455A" w:rsidRPr="0081455A" w:rsidRDefault="0081455A" w:rsidP="0081455A">
            <w:pPr>
              <w:pStyle w:val="NoSpacing"/>
              <w:spacing w:line="480" w:lineRule="auto"/>
              <w:rPr>
                <w:rFonts w:ascii="Times New Roman" w:hAnsi="Times New Roman" w:cs="Times New Roman"/>
                <w:b/>
                <w:bCs/>
                <w:sz w:val="24"/>
                <w:szCs w:val="24"/>
              </w:rPr>
            </w:pPr>
            <w:r w:rsidRPr="0081455A">
              <w:rPr>
                <w:rFonts w:ascii="Times New Roman" w:hAnsi="Times New Roman" w:cs="Times New Roman"/>
                <w:b/>
                <w:sz w:val="24"/>
                <w:szCs w:val="24"/>
              </w:rPr>
              <w:t>#846,400</w:t>
            </w:r>
          </w:p>
        </w:tc>
      </w:tr>
      <w:tr w:rsidR="0081455A" w:rsidRPr="0081455A" w14:paraId="3A0B6E83" w14:textId="77777777" w:rsidTr="0081455A">
        <w:trPr>
          <w:trHeight w:val="622"/>
        </w:trPr>
        <w:tc>
          <w:tcPr>
            <w:tcW w:w="7725" w:type="dxa"/>
          </w:tcPr>
          <w:p w14:paraId="30832FA8" w14:textId="77777777" w:rsidR="0081455A" w:rsidRPr="0081455A" w:rsidRDefault="0081455A" w:rsidP="0081455A">
            <w:pPr>
              <w:pStyle w:val="NoSpacing"/>
              <w:spacing w:line="480" w:lineRule="auto"/>
              <w:rPr>
                <w:rFonts w:ascii="Times New Roman" w:hAnsi="Times New Roman" w:cs="Times New Roman"/>
                <w:sz w:val="24"/>
                <w:szCs w:val="24"/>
              </w:rPr>
            </w:pPr>
            <w:r w:rsidRPr="0081455A">
              <w:rPr>
                <w:rFonts w:ascii="Times New Roman" w:hAnsi="Times New Roman" w:cs="Times New Roman"/>
                <w:b/>
                <w:sz w:val="24"/>
                <w:szCs w:val="24"/>
              </w:rPr>
              <w:t xml:space="preserve">VAT) </w:t>
            </w:r>
            <w:r w:rsidRPr="0081455A">
              <w:rPr>
                <w:rFonts w:ascii="Times New Roman" w:hAnsi="Times New Roman" w:cs="Times New Roman"/>
                <w:sz w:val="24"/>
                <w:szCs w:val="24"/>
              </w:rPr>
              <w:t>(5%</w:t>
            </w:r>
            <w:r w:rsidRPr="0081455A">
              <w:rPr>
                <w:rFonts w:ascii="Times New Roman" w:hAnsi="Times New Roman" w:cs="Times New Roman"/>
                <w:b/>
                <w:sz w:val="24"/>
                <w:szCs w:val="24"/>
              </w:rPr>
              <w:t xml:space="preserve"> </w:t>
            </w:r>
            <w:r w:rsidRPr="0081455A">
              <w:rPr>
                <w:rFonts w:ascii="Times New Roman" w:hAnsi="Times New Roman" w:cs="Times New Roman"/>
                <w:sz w:val="24"/>
                <w:szCs w:val="24"/>
              </w:rPr>
              <w:t>of</w:t>
            </w:r>
            <w:r w:rsidRPr="0081455A">
              <w:rPr>
                <w:rFonts w:ascii="Times New Roman" w:hAnsi="Times New Roman" w:cs="Times New Roman"/>
                <w:b/>
                <w:sz w:val="24"/>
                <w:szCs w:val="24"/>
              </w:rPr>
              <w:t xml:space="preserve"> </w:t>
            </w:r>
            <w:r w:rsidRPr="0081455A">
              <w:rPr>
                <w:rFonts w:ascii="Times New Roman" w:hAnsi="Times New Roman" w:cs="Times New Roman"/>
                <w:sz w:val="24"/>
                <w:szCs w:val="24"/>
              </w:rPr>
              <w:t>the</w:t>
            </w:r>
            <w:r w:rsidRPr="0081455A">
              <w:rPr>
                <w:rFonts w:ascii="Times New Roman" w:hAnsi="Times New Roman" w:cs="Times New Roman"/>
                <w:b/>
                <w:sz w:val="24"/>
                <w:szCs w:val="24"/>
              </w:rPr>
              <w:t xml:space="preserve"> </w:t>
            </w:r>
            <w:r w:rsidRPr="0081455A">
              <w:rPr>
                <w:rFonts w:ascii="Times New Roman" w:hAnsi="Times New Roman" w:cs="Times New Roman"/>
                <w:sz w:val="24"/>
                <w:szCs w:val="24"/>
              </w:rPr>
              <w:t>project)</w:t>
            </w:r>
          </w:p>
          <w:p w14:paraId="33C8197F" w14:textId="77777777" w:rsidR="0081455A" w:rsidRPr="0081455A" w:rsidRDefault="0081455A" w:rsidP="0081455A">
            <w:pPr>
              <w:pStyle w:val="NoSpacing"/>
              <w:spacing w:line="480" w:lineRule="auto"/>
              <w:rPr>
                <w:rFonts w:ascii="Times New Roman" w:hAnsi="Times New Roman" w:cs="Times New Roman"/>
                <w:b/>
                <w:sz w:val="24"/>
                <w:szCs w:val="24"/>
              </w:rPr>
            </w:pPr>
          </w:p>
        </w:tc>
        <w:tc>
          <w:tcPr>
            <w:tcW w:w="2005" w:type="dxa"/>
          </w:tcPr>
          <w:p w14:paraId="1E86F255" w14:textId="77777777" w:rsidR="0081455A" w:rsidRPr="0081455A" w:rsidRDefault="0081455A" w:rsidP="0081455A">
            <w:pPr>
              <w:pStyle w:val="NoSpacing"/>
              <w:spacing w:line="480" w:lineRule="auto"/>
              <w:rPr>
                <w:rFonts w:ascii="Times New Roman" w:hAnsi="Times New Roman" w:cs="Times New Roman"/>
                <w:b/>
                <w:bCs/>
                <w:sz w:val="24"/>
                <w:szCs w:val="24"/>
              </w:rPr>
            </w:pPr>
            <w:r w:rsidRPr="0081455A">
              <w:rPr>
                <w:rFonts w:ascii="Times New Roman" w:hAnsi="Times New Roman" w:cs="Times New Roman"/>
                <w:b/>
                <w:sz w:val="24"/>
                <w:szCs w:val="24"/>
              </w:rPr>
              <w:t>#42,320</w:t>
            </w:r>
          </w:p>
        </w:tc>
      </w:tr>
      <w:tr w:rsidR="0081455A" w:rsidRPr="0081455A" w14:paraId="0B2E5DED" w14:textId="77777777" w:rsidTr="0081455A">
        <w:trPr>
          <w:trHeight w:val="622"/>
        </w:trPr>
        <w:tc>
          <w:tcPr>
            <w:tcW w:w="7725" w:type="dxa"/>
          </w:tcPr>
          <w:p w14:paraId="639B63F1" w14:textId="77777777" w:rsidR="0081455A" w:rsidRPr="0081455A" w:rsidRDefault="0081455A" w:rsidP="0081455A">
            <w:pPr>
              <w:pStyle w:val="NoSpacing"/>
              <w:spacing w:line="480" w:lineRule="auto"/>
              <w:rPr>
                <w:rFonts w:ascii="Times New Roman" w:hAnsi="Times New Roman" w:cs="Times New Roman"/>
                <w:b/>
                <w:sz w:val="24"/>
                <w:szCs w:val="24"/>
              </w:rPr>
            </w:pPr>
            <w:r w:rsidRPr="0081455A">
              <w:rPr>
                <w:rFonts w:ascii="Times New Roman" w:hAnsi="Times New Roman" w:cs="Times New Roman"/>
                <w:b/>
                <w:sz w:val="24"/>
                <w:szCs w:val="24"/>
              </w:rPr>
              <w:t>GRAND TOTAL</w:t>
            </w:r>
          </w:p>
        </w:tc>
        <w:tc>
          <w:tcPr>
            <w:tcW w:w="2005" w:type="dxa"/>
          </w:tcPr>
          <w:p w14:paraId="5B55F1E9" w14:textId="77777777" w:rsidR="0081455A" w:rsidRPr="0081455A" w:rsidRDefault="0081455A" w:rsidP="0081455A">
            <w:pPr>
              <w:pStyle w:val="NoSpacing"/>
              <w:spacing w:line="480" w:lineRule="auto"/>
              <w:rPr>
                <w:rFonts w:ascii="Times New Roman" w:hAnsi="Times New Roman" w:cs="Times New Roman"/>
                <w:b/>
                <w:bCs/>
                <w:sz w:val="24"/>
                <w:szCs w:val="24"/>
              </w:rPr>
            </w:pPr>
            <w:r w:rsidRPr="0081455A">
              <w:rPr>
                <w:rFonts w:ascii="Times New Roman" w:hAnsi="Times New Roman" w:cs="Times New Roman"/>
                <w:b/>
                <w:sz w:val="24"/>
                <w:szCs w:val="24"/>
              </w:rPr>
              <w:t>#888,720</w:t>
            </w:r>
          </w:p>
        </w:tc>
      </w:tr>
    </w:tbl>
    <w:p w14:paraId="0CD5FE41" w14:textId="77777777" w:rsidR="0081455A" w:rsidRPr="0081455A" w:rsidRDefault="0081455A" w:rsidP="0081455A">
      <w:pPr>
        <w:pStyle w:val="NoSpacing"/>
        <w:spacing w:line="480" w:lineRule="auto"/>
        <w:rPr>
          <w:rFonts w:ascii="Times New Roman" w:hAnsi="Times New Roman" w:cs="Times New Roman"/>
          <w:b/>
          <w:bCs/>
          <w:sz w:val="24"/>
          <w:szCs w:val="24"/>
        </w:rPr>
      </w:pPr>
    </w:p>
    <w:p w14:paraId="2547D087" w14:textId="77777777" w:rsidR="00FC175B" w:rsidRDefault="00FC175B" w:rsidP="0081455A">
      <w:pPr>
        <w:autoSpaceDE w:val="0"/>
        <w:autoSpaceDN w:val="0"/>
        <w:spacing w:after="0" w:line="480" w:lineRule="auto"/>
        <w:rPr>
          <w:rFonts w:ascii="Times New Roman" w:hAnsi="Times New Roman" w:cs="Times New Roman"/>
          <w:sz w:val="24"/>
          <w:szCs w:val="24"/>
        </w:rPr>
      </w:pPr>
    </w:p>
    <w:p w14:paraId="56BB8369" w14:textId="77777777" w:rsidR="0081455A" w:rsidRDefault="0081455A" w:rsidP="0081455A">
      <w:pPr>
        <w:autoSpaceDE w:val="0"/>
        <w:autoSpaceDN w:val="0"/>
        <w:spacing w:after="0" w:line="480" w:lineRule="auto"/>
        <w:rPr>
          <w:rFonts w:ascii="Times New Roman" w:hAnsi="Times New Roman" w:cs="Times New Roman"/>
          <w:sz w:val="24"/>
          <w:szCs w:val="24"/>
        </w:rPr>
      </w:pPr>
    </w:p>
    <w:p w14:paraId="72AD41BC" w14:textId="77777777" w:rsidR="0081455A" w:rsidRDefault="0081455A" w:rsidP="0081455A">
      <w:pPr>
        <w:autoSpaceDE w:val="0"/>
        <w:autoSpaceDN w:val="0"/>
        <w:spacing w:after="0" w:line="480" w:lineRule="auto"/>
        <w:rPr>
          <w:rFonts w:ascii="Times New Roman" w:hAnsi="Times New Roman" w:cs="Times New Roman"/>
          <w:sz w:val="24"/>
          <w:szCs w:val="24"/>
        </w:rPr>
      </w:pPr>
    </w:p>
    <w:p w14:paraId="7BBFCD64" w14:textId="77777777" w:rsidR="0081455A" w:rsidRDefault="0081455A" w:rsidP="0081455A">
      <w:pPr>
        <w:autoSpaceDE w:val="0"/>
        <w:autoSpaceDN w:val="0"/>
        <w:spacing w:after="0" w:line="480" w:lineRule="auto"/>
        <w:rPr>
          <w:rFonts w:ascii="Times New Roman" w:hAnsi="Times New Roman" w:cs="Times New Roman"/>
          <w:sz w:val="24"/>
          <w:szCs w:val="24"/>
        </w:rPr>
      </w:pPr>
    </w:p>
    <w:p w14:paraId="08377E87" w14:textId="77777777" w:rsidR="0081455A" w:rsidRDefault="0081455A" w:rsidP="0081455A">
      <w:pPr>
        <w:autoSpaceDE w:val="0"/>
        <w:autoSpaceDN w:val="0"/>
        <w:spacing w:after="0" w:line="480" w:lineRule="auto"/>
        <w:rPr>
          <w:rFonts w:ascii="Times New Roman" w:hAnsi="Times New Roman" w:cs="Times New Roman"/>
          <w:sz w:val="24"/>
          <w:szCs w:val="24"/>
        </w:rPr>
      </w:pPr>
    </w:p>
    <w:p w14:paraId="53FDA4A2" w14:textId="77777777" w:rsidR="0081455A" w:rsidRDefault="0081455A" w:rsidP="0081455A">
      <w:pPr>
        <w:autoSpaceDE w:val="0"/>
        <w:autoSpaceDN w:val="0"/>
        <w:spacing w:after="0" w:line="480" w:lineRule="auto"/>
        <w:rPr>
          <w:rFonts w:ascii="Times New Roman" w:hAnsi="Times New Roman" w:cs="Times New Roman"/>
          <w:sz w:val="24"/>
          <w:szCs w:val="24"/>
        </w:rPr>
      </w:pPr>
    </w:p>
    <w:p w14:paraId="44A1BF68" w14:textId="77777777" w:rsidR="0081455A" w:rsidRDefault="0081455A" w:rsidP="0081455A">
      <w:pPr>
        <w:autoSpaceDE w:val="0"/>
        <w:autoSpaceDN w:val="0"/>
        <w:spacing w:after="0" w:line="480" w:lineRule="auto"/>
        <w:rPr>
          <w:rFonts w:ascii="Times New Roman" w:hAnsi="Times New Roman" w:cs="Times New Roman"/>
          <w:sz w:val="24"/>
          <w:szCs w:val="24"/>
        </w:rPr>
      </w:pPr>
    </w:p>
    <w:p w14:paraId="0C38C97C" w14:textId="77777777" w:rsidR="0081455A" w:rsidRDefault="0081455A" w:rsidP="0081455A">
      <w:pPr>
        <w:autoSpaceDE w:val="0"/>
        <w:autoSpaceDN w:val="0"/>
        <w:spacing w:after="0" w:line="480" w:lineRule="auto"/>
        <w:rPr>
          <w:rFonts w:ascii="Times New Roman" w:hAnsi="Times New Roman" w:cs="Times New Roman"/>
          <w:sz w:val="24"/>
          <w:szCs w:val="24"/>
        </w:rPr>
      </w:pPr>
    </w:p>
    <w:p w14:paraId="79963F35" w14:textId="77777777" w:rsidR="0081455A" w:rsidRDefault="0081455A" w:rsidP="0081455A">
      <w:pPr>
        <w:autoSpaceDE w:val="0"/>
        <w:autoSpaceDN w:val="0"/>
        <w:spacing w:after="0" w:line="480" w:lineRule="auto"/>
        <w:rPr>
          <w:rFonts w:ascii="Times New Roman" w:hAnsi="Times New Roman" w:cs="Times New Roman"/>
          <w:sz w:val="24"/>
          <w:szCs w:val="24"/>
        </w:rPr>
      </w:pPr>
    </w:p>
    <w:p w14:paraId="1403D80E" w14:textId="77777777" w:rsidR="0081455A" w:rsidRDefault="0081455A" w:rsidP="0081455A">
      <w:pPr>
        <w:autoSpaceDE w:val="0"/>
        <w:autoSpaceDN w:val="0"/>
        <w:spacing w:after="0" w:line="480" w:lineRule="auto"/>
        <w:rPr>
          <w:rFonts w:ascii="Times New Roman" w:hAnsi="Times New Roman" w:cs="Times New Roman"/>
          <w:sz w:val="24"/>
          <w:szCs w:val="24"/>
        </w:rPr>
      </w:pPr>
    </w:p>
    <w:p w14:paraId="7284580A" w14:textId="77777777" w:rsidR="0081455A" w:rsidRDefault="0081455A" w:rsidP="0081455A">
      <w:pPr>
        <w:autoSpaceDE w:val="0"/>
        <w:autoSpaceDN w:val="0"/>
        <w:spacing w:after="0" w:line="480" w:lineRule="auto"/>
        <w:rPr>
          <w:rFonts w:ascii="Times New Roman" w:hAnsi="Times New Roman" w:cs="Times New Roman"/>
          <w:sz w:val="24"/>
          <w:szCs w:val="24"/>
        </w:rPr>
      </w:pPr>
    </w:p>
    <w:p w14:paraId="5A32785C" w14:textId="77777777" w:rsidR="0081455A" w:rsidRDefault="0081455A" w:rsidP="0081455A">
      <w:pPr>
        <w:autoSpaceDE w:val="0"/>
        <w:autoSpaceDN w:val="0"/>
        <w:spacing w:after="0" w:line="480" w:lineRule="auto"/>
        <w:rPr>
          <w:rFonts w:ascii="Times New Roman" w:hAnsi="Times New Roman" w:cs="Times New Roman"/>
          <w:sz w:val="24"/>
          <w:szCs w:val="24"/>
        </w:rPr>
      </w:pPr>
    </w:p>
    <w:p w14:paraId="5D403DA8" w14:textId="77777777" w:rsidR="0081455A" w:rsidRDefault="0081455A" w:rsidP="0081455A">
      <w:pPr>
        <w:autoSpaceDE w:val="0"/>
        <w:autoSpaceDN w:val="0"/>
        <w:spacing w:after="0" w:line="480" w:lineRule="auto"/>
        <w:rPr>
          <w:rFonts w:ascii="Times New Roman" w:hAnsi="Times New Roman" w:cs="Times New Roman"/>
          <w:sz w:val="24"/>
          <w:szCs w:val="24"/>
        </w:rPr>
      </w:pPr>
    </w:p>
    <w:p w14:paraId="048A46E1" w14:textId="77777777" w:rsidR="0081455A" w:rsidRDefault="0081455A" w:rsidP="0081455A">
      <w:pPr>
        <w:autoSpaceDE w:val="0"/>
        <w:autoSpaceDN w:val="0"/>
        <w:spacing w:after="0" w:line="480" w:lineRule="auto"/>
        <w:rPr>
          <w:rFonts w:ascii="Times New Roman" w:hAnsi="Times New Roman" w:cs="Times New Roman"/>
          <w:sz w:val="24"/>
          <w:szCs w:val="24"/>
        </w:rPr>
      </w:pPr>
    </w:p>
    <w:p w14:paraId="47CDC7FB" w14:textId="77777777" w:rsidR="0081455A" w:rsidRDefault="0081455A" w:rsidP="0081455A">
      <w:pPr>
        <w:autoSpaceDE w:val="0"/>
        <w:autoSpaceDN w:val="0"/>
        <w:spacing w:after="0" w:line="480" w:lineRule="auto"/>
        <w:rPr>
          <w:rFonts w:ascii="Times New Roman" w:hAnsi="Times New Roman" w:cs="Times New Roman"/>
          <w:sz w:val="24"/>
          <w:szCs w:val="24"/>
        </w:rPr>
      </w:pPr>
    </w:p>
    <w:p w14:paraId="3C7DC266" w14:textId="77777777" w:rsidR="0081455A" w:rsidRDefault="0081455A" w:rsidP="0081455A">
      <w:pPr>
        <w:autoSpaceDE w:val="0"/>
        <w:autoSpaceDN w:val="0"/>
        <w:spacing w:after="0" w:line="480" w:lineRule="auto"/>
        <w:rPr>
          <w:rFonts w:ascii="Times New Roman" w:hAnsi="Times New Roman" w:cs="Times New Roman"/>
          <w:sz w:val="24"/>
          <w:szCs w:val="24"/>
        </w:rPr>
      </w:pPr>
    </w:p>
    <w:p w14:paraId="3F979135" w14:textId="77777777" w:rsidR="0081455A" w:rsidRDefault="0081455A" w:rsidP="0081455A">
      <w:pPr>
        <w:autoSpaceDE w:val="0"/>
        <w:autoSpaceDN w:val="0"/>
        <w:spacing w:after="0" w:line="480" w:lineRule="auto"/>
        <w:rPr>
          <w:rFonts w:ascii="Times New Roman" w:hAnsi="Times New Roman" w:cs="Times New Roman"/>
          <w:sz w:val="24"/>
          <w:szCs w:val="24"/>
        </w:rPr>
      </w:pPr>
    </w:p>
    <w:p w14:paraId="34AA630A" w14:textId="77777777" w:rsidR="0081455A" w:rsidRDefault="0081455A" w:rsidP="0081455A">
      <w:pPr>
        <w:autoSpaceDE w:val="0"/>
        <w:autoSpaceDN w:val="0"/>
        <w:spacing w:after="0" w:line="480" w:lineRule="auto"/>
        <w:rPr>
          <w:rFonts w:ascii="Times New Roman" w:hAnsi="Times New Roman" w:cs="Times New Roman"/>
          <w:sz w:val="24"/>
          <w:szCs w:val="24"/>
        </w:rPr>
      </w:pPr>
    </w:p>
    <w:p w14:paraId="10F45472" w14:textId="77777777" w:rsidR="0081455A" w:rsidRPr="00051241" w:rsidRDefault="0081455A" w:rsidP="0081455A">
      <w:pPr>
        <w:autoSpaceDE w:val="0"/>
        <w:autoSpaceDN w:val="0"/>
        <w:spacing w:after="0" w:line="480" w:lineRule="auto"/>
        <w:rPr>
          <w:rFonts w:ascii="Times New Roman" w:hAnsi="Times New Roman" w:cs="Times New Roman"/>
          <w:b/>
          <w:sz w:val="24"/>
          <w:szCs w:val="24"/>
        </w:rPr>
      </w:pPr>
    </w:p>
    <w:p w14:paraId="1066E835" w14:textId="7678D80E" w:rsidR="0081455A" w:rsidRPr="00051241" w:rsidRDefault="0081455A" w:rsidP="0081455A">
      <w:pPr>
        <w:autoSpaceDE w:val="0"/>
        <w:autoSpaceDN w:val="0"/>
        <w:spacing w:after="130" w:line="480" w:lineRule="auto"/>
        <w:jc w:val="center"/>
        <w:rPr>
          <w:rFonts w:ascii="Times New Roman" w:hAnsi="Times New Roman" w:cs="Times New Roman"/>
          <w:b/>
          <w:sz w:val="24"/>
          <w:szCs w:val="24"/>
        </w:rPr>
      </w:pPr>
      <w:r w:rsidRPr="00051241">
        <w:rPr>
          <w:rFonts w:ascii="Times New Roman" w:hAnsi="Times New Roman" w:cs="Times New Roman"/>
          <w:b/>
          <w:sz w:val="24"/>
          <w:szCs w:val="24"/>
        </w:rPr>
        <w:t>CHAPTER FIVE</w:t>
      </w:r>
    </w:p>
    <w:p w14:paraId="38BB97E3" w14:textId="1D9998A2" w:rsidR="00051241" w:rsidRDefault="0081455A" w:rsidP="0081455A">
      <w:pPr>
        <w:autoSpaceDE w:val="0"/>
        <w:autoSpaceDN w:val="0"/>
        <w:spacing w:after="130" w:line="480" w:lineRule="auto"/>
        <w:rPr>
          <w:rFonts w:ascii="Times New Roman" w:hAnsi="Times New Roman" w:cs="Times New Roman"/>
          <w:b/>
          <w:sz w:val="24"/>
          <w:szCs w:val="24"/>
        </w:rPr>
      </w:pPr>
      <w:r w:rsidRPr="00051241">
        <w:rPr>
          <w:rFonts w:ascii="Times New Roman" w:hAnsi="Times New Roman" w:cs="Times New Roman"/>
          <w:b/>
          <w:sz w:val="24"/>
          <w:szCs w:val="24"/>
        </w:rPr>
        <w:t>5.0 SUMMARY, PROBLEMS ENCOUNTERED</w:t>
      </w:r>
      <w:r w:rsidR="00051241">
        <w:rPr>
          <w:rFonts w:ascii="Times New Roman" w:hAnsi="Times New Roman" w:cs="Times New Roman"/>
          <w:b/>
          <w:sz w:val="24"/>
          <w:szCs w:val="24"/>
        </w:rPr>
        <w:t>, CONCLUSION AND RECOMMENDATION</w:t>
      </w:r>
    </w:p>
    <w:p w14:paraId="2A912410" w14:textId="77777777" w:rsidR="00051241" w:rsidRPr="00051241" w:rsidRDefault="0081455A" w:rsidP="0081455A">
      <w:pPr>
        <w:autoSpaceDE w:val="0"/>
        <w:autoSpaceDN w:val="0"/>
        <w:spacing w:after="130" w:line="480" w:lineRule="auto"/>
        <w:rPr>
          <w:rFonts w:ascii="Times New Roman" w:hAnsi="Times New Roman" w:cs="Times New Roman"/>
          <w:b/>
          <w:sz w:val="24"/>
          <w:szCs w:val="24"/>
        </w:rPr>
      </w:pPr>
      <w:r w:rsidRPr="00051241">
        <w:rPr>
          <w:rFonts w:ascii="Times New Roman" w:hAnsi="Times New Roman" w:cs="Times New Roman"/>
          <w:b/>
          <w:sz w:val="24"/>
          <w:szCs w:val="24"/>
        </w:rPr>
        <w:t xml:space="preserve">5.1 SUMMARY </w:t>
      </w:r>
    </w:p>
    <w:p w14:paraId="6F0A704B" w14:textId="77777777" w:rsidR="00051241" w:rsidRDefault="0081455A" w:rsidP="0081455A">
      <w:pPr>
        <w:autoSpaceDE w:val="0"/>
        <w:autoSpaceDN w:val="0"/>
        <w:spacing w:after="130" w:line="480" w:lineRule="auto"/>
        <w:rPr>
          <w:rFonts w:ascii="Times New Roman" w:hAnsi="Times New Roman" w:cs="Times New Roman"/>
          <w:sz w:val="24"/>
          <w:szCs w:val="24"/>
        </w:rPr>
      </w:pPr>
      <w:r w:rsidRPr="0081455A">
        <w:rPr>
          <w:rFonts w:ascii="Times New Roman" w:hAnsi="Times New Roman" w:cs="Times New Roman"/>
          <w:sz w:val="24"/>
          <w:szCs w:val="24"/>
        </w:rPr>
        <w:t>The project focused on route surveying, a specific type of survey falling within the broader domain of engineering surveys. It delineated the methods, equipment, and personnel involved in the project execution, ultimately assisting in determining the appropriate instruments type and accuracy, creating a reconnaissance diagram, and identifying suitable methods for data acquisition to des</w:t>
      </w:r>
      <w:r w:rsidR="00051241">
        <w:rPr>
          <w:rFonts w:ascii="Times New Roman" w:hAnsi="Times New Roman" w:cs="Times New Roman"/>
          <w:sz w:val="24"/>
          <w:szCs w:val="24"/>
        </w:rPr>
        <w:t>ign the road. For conformity, 11</w:t>
      </w:r>
      <w:r w:rsidRPr="0081455A">
        <w:rPr>
          <w:rFonts w:ascii="Times New Roman" w:hAnsi="Times New Roman" w:cs="Times New Roman"/>
          <w:sz w:val="24"/>
          <w:szCs w:val="24"/>
        </w:rPr>
        <w:t xml:space="preserve"> Control stations were established and Markers were placed at 25m intervals to establish </w:t>
      </w:r>
      <w:proofErr w:type="spellStart"/>
      <w:r w:rsidRPr="0081455A">
        <w:rPr>
          <w:rFonts w:ascii="Times New Roman" w:hAnsi="Times New Roman" w:cs="Times New Roman"/>
          <w:sz w:val="24"/>
          <w:szCs w:val="24"/>
        </w:rPr>
        <w:t>chainages</w:t>
      </w:r>
      <w:proofErr w:type="spellEnd"/>
      <w:r w:rsidRPr="0081455A">
        <w:rPr>
          <w:rFonts w:ascii="Times New Roman" w:hAnsi="Times New Roman" w:cs="Times New Roman"/>
          <w:sz w:val="24"/>
          <w:szCs w:val="24"/>
        </w:rPr>
        <w:t xml:space="preserve"> fr</w:t>
      </w:r>
      <w:r w:rsidR="00051241">
        <w:rPr>
          <w:rFonts w:ascii="Times New Roman" w:hAnsi="Times New Roman" w:cs="Times New Roman"/>
          <w:sz w:val="24"/>
          <w:szCs w:val="24"/>
        </w:rPr>
        <w:t>om 0m to a total length of 4.5</w:t>
      </w:r>
      <w:r w:rsidRPr="0081455A">
        <w:rPr>
          <w:rFonts w:ascii="Times New Roman" w:hAnsi="Times New Roman" w:cs="Times New Roman"/>
          <w:sz w:val="24"/>
          <w:szCs w:val="24"/>
        </w:rPr>
        <w:t xml:space="preserve">km including 5m cross sections at the left and right of each center line for every </w:t>
      </w:r>
      <w:proofErr w:type="spellStart"/>
      <w:r w:rsidRPr="0081455A">
        <w:rPr>
          <w:rFonts w:ascii="Times New Roman" w:hAnsi="Times New Roman" w:cs="Times New Roman"/>
          <w:sz w:val="24"/>
          <w:szCs w:val="24"/>
        </w:rPr>
        <w:t>chainage</w:t>
      </w:r>
      <w:proofErr w:type="spellEnd"/>
      <w:r w:rsidRPr="0081455A">
        <w:rPr>
          <w:rFonts w:ascii="Times New Roman" w:hAnsi="Times New Roman" w:cs="Times New Roman"/>
          <w:sz w:val="24"/>
          <w:szCs w:val="24"/>
        </w:rPr>
        <w:t>.</w:t>
      </w:r>
      <w:r w:rsidR="00051241">
        <w:rPr>
          <w:rFonts w:ascii="Times New Roman" w:hAnsi="Times New Roman" w:cs="Times New Roman"/>
          <w:sz w:val="24"/>
          <w:szCs w:val="24"/>
        </w:rPr>
        <w:t xml:space="preserve"> T</w:t>
      </w:r>
      <w:r w:rsidRPr="0081455A">
        <w:rPr>
          <w:rFonts w:ascii="Times New Roman" w:hAnsi="Times New Roman" w:cs="Times New Roman"/>
          <w:sz w:val="24"/>
          <w:szCs w:val="24"/>
        </w:rPr>
        <w:t>otal station was utilized to capture the horizontal and vertical coordinates for profile and cross-sectional points and to detail the route. The accumulated data was transferred using Leica Geo-office software via a download cable. This processed data wa</w:t>
      </w:r>
      <w:r w:rsidR="00051241">
        <w:rPr>
          <w:rFonts w:ascii="Times New Roman" w:hAnsi="Times New Roman" w:cs="Times New Roman"/>
          <w:sz w:val="24"/>
          <w:szCs w:val="24"/>
        </w:rPr>
        <w:t>s plotted using AutoCAD Civil CAD 2014</w:t>
      </w:r>
      <w:r w:rsidRPr="0081455A">
        <w:rPr>
          <w:rFonts w:ascii="Times New Roman" w:hAnsi="Times New Roman" w:cs="Times New Roman"/>
          <w:sz w:val="24"/>
          <w:szCs w:val="24"/>
        </w:rPr>
        <w:t xml:space="preserve"> to generate cross-sections, profiles and Horizontal alignment. The survey information was visually represented in hardcopy format, and a comprehensive report detailing the project's activities was subsequently produced. </w:t>
      </w:r>
    </w:p>
    <w:p w14:paraId="0054E119" w14:textId="55ECC3E2" w:rsidR="00051241" w:rsidRPr="00051241" w:rsidRDefault="0081455A" w:rsidP="00585E09">
      <w:pPr>
        <w:pStyle w:val="ListParagraph"/>
        <w:numPr>
          <w:ilvl w:val="1"/>
          <w:numId w:val="16"/>
        </w:numPr>
        <w:autoSpaceDE w:val="0"/>
        <w:autoSpaceDN w:val="0"/>
        <w:spacing w:after="130" w:line="480" w:lineRule="auto"/>
        <w:rPr>
          <w:rFonts w:ascii="Times New Roman" w:hAnsi="Times New Roman" w:cs="Times New Roman"/>
          <w:b/>
          <w:sz w:val="24"/>
          <w:szCs w:val="24"/>
        </w:rPr>
      </w:pPr>
      <w:r w:rsidRPr="00051241">
        <w:rPr>
          <w:rFonts w:ascii="Times New Roman" w:hAnsi="Times New Roman" w:cs="Times New Roman"/>
          <w:b/>
          <w:sz w:val="24"/>
          <w:szCs w:val="24"/>
        </w:rPr>
        <w:t xml:space="preserve">PROBLEMS ENCOUNTERED </w:t>
      </w:r>
    </w:p>
    <w:p w14:paraId="2E2BB73C" w14:textId="77777777" w:rsidR="00051241" w:rsidRDefault="0081455A" w:rsidP="00051241">
      <w:pPr>
        <w:pStyle w:val="ListParagraph"/>
        <w:autoSpaceDE w:val="0"/>
        <w:autoSpaceDN w:val="0"/>
        <w:spacing w:after="130" w:line="480" w:lineRule="auto"/>
        <w:rPr>
          <w:rFonts w:ascii="Times New Roman" w:hAnsi="Times New Roman" w:cs="Times New Roman"/>
          <w:sz w:val="24"/>
          <w:szCs w:val="24"/>
        </w:rPr>
      </w:pPr>
      <w:r w:rsidRPr="00051241">
        <w:rPr>
          <w:rFonts w:ascii="Times New Roman" w:hAnsi="Times New Roman" w:cs="Times New Roman"/>
          <w:sz w:val="24"/>
          <w:szCs w:val="24"/>
        </w:rPr>
        <w:t>The foremost challenge encountered during field observation involved hindrances due to vehicle obstructions and temporary structures, disrupting our ability to accurately measure and record data.</w:t>
      </w:r>
    </w:p>
    <w:p w14:paraId="78654BA9" w14:textId="6C65B378" w:rsidR="00051241" w:rsidRPr="00051241" w:rsidRDefault="0081455A" w:rsidP="00585E09">
      <w:pPr>
        <w:pStyle w:val="ListParagraph"/>
        <w:numPr>
          <w:ilvl w:val="1"/>
          <w:numId w:val="16"/>
        </w:numPr>
        <w:autoSpaceDE w:val="0"/>
        <w:autoSpaceDN w:val="0"/>
        <w:spacing w:after="130" w:line="480" w:lineRule="auto"/>
        <w:rPr>
          <w:rFonts w:ascii="Times New Roman" w:hAnsi="Times New Roman" w:cs="Times New Roman"/>
          <w:b/>
          <w:sz w:val="24"/>
          <w:szCs w:val="24"/>
        </w:rPr>
      </w:pPr>
      <w:r w:rsidRPr="00051241">
        <w:rPr>
          <w:rFonts w:ascii="Times New Roman" w:hAnsi="Times New Roman" w:cs="Times New Roman"/>
          <w:b/>
          <w:sz w:val="24"/>
          <w:szCs w:val="24"/>
        </w:rPr>
        <w:t>CONCLUSION</w:t>
      </w:r>
    </w:p>
    <w:p w14:paraId="29AB152C" w14:textId="77777777" w:rsidR="00051241" w:rsidRDefault="0081455A" w:rsidP="00051241">
      <w:pPr>
        <w:pStyle w:val="ListParagraph"/>
        <w:autoSpaceDE w:val="0"/>
        <w:autoSpaceDN w:val="0"/>
        <w:spacing w:after="130" w:line="480" w:lineRule="auto"/>
        <w:rPr>
          <w:rFonts w:ascii="Times New Roman" w:hAnsi="Times New Roman" w:cs="Times New Roman"/>
          <w:sz w:val="24"/>
          <w:szCs w:val="24"/>
        </w:rPr>
      </w:pPr>
      <w:r w:rsidRPr="00051241">
        <w:rPr>
          <w:rFonts w:ascii="Times New Roman" w:hAnsi="Times New Roman" w:cs="Times New Roman"/>
          <w:sz w:val="24"/>
          <w:szCs w:val="24"/>
        </w:rPr>
        <w:t xml:space="preserve">Upon analyzing the results computed in chapter four of the project report, it is clear that the project adhered to the specifications of engineering survey, constituting a third order survey project. Both the field and office work were meticulously executed in line with the regulations and specifications of this project. This experience has contributed significantly </w:t>
      </w:r>
      <w:r w:rsidRPr="00051241">
        <w:rPr>
          <w:rFonts w:ascii="Times New Roman" w:hAnsi="Times New Roman" w:cs="Times New Roman"/>
          <w:sz w:val="24"/>
          <w:szCs w:val="24"/>
        </w:rPr>
        <w:lastRenderedPageBreak/>
        <w:t xml:space="preserve">to my knowledge and expertise, positioning me favorably as a technologist in the Survey profession. Despite the 39 challenges encountered on-site and throughout the project, the project's objective was successfully accomplished. </w:t>
      </w:r>
    </w:p>
    <w:p w14:paraId="01ADCEBC" w14:textId="5D1940A5" w:rsidR="00051241" w:rsidRPr="00051241" w:rsidRDefault="0081455A" w:rsidP="00585E09">
      <w:pPr>
        <w:pStyle w:val="ListParagraph"/>
        <w:numPr>
          <w:ilvl w:val="1"/>
          <w:numId w:val="16"/>
        </w:numPr>
        <w:autoSpaceDE w:val="0"/>
        <w:autoSpaceDN w:val="0"/>
        <w:spacing w:after="130" w:line="480" w:lineRule="auto"/>
        <w:rPr>
          <w:rFonts w:ascii="Times New Roman" w:hAnsi="Times New Roman" w:cs="Times New Roman"/>
          <w:b/>
          <w:sz w:val="24"/>
          <w:szCs w:val="24"/>
        </w:rPr>
      </w:pPr>
      <w:r w:rsidRPr="00051241">
        <w:rPr>
          <w:rFonts w:ascii="Times New Roman" w:hAnsi="Times New Roman" w:cs="Times New Roman"/>
          <w:b/>
          <w:sz w:val="24"/>
          <w:szCs w:val="24"/>
        </w:rPr>
        <w:t xml:space="preserve">RECOMMENDATIONS </w:t>
      </w:r>
    </w:p>
    <w:p w14:paraId="4ABA20FC" w14:textId="77777777" w:rsidR="00051241" w:rsidRDefault="0081455A" w:rsidP="00051241">
      <w:pPr>
        <w:pStyle w:val="ListParagraph"/>
        <w:autoSpaceDE w:val="0"/>
        <w:autoSpaceDN w:val="0"/>
        <w:spacing w:after="130" w:line="480" w:lineRule="auto"/>
        <w:rPr>
          <w:rFonts w:ascii="Times New Roman" w:hAnsi="Times New Roman" w:cs="Times New Roman"/>
          <w:sz w:val="24"/>
          <w:szCs w:val="24"/>
        </w:rPr>
      </w:pPr>
      <w:r w:rsidRPr="00051241">
        <w:rPr>
          <w:rFonts w:ascii="Times New Roman" w:hAnsi="Times New Roman" w:cs="Times New Roman"/>
          <w:sz w:val="24"/>
          <w:szCs w:val="24"/>
        </w:rPr>
        <w:t>As a result of the experience and knowledge acquired from this project, I her</w:t>
      </w:r>
      <w:r w:rsidR="00051241">
        <w:rPr>
          <w:rFonts w:ascii="Times New Roman" w:hAnsi="Times New Roman" w:cs="Times New Roman"/>
          <w:sz w:val="24"/>
          <w:szCs w:val="24"/>
        </w:rPr>
        <w:t xml:space="preserve">eby recommend that: </w:t>
      </w:r>
      <w:proofErr w:type="spellStart"/>
      <w:r w:rsidR="00051241">
        <w:rPr>
          <w:rFonts w:ascii="Times New Roman" w:hAnsi="Times New Roman" w:cs="Times New Roman"/>
          <w:sz w:val="24"/>
          <w:szCs w:val="24"/>
        </w:rPr>
        <w:t>i</w:t>
      </w:r>
      <w:proofErr w:type="spellEnd"/>
      <w:r w:rsidR="00051241">
        <w:rPr>
          <w:rFonts w:ascii="Times New Roman" w:hAnsi="Times New Roman" w:cs="Times New Roman"/>
          <w:sz w:val="24"/>
          <w:szCs w:val="24"/>
        </w:rPr>
        <w:t xml:space="preserve">. ii. iii. </w:t>
      </w:r>
      <w:proofErr w:type="gramStart"/>
      <w:r w:rsidRPr="00051241">
        <w:rPr>
          <w:rFonts w:ascii="Times New Roman" w:hAnsi="Times New Roman" w:cs="Times New Roman"/>
          <w:sz w:val="24"/>
          <w:szCs w:val="24"/>
        </w:rPr>
        <w:t>iv</w:t>
      </w:r>
      <w:proofErr w:type="gramEnd"/>
      <w:r w:rsidRPr="00051241">
        <w:rPr>
          <w:rFonts w:ascii="Times New Roman" w:hAnsi="Times New Roman" w:cs="Times New Roman"/>
          <w:sz w:val="24"/>
          <w:szCs w:val="24"/>
        </w:rPr>
        <w:t>. The methodology employed in this project enhances its accuracy, adopting such an approach globally is recommended to improve the precision of survey work. Considering the project's nature, tele</w:t>
      </w:r>
      <w:r w:rsidR="00051241">
        <w:rPr>
          <w:rFonts w:ascii="Times New Roman" w:hAnsi="Times New Roman" w:cs="Times New Roman"/>
          <w:sz w:val="24"/>
          <w:szCs w:val="24"/>
        </w:rPr>
        <w:t xml:space="preserve">communication devices should be </w:t>
      </w:r>
      <w:r w:rsidRPr="00051241">
        <w:rPr>
          <w:rFonts w:ascii="Times New Roman" w:hAnsi="Times New Roman" w:cs="Times New Roman"/>
          <w:sz w:val="24"/>
          <w:szCs w:val="24"/>
        </w:rPr>
        <w:t>employed due to communication barriers to facilitate effective communication at project sites. The acquired data should be preserved for future use to minimize construction expenses for any future road development. Given the thorough execution of the project's field work, the attained precision, and the sufficiency of the acquired data, it can effectively support any construction undertaking within the route. With the advancement of technology there should be comparison between GNSS and Total station to be employed in this project.</w:t>
      </w:r>
    </w:p>
    <w:p w14:paraId="75E32CE2" w14:textId="77777777" w:rsidR="00051241" w:rsidRDefault="00051241" w:rsidP="00051241">
      <w:pPr>
        <w:pStyle w:val="ListParagraph"/>
        <w:autoSpaceDE w:val="0"/>
        <w:autoSpaceDN w:val="0"/>
        <w:spacing w:after="130" w:line="480" w:lineRule="auto"/>
        <w:rPr>
          <w:rFonts w:ascii="Times New Roman" w:hAnsi="Times New Roman" w:cs="Times New Roman"/>
          <w:sz w:val="24"/>
          <w:szCs w:val="24"/>
        </w:rPr>
      </w:pPr>
    </w:p>
    <w:p w14:paraId="273DD56F" w14:textId="77777777" w:rsidR="00051241" w:rsidRDefault="00051241" w:rsidP="00051241">
      <w:pPr>
        <w:pStyle w:val="ListParagraph"/>
        <w:autoSpaceDE w:val="0"/>
        <w:autoSpaceDN w:val="0"/>
        <w:spacing w:after="130" w:line="480" w:lineRule="auto"/>
        <w:rPr>
          <w:rFonts w:ascii="Times New Roman" w:hAnsi="Times New Roman" w:cs="Times New Roman"/>
          <w:sz w:val="24"/>
          <w:szCs w:val="24"/>
        </w:rPr>
      </w:pPr>
    </w:p>
    <w:p w14:paraId="0A31DC91" w14:textId="77777777" w:rsidR="00051241" w:rsidRDefault="00051241" w:rsidP="00051241">
      <w:pPr>
        <w:pStyle w:val="ListParagraph"/>
        <w:autoSpaceDE w:val="0"/>
        <w:autoSpaceDN w:val="0"/>
        <w:spacing w:after="130" w:line="480" w:lineRule="auto"/>
        <w:rPr>
          <w:rFonts w:ascii="Times New Roman" w:hAnsi="Times New Roman" w:cs="Times New Roman"/>
          <w:sz w:val="24"/>
          <w:szCs w:val="24"/>
        </w:rPr>
      </w:pPr>
    </w:p>
    <w:p w14:paraId="35E766F7" w14:textId="77777777" w:rsidR="00051241" w:rsidRDefault="00051241" w:rsidP="00051241">
      <w:pPr>
        <w:pStyle w:val="ListParagraph"/>
        <w:autoSpaceDE w:val="0"/>
        <w:autoSpaceDN w:val="0"/>
        <w:spacing w:after="130" w:line="480" w:lineRule="auto"/>
        <w:rPr>
          <w:rFonts w:ascii="Times New Roman" w:hAnsi="Times New Roman" w:cs="Times New Roman"/>
          <w:sz w:val="24"/>
          <w:szCs w:val="24"/>
        </w:rPr>
      </w:pPr>
    </w:p>
    <w:p w14:paraId="0965E5BB" w14:textId="77777777" w:rsidR="00051241" w:rsidRDefault="00051241" w:rsidP="00051241">
      <w:pPr>
        <w:pStyle w:val="ListParagraph"/>
        <w:autoSpaceDE w:val="0"/>
        <w:autoSpaceDN w:val="0"/>
        <w:spacing w:after="130" w:line="480" w:lineRule="auto"/>
        <w:rPr>
          <w:rFonts w:ascii="Times New Roman" w:hAnsi="Times New Roman" w:cs="Times New Roman"/>
          <w:sz w:val="24"/>
          <w:szCs w:val="24"/>
        </w:rPr>
      </w:pPr>
    </w:p>
    <w:p w14:paraId="252ADBCD" w14:textId="77777777" w:rsidR="00051241" w:rsidRDefault="00051241" w:rsidP="00051241">
      <w:pPr>
        <w:pStyle w:val="ListParagraph"/>
        <w:autoSpaceDE w:val="0"/>
        <w:autoSpaceDN w:val="0"/>
        <w:spacing w:after="130" w:line="480" w:lineRule="auto"/>
        <w:rPr>
          <w:rFonts w:ascii="Times New Roman" w:hAnsi="Times New Roman" w:cs="Times New Roman"/>
          <w:sz w:val="24"/>
          <w:szCs w:val="24"/>
        </w:rPr>
      </w:pPr>
    </w:p>
    <w:p w14:paraId="783F0908" w14:textId="77777777" w:rsidR="00051241" w:rsidRDefault="00051241" w:rsidP="00051241">
      <w:pPr>
        <w:pStyle w:val="ListParagraph"/>
        <w:autoSpaceDE w:val="0"/>
        <w:autoSpaceDN w:val="0"/>
        <w:spacing w:after="130" w:line="480" w:lineRule="auto"/>
        <w:rPr>
          <w:rFonts w:ascii="Times New Roman" w:hAnsi="Times New Roman" w:cs="Times New Roman"/>
          <w:sz w:val="24"/>
          <w:szCs w:val="24"/>
        </w:rPr>
      </w:pPr>
    </w:p>
    <w:p w14:paraId="254A75A3" w14:textId="77777777" w:rsidR="00051241" w:rsidRDefault="00051241" w:rsidP="00051241">
      <w:pPr>
        <w:pStyle w:val="ListParagraph"/>
        <w:autoSpaceDE w:val="0"/>
        <w:autoSpaceDN w:val="0"/>
        <w:spacing w:after="130" w:line="480" w:lineRule="auto"/>
        <w:rPr>
          <w:rFonts w:ascii="Times New Roman" w:hAnsi="Times New Roman" w:cs="Times New Roman"/>
          <w:sz w:val="24"/>
          <w:szCs w:val="24"/>
        </w:rPr>
      </w:pPr>
    </w:p>
    <w:p w14:paraId="348FC043" w14:textId="77777777" w:rsidR="00051241" w:rsidRDefault="00051241" w:rsidP="00051241">
      <w:pPr>
        <w:pStyle w:val="ListParagraph"/>
        <w:autoSpaceDE w:val="0"/>
        <w:autoSpaceDN w:val="0"/>
        <w:spacing w:after="130" w:line="480" w:lineRule="auto"/>
        <w:rPr>
          <w:rFonts w:ascii="Times New Roman" w:hAnsi="Times New Roman" w:cs="Times New Roman"/>
          <w:sz w:val="24"/>
          <w:szCs w:val="24"/>
        </w:rPr>
      </w:pPr>
    </w:p>
    <w:p w14:paraId="09CFA036" w14:textId="77777777" w:rsidR="00051241" w:rsidRDefault="00051241" w:rsidP="00051241">
      <w:pPr>
        <w:pStyle w:val="ListParagraph"/>
        <w:autoSpaceDE w:val="0"/>
        <w:autoSpaceDN w:val="0"/>
        <w:spacing w:after="130" w:line="480" w:lineRule="auto"/>
        <w:rPr>
          <w:rFonts w:ascii="Times New Roman" w:hAnsi="Times New Roman" w:cs="Times New Roman"/>
          <w:sz w:val="24"/>
          <w:szCs w:val="24"/>
        </w:rPr>
      </w:pPr>
    </w:p>
    <w:p w14:paraId="7D41F13C" w14:textId="77777777" w:rsidR="00051241" w:rsidRDefault="00051241" w:rsidP="00051241">
      <w:pPr>
        <w:pStyle w:val="ListParagraph"/>
        <w:autoSpaceDE w:val="0"/>
        <w:autoSpaceDN w:val="0"/>
        <w:spacing w:after="130" w:line="480" w:lineRule="auto"/>
        <w:rPr>
          <w:rFonts w:ascii="Times New Roman" w:hAnsi="Times New Roman" w:cs="Times New Roman"/>
          <w:sz w:val="24"/>
          <w:szCs w:val="24"/>
        </w:rPr>
      </w:pPr>
    </w:p>
    <w:p w14:paraId="65D07EC9" w14:textId="77777777" w:rsidR="00051241" w:rsidRDefault="00051241" w:rsidP="00051241">
      <w:pPr>
        <w:pStyle w:val="ListParagraph"/>
        <w:autoSpaceDE w:val="0"/>
        <w:autoSpaceDN w:val="0"/>
        <w:spacing w:after="130" w:line="480" w:lineRule="auto"/>
        <w:rPr>
          <w:rFonts w:ascii="Times New Roman" w:hAnsi="Times New Roman" w:cs="Times New Roman"/>
          <w:sz w:val="24"/>
          <w:szCs w:val="24"/>
        </w:rPr>
      </w:pPr>
    </w:p>
    <w:p w14:paraId="0A9CC5C1" w14:textId="77777777" w:rsidR="00051241" w:rsidRDefault="00051241" w:rsidP="00051241">
      <w:pPr>
        <w:pStyle w:val="ListParagraph"/>
        <w:autoSpaceDE w:val="0"/>
        <w:autoSpaceDN w:val="0"/>
        <w:spacing w:after="130" w:line="480" w:lineRule="auto"/>
        <w:rPr>
          <w:rFonts w:ascii="Times New Roman" w:hAnsi="Times New Roman" w:cs="Times New Roman"/>
          <w:sz w:val="24"/>
          <w:szCs w:val="24"/>
        </w:rPr>
      </w:pPr>
    </w:p>
    <w:p w14:paraId="3B5B43B2" w14:textId="656FA42F" w:rsidR="00051241" w:rsidRPr="00051241" w:rsidRDefault="0081455A" w:rsidP="00051241">
      <w:pPr>
        <w:pStyle w:val="ListParagraph"/>
        <w:autoSpaceDE w:val="0"/>
        <w:autoSpaceDN w:val="0"/>
        <w:spacing w:after="130" w:line="480" w:lineRule="auto"/>
        <w:rPr>
          <w:rFonts w:ascii="Times New Roman" w:hAnsi="Times New Roman" w:cs="Times New Roman"/>
          <w:b/>
          <w:sz w:val="24"/>
          <w:szCs w:val="24"/>
        </w:rPr>
      </w:pPr>
      <w:r w:rsidRPr="00051241">
        <w:rPr>
          <w:rFonts w:ascii="Times New Roman" w:hAnsi="Times New Roman" w:cs="Times New Roman"/>
          <w:b/>
          <w:sz w:val="24"/>
          <w:szCs w:val="24"/>
        </w:rPr>
        <w:t xml:space="preserve"> </w:t>
      </w:r>
      <w:r w:rsidR="00585E09">
        <w:rPr>
          <w:rFonts w:ascii="Times New Roman" w:hAnsi="Times New Roman" w:cs="Times New Roman"/>
          <w:b/>
          <w:sz w:val="24"/>
          <w:szCs w:val="24"/>
        </w:rPr>
        <w:t xml:space="preserve">5.4 </w:t>
      </w:r>
      <w:r w:rsidR="00585E09" w:rsidRPr="00051241">
        <w:rPr>
          <w:rFonts w:ascii="Times New Roman" w:hAnsi="Times New Roman" w:cs="Times New Roman"/>
          <w:b/>
          <w:sz w:val="24"/>
          <w:szCs w:val="24"/>
        </w:rPr>
        <w:t>REFERENCE</w:t>
      </w:r>
      <w:r w:rsidRPr="00051241">
        <w:rPr>
          <w:rFonts w:ascii="Times New Roman" w:hAnsi="Times New Roman" w:cs="Times New Roman"/>
          <w:b/>
          <w:sz w:val="24"/>
          <w:szCs w:val="24"/>
        </w:rPr>
        <w:t xml:space="preserve"> </w:t>
      </w:r>
    </w:p>
    <w:p w14:paraId="4F178470" w14:textId="53172E01" w:rsidR="00FC175B" w:rsidRDefault="0081455A" w:rsidP="00051241">
      <w:pPr>
        <w:pStyle w:val="ListParagraph"/>
        <w:autoSpaceDE w:val="0"/>
        <w:autoSpaceDN w:val="0"/>
        <w:spacing w:after="130" w:line="480" w:lineRule="auto"/>
        <w:rPr>
          <w:rFonts w:ascii="Times New Roman" w:hAnsi="Times New Roman" w:cs="Times New Roman"/>
          <w:sz w:val="24"/>
          <w:szCs w:val="24"/>
        </w:rPr>
      </w:pPr>
      <w:r w:rsidRPr="00051241">
        <w:rPr>
          <w:rFonts w:ascii="Times New Roman" w:hAnsi="Times New Roman" w:cs="Times New Roman"/>
          <w:sz w:val="24"/>
          <w:szCs w:val="24"/>
        </w:rPr>
        <w:t>Anderson, L., &amp; Patel, R. (2024). The role of roads in modern transportation networks. Transportation Studies, 28(3), 201-215. Chen, Y., Liu</w:t>
      </w:r>
      <w:r w:rsidR="00585E09">
        <w:rPr>
          <w:rFonts w:ascii="Times New Roman" w:hAnsi="Times New Roman" w:cs="Times New Roman"/>
          <w:sz w:val="24"/>
          <w:szCs w:val="24"/>
        </w:rPr>
        <w:t xml:space="preserve">, S., &amp; Zhang, T. (2022). Smart </w:t>
      </w:r>
      <w:bookmarkStart w:id="1" w:name="_GoBack"/>
      <w:bookmarkEnd w:id="1"/>
      <w:r w:rsidRPr="00051241">
        <w:rPr>
          <w:rFonts w:ascii="Times New Roman" w:hAnsi="Times New Roman" w:cs="Times New Roman"/>
          <w:sz w:val="24"/>
          <w:szCs w:val="24"/>
        </w:rPr>
        <w:t xml:space="preserve">roads and intelligent transportation systems: Revolutionizing road networks. Journal of Transport Engineering, 47(4), 305-320. Davis, T., &amp; Chen, L. (2021). GIS applications in earthwork volume calculation: A case study. Journal of Geographic Information Science, 29(4), 411-423. Federal Highway Administration. (2020). History of the Federal Highway Administration. Retrieved from https://www.fhwa.dot.gov/infrastructure/history.cfm Federal Ministry of Works and Housing. (2021). Overview of federal roads in Nigeria. Retrieved from [insert URL here] Green, E., &amp; Rivera, M. (2023). Integrating environmental impact assessments in route surveying. Environmental Engineering Journal, 40(1), 45-57. Hernandez, J., &amp; Lee, A. (2024). Advancements in sustainable road engineering. Journal of Civil Infrastructure, 39(2), 150-165. Johnson, M., &amp; Patel, R. (2024). Machine learning in volume computation: A review. Construction and Building Materials, 232, 125-134. Johnson, M., &amp; Lee, K. (2023). Route surveying for linear infrastructure development. Journal of Surveying Engineering, 149(3), 123-138. Martin, A., &amp; Taylor, B. (2024). Fundamentals of surveying techniques and practices. Surveying Science, 12(1), 15-29. Roberts, T., &amp; Wang, H. (2024). The impact of drone technology on topographic surveys. Journal of Surveying and </w:t>
      </w:r>
      <w:proofErr w:type="spellStart"/>
      <w:r w:rsidRPr="00051241">
        <w:rPr>
          <w:rFonts w:ascii="Times New Roman" w:hAnsi="Times New Roman" w:cs="Times New Roman"/>
          <w:sz w:val="24"/>
          <w:szCs w:val="24"/>
        </w:rPr>
        <w:t>Geomatics</w:t>
      </w:r>
      <w:proofErr w:type="spellEnd"/>
      <w:r w:rsidRPr="00051241">
        <w:rPr>
          <w:rFonts w:ascii="Times New Roman" w:hAnsi="Times New Roman" w:cs="Times New Roman"/>
          <w:sz w:val="24"/>
          <w:szCs w:val="24"/>
        </w:rPr>
        <w:t>, 55(2), 89-104. Smith, J., &amp; Lee, K. (2023). Drone technology in route surveying: Enhancing efficiency and accuracy. Journal of Civil Engineering, 45(2), 123-135. Smith, A. (2020). The evolution of roads from ancient to modern times. Historical Transport Review, 15(1), 5-20. Wang, H., &amp; Zhao, Y. (2022). 3D modeling in route engineering: Applications and challenges. International Journal of Engineering Research, 36(1), 78-89.</w:t>
      </w:r>
    </w:p>
    <w:p w14:paraId="105027B5" w14:textId="77777777" w:rsidR="00051241" w:rsidRDefault="00051241" w:rsidP="00051241">
      <w:pPr>
        <w:pStyle w:val="ListParagraph"/>
        <w:autoSpaceDE w:val="0"/>
        <w:autoSpaceDN w:val="0"/>
        <w:spacing w:after="130" w:line="480" w:lineRule="auto"/>
        <w:rPr>
          <w:rFonts w:ascii="Times New Roman" w:hAnsi="Times New Roman" w:cs="Times New Roman"/>
          <w:sz w:val="24"/>
          <w:szCs w:val="24"/>
        </w:rPr>
      </w:pPr>
    </w:p>
    <w:p w14:paraId="6E100379" w14:textId="77777777" w:rsidR="00051241" w:rsidRDefault="00051241" w:rsidP="00051241">
      <w:pPr>
        <w:pStyle w:val="ListParagraph"/>
        <w:autoSpaceDE w:val="0"/>
        <w:autoSpaceDN w:val="0"/>
        <w:spacing w:after="130" w:line="480" w:lineRule="auto"/>
        <w:rPr>
          <w:rFonts w:ascii="Times New Roman" w:hAnsi="Times New Roman" w:cs="Times New Roman"/>
          <w:sz w:val="24"/>
          <w:szCs w:val="24"/>
        </w:rPr>
      </w:pPr>
    </w:p>
    <w:p w14:paraId="7762346B" w14:textId="77777777" w:rsidR="00051241" w:rsidRDefault="00051241" w:rsidP="00051241">
      <w:pPr>
        <w:pStyle w:val="ListParagraph"/>
        <w:autoSpaceDE w:val="0"/>
        <w:autoSpaceDN w:val="0"/>
        <w:spacing w:after="130" w:line="480" w:lineRule="auto"/>
        <w:rPr>
          <w:rFonts w:ascii="Times New Roman" w:hAnsi="Times New Roman" w:cs="Times New Roman"/>
          <w:sz w:val="24"/>
          <w:szCs w:val="24"/>
        </w:rPr>
      </w:pPr>
    </w:p>
    <w:p w14:paraId="49DBA165" w14:textId="0892DF9D" w:rsidR="00051241" w:rsidRDefault="00051241" w:rsidP="00051241">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5.5</w:t>
      </w:r>
      <w:r>
        <w:rPr>
          <w:rFonts w:ascii="Times New Roman" w:hAnsi="Times New Roman" w:cs="Times New Roman"/>
          <w:b/>
          <w:sz w:val="24"/>
          <w:szCs w:val="24"/>
        </w:rPr>
        <w:tab/>
        <w:t>APPENDIX</w:t>
      </w:r>
    </w:p>
    <w:p w14:paraId="09CB74D0" w14:textId="77777777" w:rsidR="00051241" w:rsidRPr="00095437" w:rsidRDefault="00051241" w:rsidP="00051241">
      <w:pPr>
        <w:pStyle w:val="NoSpacing"/>
        <w:spacing w:line="480" w:lineRule="auto"/>
        <w:rPr>
          <w:rFonts w:ascii="Times New Roman" w:hAnsi="Times New Roman" w:cs="Times New Roman"/>
          <w:b/>
          <w:sz w:val="24"/>
          <w:szCs w:val="24"/>
        </w:rPr>
      </w:pPr>
      <w:proofErr w:type="spellStart"/>
      <w:r>
        <w:rPr>
          <w:rFonts w:ascii="Times New Roman" w:hAnsi="Times New Roman" w:cs="Times New Roman"/>
          <w:b/>
          <w:sz w:val="24"/>
          <w:szCs w:val="24"/>
        </w:rPr>
        <w:t>i</w:t>
      </w:r>
      <w:proofErr w:type="spellEnd"/>
      <w:r>
        <w:rPr>
          <w:rFonts w:ascii="Times New Roman" w:hAnsi="Times New Roman" w:cs="Times New Roman"/>
          <w:b/>
          <w:sz w:val="24"/>
          <w:szCs w:val="24"/>
        </w:rPr>
        <w:t>.</w:t>
      </w:r>
      <w:r>
        <w:rPr>
          <w:rFonts w:ascii="Times New Roman" w:hAnsi="Times New Roman" w:cs="Times New Roman"/>
          <w:sz w:val="24"/>
          <w:szCs w:val="24"/>
        </w:rPr>
        <w:tab/>
      </w:r>
      <w:proofErr w:type="spellStart"/>
      <w:r w:rsidRPr="001F6332">
        <w:rPr>
          <w:rFonts w:ascii="Times New Roman" w:hAnsi="Times New Roman" w:cs="Times New Roman"/>
          <w:sz w:val="24"/>
          <w:szCs w:val="24"/>
        </w:rPr>
        <w:t>Recci</w:t>
      </w:r>
      <w:proofErr w:type="spellEnd"/>
      <w:r w:rsidRPr="001F6332">
        <w:rPr>
          <w:rFonts w:ascii="Times New Roman" w:hAnsi="Times New Roman" w:cs="Times New Roman"/>
          <w:sz w:val="24"/>
          <w:szCs w:val="24"/>
        </w:rPr>
        <w:t xml:space="preserve"> diagram </w:t>
      </w:r>
    </w:p>
    <w:p w14:paraId="5D4D1039" w14:textId="77777777" w:rsidR="00051241" w:rsidRDefault="00051241" w:rsidP="0005124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ii. </w:t>
      </w:r>
      <w:r>
        <w:rPr>
          <w:rFonts w:ascii="Times New Roman" w:hAnsi="Times New Roman" w:cs="Times New Roman"/>
          <w:sz w:val="24"/>
          <w:szCs w:val="24"/>
        </w:rPr>
        <w:tab/>
        <w:t>Field book</w:t>
      </w:r>
    </w:p>
    <w:p w14:paraId="7074518A" w14:textId="77777777" w:rsidR="00051241" w:rsidRDefault="00051241" w:rsidP="00585E09">
      <w:pPr>
        <w:pStyle w:val="NoSpacing"/>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Computation sheet</w:t>
      </w:r>
    </w:p>
    <w:p w14:paraId="39691E7C" w14:textId="77777777" w:rsidR="00051241" w:rsidRDefault="00051241" w:rsidP="00585E09">
      <w:pPr>
        <w:pStyle w:val="NoSpacing"/>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Plotting: Analogue and Digital plans</w:t>
      </w:r>
    </w:p>
    <w:p w14:paraId="10C33E8F" w14:textId="77777777" w:rsidR="00051241" w:rsidRDefault="00051241" w:rsidP="00051241">
      <w:pPr>
        <w:pStyle w:val="NoSpacing"/>
        <w:tabs>
          <w:tab w:val="left" w:pos="5484"/>
        </w:tabs>
        <w:spacing w:line="480" w:lineRule="auto"/>
        <w:rPr>
          <w:rFonts w:ascii="Times New Roman" w:hAnsi="Times New Roman" w:cs="Times New Roman"/>
          <w:sz w:val="24"/>
          <w:szCs w:val="24"/>
        </w:rPr>
      </w:pPr>
      <w:r>
        <w:rPr>
          <w:rFonts w:ascii="Times New Roman" w:hAnsi="Times New Roman" w:cs="Times New Roman"/>
          <w:sz w:val="24"/>
          <w:szCs w:val="24"/>
        </w:rPr>
        <w:tab/>
      </w:r>
    </w:p>
    <w:p w14:paraId="2D43C0AD" w14:textId="77777777" w:rsidR="00051241" w:rsidRDefault="00051241" w:rsidP="00051241">
      <w:pPr>
        <w:pStyle w:val="NoSpacing"/>
        <w:tabs>
          <w:tab w:val="left" w:pos="5484"/>
        </w:tabs>
        <w:spacing w:line="480" w:lineRule="auto"/>
        <w:rPr>
          <w:rFonts w:ascii="Times New Roman" w:hAnsi="Times New Roman" w:cs="Times New Roman"/>
          <w:sz w:val="24"/>
          <w:szCs w:val="24"/>
        </w:rPr>
      </w:pPr>
    </w:p>
    <w:p w14:paraId="0D81DBD8" w14:textId="77777777" w:rsidR="00051241" w:rsidRPr="00051241" w:rsidRDefault="00051241" w:rsidP="00051241">
      <w:pPr>
        <w:pStyle w:val="ListParagraph"/>
        <w:autoSpaceDE w:val="0"/>
        <w:autoSpaceDN w:val="0"/>
        <w:spacing w:after="130" w:line="480" w:lineRule="auto"/>
        <w:rPr>
          <w:rFonts w:ascii="Times New Roman" w:hAnsi="Times New Roman" w:cs="Times New Roman"/>
          <w:sz w:val="24"/>
          <w:szCs w:val="24"/>
        </w:rPr>
      </w:pPr>
    </w:p>
    <w:sectPr w:rsidR="00051241" w:rsidRPr="00051241" w:rsidSect="004941DE">
      <w:pgSz w:w="12240" w:h="15840"/>
      <w:pgMar w:top="572" w:right="1358" w:bottom="100" w:left="142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nsid w:val="01E96A64"/>
    <w:multiLevelType w:val="multilevel"/>
    <w:tmpl w:val="9202009E"/>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0B3A5E6A"/>
    <w:multiLevelType w:val="multilevel"/>
    <w:tmpl w:val="C60092C6"/>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9E476A9"/>
    <w:multiLevelType w:val="multilevel"/>
    <w:tmpl w:val="9D2C4DEE"/>
    <w:lvl w:ilvl="0">
      <w:start w:val="1"/>
      <w:numFmt w:val="decimal"/>
      <w:lvlText w:val="%1."/>
      <w:lvlJc w:val="left"/>
      <w:pPr>
        <w:ind w:left="720" w:hanging="360"/>
      </w:pPr>
      <w:rPr>
        <w:rFonts w:hint="default"/>
        <w:i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0964DD7"/>
    <w:multiLevelType w:val="hybridMultilevel"/>
    <w:tmpl w:val="C6C623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9B94982"/>
    <w:multiLevelType w:val="hybridMultilevel"/>
    <w:tmpl w:val="BFBC2F44"/>
    <w:lvl w:ilvl="0" w:tplc="928CA9C6">
      <w:start w:val="1"/>
      <w:numFmt w:val="lowerRoman"/>
      <w:lvlText w:val="%1."/>
      <w:lvlJc w:val="left"/>
      <w:pPr>
        <w:ind w:left="954" w:hanging="720"/>
      </w:pPr>
      <w:rPr>
        <w:rFonts w:eastAsia="TimesNewRomanPSMT" w:hint="default"/>
        <w:color w:val="000000"/>
      </w:rPr>
    </w:lvl>
    <w:lvl w:ilvl="1" w:tplc="04090019" w:tentative="1">
      <w:start w:val="1"/>
      <w:numFmt w:val="lowerLetter"/>
      <w:lvlText w:val="%2."/>
      <w:lvlJc w:val="left"/>
      <w:pPr>
        <w:ind w:left="1314" w:hanging="360"/>
      </w:pPr>
    </w:lvl>
    <w:lvl w:ilvl="2" w:tplc="0409001B" w:tentative="1">
      <w:start w:val="1"/>
      <w:numFmt w:val="lowerRoman"/>
      <w:lvlText w:val="%3."/>
      <w:lvlJc w:val="right"/>
      <w:pPr>
        <w:ind w:left="2034" w:hanging="180"/>
      </w:pPr>
    </w:lvl>
    <w:lvl w:ilvl="3" w:tplc="0409000F" w:tentative="1">
      <w:start w:val="1"/>
      <w:numFmt w:val="decimal"/>
      <w:lvlText w:val="%4."/>
      <w:lvlJc w:val="left"/>
      <w:pPr>
        <w:ind w:left="2754" w:hanging="360"/>
      </w:pPr>
    </w:lvl>
    <w:lvl w:ilvl="4" w:tplc="04090019" w:tentative="1">
      <w:start w:val="1"/>
      <w:numFmt w:val="lowerLetter"/>
      <w:lvlText w:val="%5."/>
      <w:lvlJc w:val="left"/>
      <w:pPr>
        <w:ind w:left="3474" w:hanging="360"/>
      </w:pPr>
    </w:lvl>
    <w:lvl w:ilvl="5" w:tplc="0409001B" w:tentative="1">
      <w:start w:val="1"/>
      <w:numFmt w:val="lowerRoman"/>
      <w:lvlText w:val="%6."/>
      <w:lvlJc w:val="right"/>
      <w:pPr>
        <w:ind w:left="4194" w:hanging="180"/>
      </w:pPr>
    </w:lvl>
    <w:lvl w:ilvl="6" w:tplc="0409000F" w:tentative="1">
      <w:start w:val="1"/>
      <w:numFmt w:val="decimal"/>
      <w:lvlText w:val="%7."/>
      <w:lvlJc w:val="left"/>
      <w:pPr>
        <w:ind w:left="4914" w:hanging="360"/>
      </w:pPr>
    </w:lvl>
    <w:lvl w:ilvl="7" w:tplc="04090019" w:tentative="1">
      <w:start w:val="1"/>
      <w:numFmt w:val="lowerLetter"/>
      <w:lvlText w:val="%8."/>
      <w:lvlJc w:val="left"/>
      <w:pPr>
        <w:ind w:left="5634" w:hanging="360"/>
      </w:pPr>
    </w:lvl>
    <w:lvl w:ilvl="8" w:tplc="0409001B" w:tentative="1">
      <w:start w:val="1"/>
      <w:numFmt w:val="lowerRoman"/>
      <w:lvlText w:val="%9."/>
      <w:lvlJc w:val="right"/>
      <w:pPr>
        <w:ind w:left="6354" w:hanging="180"/>
      </w:pPr>
    </w:lvl>
  </w:abstractNum>
  <w:abstractNum w:abstractNumId="11">
    <w:nsid w:val="2EA2460D"/>
    <w:multiLevelType w:val="hybridMultilevel"/>
    <w:tmpl w:val="5DA28B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8C43A7"/>
    <w:multiLevelType w:val="multilevel"/>
    <w:tmpl w:val="34F86842"/>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B640E06"/>
    <w:multiLevelType w:val="hybridMultilevel"/>
    <w:tmpl w:val="51965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BAA43F0"/>
    <w:multiLevelType w:val="hybridMultilevel"/>
    <w:tmpl w:val="D7D457D4"/>
    <w:lvl w:ilvl="0" w:tplc="0809001B">
      <w:start w:val="1"/>
      <w:numFmt w:val="lowerRoman"/>
      <w:lvlText w:val="%1."/>
      <w:lvlJc w:val="right"/>
      <w:pPr>
        <w:ind w:left="720" w:hanging="360"/>
      </w:pPr>
    </w:lvl>
    <w:lvl w:ilvl="1" w:tplc="08090001">
      <w:start w:val="1"/>
      <w:numFmt w:val="bullet"/>
      <w:lvlText w:val=""/>
      <w:lvlJc w:val="left"/>
      <w:pPr>
        <w:ind w:left="1440" w:hanging="360"/>
      </w:pPr>
      <w:rPr>
        <w:rFonts w:ascii="Symbol" w:hAnsi="Symbol" w:hint="default"/>
      </w:rPr>
    </w:lvl>
    <w:lvl w:ilvl="2" w:tplc="AA3EB0C4">
      <w:start w:val="1"/>
      <w:numFmt w:val="decimal"/>
      <w:lvlText w:val="%3."/>
      <w:lvlJc w:val="left"/>
      <w:pPr>
        <w:ind w:left="2340" w:hanging="360"/>
      </w:pPr>
      <w:rPr>
        <w:rFonts w:hint="default"/>
      </w:rPr>
    </w:lvl>
    <w:lvl w:ilvl="3" w:tplc="E2F096F2">
      <w:start w:val="1"/>
      <w:numFmt w:val="upperRoman"/>
      <w:lvlText w:val="%4."/>
      <w:lvlJc w:val="left"/>
      <w:pPr>
        <w:ind w:left="3240" w:hanging="72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DFE3403"/>
    <w:multiLevelType w:val="hybridMultilevel"/>
    <w:tmpl w:val="2A648BAE"/>
    <w:lvl w:ilvl="0" w:tplc="DEB8BF0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638A7907"/>
    <w:multiLevelType w:val="hybridMultilevel"/>
    <w:tmpl w:val="9E4A0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D539C5"/>
    <w:multiLevelType w:val="hybridMultilevel"/>
    <w:tmpl w:val="1416D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227DD5"/>
    <w:multiLevelType w:val="hybridMultilevel"/>
    <w:tmpl w:val="60DC5CB8"/>
    <w:lvl w:ilvl="0" w:tplc="8534BDE4">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72310007"/>
    <w:multiLevelType w:val="hybridMultilevel"/>
    <w:tmpl w:val="5336C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724460DC"/>
    <w:multiLevelType w:val="hybridMultilevel"/>
    <w:tmpl w:val="1B8666B0"/>
    <w:lvl w:ilvl="0" w:tplc="D5A493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54622F"/>
    <w:multiLevelType w:val="hybridMultilevel"/>
    <w:tmpl w:val="1A0449DE"/>
    <w:lvl w:ilvl="0" w:tplc="2BB89FE2">
      <w:start w:val="1"/>
      <w:numFmt w:val="low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79FD28D6"/>
    <w:multiLevelType w:val="hybridMultilevel"/>
    <w:tmpl w:val="D9D695D8"/>
    <w:lvl w:ilvl="0" w:tplc="8B1E944E">
      <w:start w:val="32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B0E16D0"/>
    <w:multiLevelType w:val="multilevel"/>
    <w:tmpl w:val="EE44524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7D82274F"/>
    <w:multiLevelType w:val="hybridMultilevel"/>
    <w:tmpl w:val="BB4611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10"/>
  </w:num>
  <w:num w:numId="8">
    <w:abstractNumId w:val="21"/>
  </w:num>
  <w:num w:numId="9">
    <w:abstractNumId w:val="11"/>
  </w:num>
  <w:num w:numId="10">
    <w:abstractNumId w:val="20"/>
  </w:num>
  <w:num w:numId="11">
    <w:abstractNumId w:val="17"/>
  </w:num>
  <w:num w:numId="12">
    <w:abstractNumId w:val="22"/>
  </w:num>
  <w:num w:numId="13">
    <w:abstractNumId w:val="19"/>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51241"/>
    <w:rsid w:val="0006063C"/>
    <w:rsid w:val="00062555"/>
    <w:rsid w:val="0009121D"/>
    <w:rsid w:val="00106703"/>
    <w:rsid w:val="0015074B"/>
    <w:rsid w:val="0029639D"/>
    <w:rsid w:val="002E3007"/>
    <w:rsid w:val="00326F90"/>
    <w:rsid w:val="00370D61"/>
    <w:rsid w:val="00463FF1"/>
    <w:rsid w:val="004941DE"/>
    <w:rsid w:val="00585E09"/>
    <w:rsid w:val="00686C49"/>
    <w:rsid w:val="0081455A"/>
    <w:rsid w:val="009362C0"/>
    <w:rsid w:val="009574B8"/>
    <w:rsid w:val="00AA00FD"/>
    <w:rsid w:val="00AA1D8D"/>
    <w:rsid w:val="00B47730"/>
    <w:rsid w:val="00C15EE8"/>
    <w:rsid w:val="00CB0664"/>
    <w:rsid w:val="00D24894"/>
    <w:rsid w:val="00D64128"/>
    <w:rsid w:val="00FC175B"/>
    <w:rsid w:val="00FC693F"/>
    <w:rsid w:val="00FE31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D4D8A8"/>
  <w14:defaultImageDpi w14:val="300"/>
  <w15:docId w15:val="{06F81A31-2F76-4A06-A1E3-BE0026353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NoSpacingChar">
    <w:name w:val="No Spacing Char"/>
    <w:basedOn w:val="DefaultParagraphFont"/>
    <w:link w:val="NoSpacing"/>
    <w:uiPriority w:val="1"/>
    <w:rsid w:val="00AA00FD"/>
  </w:style>
  <w:style w:type="paragraph" w:styleId="BodyTextIndent">
    <w:name w:val="Body Text Indent"/>
    <w:basedOn w:val="Normal"/>
    <w:link w:val="BodyTextIndentChar"/>
    <w:unhideWhenUsed/>
    <w:rsid w:val="0081455A"/>
    <w:pPr>
      <w:spacing w:after="120"/>
      <w:ind w:left="360"/>
    </w:pPr>
  </w:style>
  <w:style w:type="character" w:customStyle="1" w:styleId="BodyTextIndentChar">
    <w:name w:val="Body Text Indent Char"/>
    <w:basedOn w:val="DefaultParagraphFont"/>
    <w:link w:val="BodyTextIndent"/>
    <w:rsid w:val="0081455A"/>
  </w:style>
  <w:style w:type="paragraph" w:styleId="NormalWeb">
    <w:name w:val="Normal (Web)"/>
    <w:basedOn w:val="Normal"/>
    <w:uiPriority w:val="99"/>
    <w:unhideWhenUsed/>
    <w:rsid w:val="0081455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1455A"/>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1455A"/>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91CD0-C24A-4C33-9BF8-2F0FAAC69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46</Pages>
  <Words>7977</Words>
  <Characters>45473</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53344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USER</cp:lastModifiedBy>
  <cp:revision>9</cp:revision>
  <dcterms:created xsi:type="dcterms:W3CDTF">2013-12-23T23:15:00Z</dcterms:created>
  <dcterms:modified xsi:type="dcterms:W3CDTF">2025-05-22T11:31:00Z</dcterms:modified>
  <cp:category/>
</cp:coreProperties>
</file>